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Объединенные файлы</w:t>
      </w:r>
    </w:p>
    <w:p>
      <w:pPr>
        <w:pStyle w:val="Heading1"/>
      </w:pPr>
      <w:r>
        <w:t>src/apps/organization/services.py</w:t>
      </w:r>
    </w:p>
    <w:p>
      <w:r>
        <w:t>"""</w:t>
        <w:br/>
        <w:t>Сервисы для работы с организациями.</w:t>
        <w:br/>
        <w:t>Содержит:</w:t>
        <w:br/>
        <w:t>- OrganizationService - CRUD операции и бизнес-логика</w:t>
        <w:br/>
        <w:t>"""</w:t>
        <w:br/>
        <w:t>import logging</w:t>
        <w:br/>
        <w:t>from typing import Any</w:t>
        <w:br/>
        <w:t>from apps.core.services import BaseService</w:t>
        <w:br/>
        <w:t>from apps.organization.models import Organization</w:t>
        <w:br/>
        <w:t>from django.db import transaction</w:t>
        <w:br/>
        <w:t>logger = logging.getLogger(__name__)</w:t>
        <w:br/>
        <w:t>class OrganizationService(BaseService[Organization]):</w:t>
        <w:br/>
        <w:t xml:space="preserve">    """</w:t>
        <w:br/>
        <w:t xml:space="preserve">    Сервис для работы с организациями.</w:t>
        <w:br/>
        <w:t xml:space="preserve">    Методы:</w:t>
        <w:br/>
        <w:t xml:space="preserve">        get_or_create_by_inn: Получить или создать организацию по ИНН</w:t>
        <w:br/>
        <w:t xml:space="preserve">        update_organization: Обновить данные организации</w:t>
        <w:br/>
        <w:t xml:space="preserve">        search_by_name: Поиск по наименованию</w:t>
        <w:br/>
        <w:t xml:space="preserve">    """</w:t>
        <w:br/>
        <w:t xml:space="preserve">    model = Organization</w:t>
        <w:br/>
        <w:t xml:space="preserve">    @classmethod</w:t>
        <w:br/>
        <w:t xml:space="preserve">    @transaction.atomic</w:t>
        <w:br/>
        <w:t xml:space="preserve">    def get_or_create_by_inn(</w:t>
        <w:br/>
        <w:t xml:space="preserve">        cls,</w:t>
        <w:br/>
        <w:t xml:space="preserve">        inn: str,</w:t>
        <w:br/>
        <w:t xml:space="preserve">        defaults: dict[str, Any] | None = None,</w:t>
        <w:br/>
        <w:t xml:space="preserve">    ) -&gt; tuple[Organization, bool]:</w:t>
        <w:br/>
        <w:t xml:space="preserve">        """</w:t>
        <w:br/>
        <w:t xml:space="preserve">        Получить или создать организацию по ИНН.</w:t>
        <w:br/>
        <w:t xml:space="preserve">        Args:</w:t>
        <w:br/>
        <w:t xml:space="preserve">            inn: ИНН организации</w:t>
        <w:br/>
        <w:t xml:space="preserve">            defaults: Значения по умолчанию для создания</w:t>
        <w:br/>
        <w:t xml:space="preserve">        Returns:</w:t>
        <w:br/>
        <w:t xml:space="preserve">            (Organization, created) - организация и флаг создания</w:t>
        <w:br/>
        <w:t xml:space="preserve">        """</w:t>
        <w:br/>
        <w:t xml:space="preserve">        defaults = defaults or {}</w:t>
        <w:br/>
        <w:t xml:space="preserve">        org, created = cls.model.objects.get_or_create(</w:t>
        <w:br/>
        <w:t xml:space="preserve">            inn=inn,</w:t>
        <w:br/>
        <w:t xml:space="preserve">            defaults=defaults,</w:t>
        <w:br/>
        <w:t xml:space="preserve">        )</w:t>
        <w:br/>
        <w:t xml:space="preserve">        if created:</w:t>
        <w:br/>
        <w:t xml:space="preserve">            logger.info(</w:t>
        <w:br/>
        <w:t xml:space="preserve">                f"Создана организация: {org.name} (ИНН: {inn})",</w:t>
        <w:br/>
        <w:t xml:space="preserve">                extra={"inn": inn, "org_id": str(org.id)},</w:t>
        <w:br/>
        <w:t xml:space="preserve">            )</w:t>
        <w:br/>
        <w:t xml:space="preserve">        else:</w:t>
        <w:br/>
        <w:t xml:space="preserve">            # Обновляем данные если переданы новые</w:t>
        <w:br/>
        <w:t xml:space="preserve">            updated_fields = []</w:t>
        <w:br/>
        <w:t xml:space="preserve">            for field, value in defaults.items():</w:t>
        <w:br/>
        <w:t xml:space="preserve">                if value and getattr(org, field, None) != value:</w:t>
        <w:br/>
        <w:t xml:space="preserve">                    # Обновляем только пустые поля или если значение изменилось</w:t>
        <w:br/>
        <w:t xml:space="preserve">                    current = getattr(org, field, None)</w:t>
        <w:br/>
        <w:t xml:space="preserve">                    if not current or field == "name":</w:t>
        <w:br/>
        <w:t xml:space="preserve">                        setattr(org, field, value)</w:t>
        <w:br/>
        <w:t xml:space="preserve">                        updated_fields.append(field)</w:t>
        <w:br/>
        <w:t xml:space="preserve">            if updated_fields:</w:t>
        <w:br/>
        <w:t xml:space="preserve">                org.save(update_fields=updated_fields + ["updated_at"])</w:t>
        <w:br/>
        <w:t xml:space="preserve">                logger.info(</w:t>
        <w:br/>
        <w:t xml:space="preserve">                    f"Обновлена организация: {org.name} (ИНН: {inn}), поля: {updated_fields}",</w:t>
        <w:br/>
        <w:t xml:space="preserve">                    extra={"inn": inn, "org_id": str(org.id), "fields": updated_fields},</w:t>
        <w:br/>
        <w:t xml:space="preserve">                )</w:t>
        <w:br/>
        <w:t xml:space="preserve">        return org, created</w:t>
        <w:br/>
        <w:t xml:space="preserve">    @classmethod</w:t>
        <w:br/>
        <w:t xml:space="preserve">    def search_by_name(cls, query: str, limit: int = 20):</w:t>
        <w:br/>
        <w:t xml:space="preserve">        """</w:t>
        <w:br/>
        <w:t xml:space="preserve">        Поиск организаций по наименованию.</w:t>
        <w:br/>
        <w:t xml:space="preserve">        Args:</w:t>
        <w:br/>
        <w:t xml:space="preserve">            query: Строка поиска</w:t>
        <w:br/>
        <w:t xml:space="preserve">            limit: Максимальное количество результатов</w:t>
        <w:br/>
        <w:t xml:space="preserve">        Returns:</w:t>
        <w:br/>
        <w:t xml:space="preserve">            QuerySet организаций</w:t>
        <w:br/>
        <w:t xml:space="preserve">        """</w:t>
        <w:br/>
        <w:t xml:space="preserve">        return cls.model.objects.filter(name__icontains=query)[:limit]</w:t>
        <w:br/>
        <w:t xml:space="preserve">    @classmethod</w:t>
        <w:br/>
        <w:t xml:space="preserve">    def get_by_inn(cls, inn: str) -&gt; Organization | None:</w:t>
        <w:br/>
        <w:t xml:space="preserve">        """</w:t>
        <w:br/>
        <w:t xml:space="preserve">        Получить организацию по ИНН.</w:t>
        <w:br/>
        <w:t xml:space="preserve">        Args:</w:t>
        <w:br/>
        <w:t xml:space="preserve">            inn: ИНН организации</w:t>
        <w:br/>
        <w:t xml:space="preserve">        Returns:</w:t>
        <w:br/>
        <w:t xml:space="preserve">            Organization или None</w:t>
        <w:br/>
        <w:t xml:space="preserve">        """</w:t>
        <w:br/>
        <w:t xml:space="preserve">        try:</w:t>
        <w:br/>
        <w:t xml:space="preserve">            return cls.model.objects.get(inn=inn)</w:t>
        <w:br/>
        <w:t xml:space="preserve">        except cls.model.DoesNotExist:</w:t>
        <w:br/>
        <w:t xml:space="preserve">            return None</w:t>
      </w:r>
    </w:p>
    <w:p>
      <w:pPr>
        <w:pStyle w:val="Heading1"/>
      </w:pPr>
      <w:r>
        <w:t>src/apps/organization/models.py</w:t>
      </w:r>
    </w:p>
    <w:p>
      <w:r>
        <w:t>"""</w:t>
        <w:br/>
        <w:t>Модели справочника организаций.</w:t>
        <w:br/>
        <w:t>Содержит:</w:t>
        <w:br/>
        <w:t>- Organization - справочник организаций (ИНН, ОГРН, КПП, наименование)</w:t>
        <w:br/>
        <w:t>"""</w:t>
        <w:br/>
        <w:t>import uuid</w:t>
        <w:br/>
        <w:t>from apps.core.mixins import TimestampMixin</w:t>
        <w:br/>
        <w:t>from django.db import models</w:t>
        <w:br/>
        <w:t>from django.utils.translation import gettext_lazy as _</w:t>
        <w:br/>
        <w:t>class Organization(TimestampMixin, models.Model):</w:t>
        <w:br/>
        <w:t xml:space="preserve">    """</w:t>
        <w:br/>
        <w:t xml:space="preserve">    Справочник организаций.</w:t>
        <w:br/>
        <w:t xml:space="preserve">    Централизованное хранение данных организаций для нормализации БД.</w:t>
        <w:br/>
        <w:t xml:space="preserve">    Все формы отчётности ссылаются на эту таблицу через FK.</w:t>
        <w:br/>
        <w:t xml:space="preserve">    Поля:</w:t>
        <w:br/>
        <w:t xml:space="preserve">        name: Наименование организации</w:t>
        <w:br/>
        <w:t xml:space="preserve">        inn: ИНН (уникальный)</w:t>
        <w:br/>
        <w:t xml:space="preserve">        ogrn: ОГРН</w:t>
        <w:br/>
        <w:t xml:space="preserve">        kpp: КПП</w:t>
        <w:br/>
        <w:t xml:space="preserve">        okpo: ОКПО</w:t>
        <w:br/>
        <w:t xml:space="preserve">    """</w:t>
        <w:br/>
        <w:t xml:space="preserve">    id = models.UUIDField(</w:t>
        <w:br/>
        <w:t xml:space="preserve">        primary_key=True,</w:t>
        <w:br/>
        <w:t xml:space="preserve">        default=uuid.uuid4,</w:t>
        <w:br/>
        <w:t xml:space="preserve">        editable=False,</w:t>
        <w:br/>
        <w:t xml:space="preserve">        verbose_name=_("ID"),</w:t>
        <w:br/>
        <w:t xml:space="preserve">    )</w:t>
        <w:br/>
        <w:t xml:space="preserve">    name = models.CharField(</w:t>
        <w:br/>
        <w:t xml:space="preserve">        _("наименование"),</w:t>
        <w:br/>
        <w:t xml:space="preserve">        max_length=500,</w:t>
        <w:br/>
        <w:t xml:space="preserve">        db_index=True,</w:t>
        <w:br/>
        <w:t xml:space="preserve">        help_text=_("Полное наименование организации"),</w:t>
        <w:br/>
        <w:t xml:space="preserve">    )</w:t>
        <w:br/>
        <w:t xml:space="preserve">    inn = models.CharField(</w:t>
        <w:br/>
        <w:t xml:space="preserve">        _("ИНН"),</w:t>
        <w:br/>
        <w:t xml:space="preserve">        max_length=12,</w:t>
        <w:br/>
        <w:t xml:space="preserve">        unique=True,</w:t>
        <w:br/>
        <w:t xml:space="preserve">        db_index=True,</w:t>
        <w:br/>
        <w:t xml:space="preserve">        help_text=_("Идентификационный номер налогоплательщика (10 или 12 цифр)"),</w:t>
        <w:br/>
        <w:t xml:space="preserve">    )</w:t>
        <w:br/>
        <w:t xml:space="preserve">    ogrn = models.CharField(</w:t>
        <w:br/>
        <w:t xml:space="preserve">        _("ОГРН"),</w:t>
        <w:br/>
        <w:t xml:space="preserve">        max_length=15,</w:t>
        <w:br/>
        <w:t xml:space="preserve">        db_index=True,</w:t>
        <w:br/>
        <w:t xml:space="preserve">        blank=True,</w:t>
        <w:br/>
        <w:t xml:space="preserve">        default="",</w:t>
        <w:br/>
        <w:t xml:space="preserve">        help_text=_("Основной государственный регистрационный номер (13 или 15 цифр)"),</w:t>
        <w:br/>
        <w:t xml:space="preserve">    )</w:t>
        <w:br/>
        <w:t xml:space="preserve">    kpp = models.CharField(</w:t>
        <w:br/>
        <w:t xml:space="preserve">        _("КПП"),</w:t>
        <w:br/>
        <w:t xml:space="preserve">        max_length=9,</w:t>
        <w:br/>
        <w:t xml:space="preserve">        blank=True,</w:t>
        <w:br/>
        <w:t xml:space="preserve">        default="",</w:t>
        <w:br/>
        <w:t xml:space="preserve">        help_text=_("Код причины постановки на учёт (9 цифр)"),</w:t>
        <w:br/>
        <w:t xml:space="preserve">    )</w:t>
        <w:br/>
        <w:t xml:space="preserve">    okpo = models.CharField(</w:t>
        <w:br/>
        <w:t xml:space="preserve">        _("ОКПО"),</w:t>
        <w:br/>
        <w:t xml:space="preserve">        max_length=20,</w:t>
        <w:br/>
        <w:t xml:space="preserve">        blank=True,</w:t>
        <w:br/>
        <w:t xml:space="preserve">        default="",</w:t>
        <w:br/>
        <w:t xml:space="preserve">        help_text=_("Общероссийский классификатор предприятий и организаций"),</w:t>
        <w:br/>
        <w:t xml:space="preserve">    )</w:t>
        <w:br/>
        <w:t xml:space="preserve">    class Meta:</w:t>
        <w:br/>
        <w:t xml:space="preserve">        verbose_name = _("организация")</w:t>
        <w:br/>
        <w:t xml:space="preserve">        verbose_name_plural = _("организации")</w:t>
        <w:br/>
        <w:t xml:space="preserve">        ordering = ["name"]</w:t>
        <w:br/>
        <w:t xml:space="preserve">        indexes = [</w:t>
        <w:br/>
        <w:t xml:space="preserve">            models.Index(fields=["inn"]),</w:t>
        <w:br/>
        <w:t xml:space="preserve">            models.Index(fields=["ogrn"]),</w:t>
        <w:br/>
        <w:t xml:space="preserve">            models.Index(fields=["name"]),</w:t>
        <w:br/>
        <w:t xml:space="preserve">        ]</w:t>
        <w:br/>
        <w:t xml:space="preserve">    def __str__(self) -&gt; str:</w:t>
        <w:br/>
        <w:t xml:space="preserve">        return f"{self.name} (ИНН: {self.inn})"</w:t>
      </w:r>
    </w:p>
    <w:p>
      <w:pPr>
        <w:pStyle w:val="Heading1"/>
      </w:pPr>
      <w:r>
        <w:t>src/apps/organization/serializers.py</w:t>
      </w:r>
    </w:p>
    <w:p>
      <w:r>
        <w:t>"""</w:t>
        <w:br/>
        <w:t>Сериализаторы для организаций.</w:t>
        <w:br/>
        <w:t>Содержит:</w:t>
        <w:br/>
        <w:t>- OrganizationSerializer - полный сериализатор</w:t>
        <w:br/>
        <w:t>- OrganizationListSerializer - краткий для списков</w:t>
        <w:br/>
        <w:t>"""</w:t>
        <w:br/>
        <w:t>from apps.organization.models import Organization</w:t>
        <w:br/>
        <w:t>from rest_framework import serializers</w:t>
        <w:br/>
        <w:t>class OrganizationSerializer(serializers.ModelSerializer):</w:t>
        <w:br/>
        <w:t xml:space="preserve">    """Полный сериализатор организации."""</w:t>
        <w:br/>
        <w:t xml:space="preserve">    class Meta:</w:t>
        <w:br/>
        <w:t xml:space="preserve">        model = Organization</w:t>
        <w:br/>
        <w:t xml:space="preserve">        fields = [</w:t>
        <w:br/>
        <w:t xml:space="preserve">            "id",</w:t>
        <w:br/>
        <w:t xml:space="preserve">            "name",</w:t>
        <w:br/>
        <w:t xml:space="preserve">            "inn",</w:t>
        <w:br/>
        <w:t xml:space="preserve">            "ogrn",</w:t>
        <w:br/>
        <w:t xml:space="preserve">            "kpp",</w:t>
        <w:br/>
        <w:t xml:space="preserve">            "okpo",</w:t>
        <w:br/>
        <w:t xml:space="preserve">            "created_at",</w:t>
        <w:br/>
        <w:t xml:space="preserve">            "updated_at",</w:t>
        <w:br/>
        <w:t xml:space="preserve">        ]</w:t>
        <w:br/>
        <w:t xml:space="preserve">        read_only_fields = ["id", "created_at", "updated_at"]</w:t>
        <w:br/>
        <w:t>class OrganizationListSerializer(serializers.ModelSerializer):</w:t>
        <w:br/>
        <w:t xml:space="preserve">    """Краткий сериализатор для списков."""</w:t>
        <w:br/>
        <w:t xml:space="preserve">    class Meta:</w:t>
        <w:br/>
        <w:t xml:space="preserve">        model = Organization</w:t>
        <w:br/>
        <w:t xml:space="preserve">        fields = [</w:t>
        <w:br/>
        <w:t xml:space="preserve">            "id",</w:t>
        <w:br/>
        <w:t xml:space="preserve">            "name",</w:t>
        <w:br/>
        <w:t xml:space="preserve">            "inn",</w:t>
        <w:br/>
        <w:t xml:space="preserve">            "ogrn",</w:t>
        <w:br/>
        <w:t xml:space="preserve">        ]</w:t>
      </w:r>
    </w:p>
    <w:p>
      <w:pPr>
        <w:pStyle w:val="Heading1"/>
      </w:pPr>
      <w:r>
        <w:t>src/apps/organization/__init__.py</w:t>
      </w:r>
    </w:p>
    <w:p>
      <w:r>
        <w:t>[Пустой файл]</w:t>
      </w:r>
    </w:p>
    <w:p>
      <w:pPr>
        <w:pStyle w:val="Heading1"/>
      </w:pPr>
      <w:r>
        <w:t>src/apps/organization/apps.py</w:t>
      </w:r>
    </w:p>
    <w:p>
      <w:r>
        <w:t>"""Конфигурация приложения organization."""</w:t>
        <w:br/>
        <w:t>from django.apps import AppConfig</w:t>
        <w:br/>
        <w:t>class OrganizationConfig(AppConfig):</w:t>
        <w:br/>
        <w:t xml:space="preserve">    """Конфигурация приложения справочника организаций."""</w:t>
        <w:br/>
        <w:t xml:space="preserve">    default_auto_field = "django.db.models.BigAutoField"</w:t>
        <w:br/>
        <w:t xml:space="preserve">    name = "apps.organization"</w:t>
        <w:br/>
        <w:t xml:space="preserve">    verbose_name = "Организации"</w:t>
      </w:r>
    </w:p>
    <w:p>
      <w:pPr>
        <w:pStyle w:val="Heading1"/>
      </w:pPr>
      <w:r>
        <w:t>src/apps/organization/api.py</w:t>
      </w:r>
    </w:p>
    <w:p>
      <w:r>
        <w:t>"""</w:t>
        <w:br/>
        <w:t>API ViewSets для организаций.</w:t>
        <w:br/>
        <w:t>Содержит:</w:t>
        <w:br/>
        <w:t>- OrganizationViewSet - CRUD для организаций</w:t>
        <w:br/>
        <w:t>"""</w:t>
        <w:br/>
        <w:t>from apps.core.viewsets import ReadOnlyViewSet</w:t>
        <w:br/>
        <w:t>from apps.organization.models import Organization</w:t>
        <w:br/>
        <w:t>from apps.organization.serializers import (</w:t>
        <w:br/>
        <w:t xml:space="preserve">    OrganizationListSerializer,</w:t>
        <w:br/>
        <w:t xml:space="preserve">    OrganizationSerializer,</w:t>
        <w:br/>
        <w:t>)</w:t>
        <w:br/>
        <w:t>from django_filters import rest_framework as filters</w:t>
        <w:br/>
        <w:t>from rest_framework.permissions import IsAuthenticated</w:t>
        <w:br/>
        <w:t>class OrganizationFilter(filters.FilterSet):</w:t>
        <w:br/>
        <w:t xml:space="preserve">    """Фильтры для организаций."""</w:t>
        <w:br/>
        <w:t xml:space="preserve">    name = filters.CharFilter(lookup_expr="icontains")</w:t>
        <w:br/>
        <w:t xml:space="preserve">    inn = filters.CharFilter(lookup_expr="exact")</w:t>
        <w:br/>
        <w:t xml:space="preserve">    ogrn = filters.CharFilter(lookup_expr="exact")</w:t>
        <w:br/>
        <w:t xml:space="preserve">    class Meta:</w:t>
        <w:br/>
        <w:t xml:space="preserve">        model = Organization</w:t>
        <w:br/>
        <w:t xml:space="preserve">        fields = ["name", "inn", "ogrn"]</w:t>
        <w:br/>
        <w:t>class OrganizationViewSet(ReadOnlyViewSet[Organization]):</w:t>
        <w:br/>
        <w:t xml:space="preserve">    """</w:t>
        <w:br/>
        <w:t xml:space="preserve">    ViewSet для просмотра организаций.</w:t>
        <w:br/>
        <w:t xml:space="preserve">    Только чтение - организации создаются автоматически при загрузке форм.</w:t>
        <w:br/>
        <w:t xml:space="preserve">    Эндпоинты:</w:t>
        <w:br/>
        <w:t xml:space="preserve">        GET /organizations/ - список организаций</w:t>
        <w:br/>
        <w:t xml:space="preserve">        GET /organizations/{id}/ - детали организации</w:t>
        <w:br/>
        <w:t xml:space="preserve">    """</w:t>
        <w:br/>
        <w:t xml:space="preserve">    queryset = Organization.objects.all()</w:t>
        <w:br/>
        <w:t xml:space="preserve">    serializer_class = OrganizationSerializer</w:t>
        <w:br/>
        <w:t xml:space="preserve">    permission_classes = [IsAuthenticated]</w:t>
        <w:br/>
        <w:t xml:space="preserve">    filterset_class = OrganizationFilter</w:t>
        <w:br/>
        <w:t xml:space="preserve">    search_fields = ["name", "inn", "ogrn"]</w:t>
        <w:br/>
        <w:t xml:space="preserve">    ordering_fields = ["name", "inn", "created_at"]</w:t>
        <w:br/>
        <w:t xml:space="preserve">    ordering = ["name"]</w:t>
        <w:br/>
        <w:t xml:space="preserve">    serializer_classes = {</w:t>
        <w:br/>
        <w:t xml:space="preserve">        "list": OrganizationListSerializer,</w:t>
        <w:br/>
        <w:t xml:space="preserve">    }</w:t>
        <w:br/>
        <w:t xml:space="preserve">    def get_serializer_class(self):</w:t>
        <w:br/>
        <w:t xml:space="preserve">        """Возвращает serializer в зависимости от action."""</w:t>
        <w:br/>
        <w:t xml:space="preserve">        if self.action in self.serializer_classes:</w:t>
        <w:br/>
        <w:t xml:space="preserve">            return self.serializer_classes[self.action]</w:t>
        <w:br/>
        <w:t xml:space="preserve">        return super().get_serializer_class()</w:t>
      </w:r>
    </w:p>
    <w:p>
      <w:pPr>
        <w:pStyle w:val="Heading1"/>
      </w:pPr>
      <w:r>
        <w:t>src/apps/organization/admin.py</w:t>
      </w:r>
    </w:p>
    <w:p>
      <w:r>
        <w:t>"""Административный интерфейс для организаций."""</w:t>
        <w:br/>
        <w:t>from apps.organization.models import Organization</w:t>
        <w:br/>
        <w:t>from django.contrib import admin</w:t>
        <w:br/>
        <w:t>@admin.register(Organization)</w:t>
        <w:br/>
        <w:t>class OrganizationAdmin(admin.ModelAdmin):</w:t>
        <w:br/>
        <w:t xml:space="preserve">    """Админка для организаций."""</w:t>
        <w:br/>
        <w:t xml:space="preserve">    list_display = ["name", "inn", "ogrn", "kpp", "created_at"]</w:t>
        <w:br/>
        <w:t xml:space="preserve">    list_filter = ["created_at"]</w:t>
        <w:br/>
        <w:t xml:space="preserve">    search_fields = ["name", "inn", "ogrn"]</w:t>
        <w:br/>
        <w:t xml:space="preserve">    readonly_fields = ["id", "created_at", "updated_at"]</w:t>
        <w:br/>
        <w:t xml:space="preserve">    ordering = ["name"]</w:t>
        <w:br/>
        <w:t xml:space="preserve">    fieldsets = [</w:t>
        <w:br/>
        <w:t xml:space="preserve">        (</w:t>
        <w:br/>
        <w:t xml:space="preserve">            "Основная информация",</w:t>
        <w:br/>
        <w:t xml:space="preserve">            {</w:t>
        <w:br/>
        <w:t xml:space="preserve">                "fields": ["id", "name"],</w:t>
        <w:br/>
        <w:t xml:space="preserve">            },</w:t>
        <w:br/>
        <w:t xml:space="preserve">        ),</w:t>
        <w:br/>
        <w:t xml:space="preserve">        (</w:t>
        <w:br/>
        <w:t xml:space="preserve">            "Идентификаторы",</w:t>
        <w:br/>
        <w:t xml:space="preserve">            {</w:t>
        <w:br/>
        <w:t xml:space="preserve">                "fields": ["inn", "ogrn", "kpp", "okpo"],</w:t>
        <w:br/>
        <w:t xml:space="preserve">            },</w:t>
        <w:br/>
        <w:t xml:space="preserve">        ),</w:t>
        <w:br/>
        <w:t xml:space="preserve">        (</w:t>
        <w:br/>
        <w:t xml:space="preserve">            "Системные поля",</w:t>
        <w:br/>
        <w:t xml:space="preserve">            {</w:t>
        <w:br/>
        <w:t xml:space="preserve">                "fields": ["created_at", "updated_at"],</w:t>
        <w:br/>
        <w:t xml:space="preserve">                "classes": ["collapse"],</w:t>
        <w:br/>
        <w:t xml:space="preserve">            },</w:t>
        <w:br/>
        <w:t xml:space="preserve">        ),</w:t>
        <w:br/>
        <w:t xml:space="preserve">    ]</w:t>
      </w:r>
    </w:p>
    <w:p>
      <w:pPr>
        <w:pStyle w:val="Heading1"/>
      </w:pPr>
      <w:r>
        <w:t>src/apps/organization/urls.py</w:t>
      </w:r>
    </w:p>
    <w:p>
      <w:r>
        <w:t>"""URL маршруты для организаций."""</w:t>
        <w:br/>
        <w:t>from apps.organization.api import OrganizationViewSet</w:t>
        <w:br/>
        <w:t>from django.urls import include, path</w:t>
        <w:br/>
        <w:t>from rest_framework.routers import DefaultRouter</w:t>
        <w:br/>
        <w:t>router = DefaultRouter()</w:t>
        <w:br/>
        <w:t>router.register("", OrganizationViewSet, basename="organization")</w:t>
        <w:br/>
        <w:t>urlpatterns = [</w:t>
        <w:br/>
        <w:t xml:space="preserve">    path("", include(router.urls)),</w:t>
        <w:br/>
        <w:t>]</w:t>
      </w:r>
    </w:p>
    <w:p>
      <w:pPr>
        <w:pStyle w:val="Heading1"/>
      </w:pPr>
      <w:r>
        <w:t>src/apps/organization/migrations/__init__.py</w:t>
      </w:r>
    </w:p>
    <w:p>
      <w:r>
        <w:t>[Пустой файл]</w:t>
      </w:r>
    </w:p>
    <w:p>
      <w:pPr>
        <w:pStyle w:val="Heading1"/>
      </w:pPr>
      <w:r>
        <w:t>src/apps/organization/migrations/0001_initial.py</w:t>
      </w:r>
    </w:p>
    <w:p>
      <w:r>
        <w:t># Generated by Django 3.2.25 on 2026-02-06 12:49</w:t>
        <w:br/>
        <w:t>from django.db import migrations, models</w:t>
        <w:br/>
        <w:t>import uuid</w:t>
        <w:br/>
        <w:t>class Migration(migrations.Migration):</w:t>
        <w:br/>
        <w:t xml:space="preserve">    initial = True</w:t>
        <w:br/>
        <w:t xml:space="preserve">    dependencies = [</w:t>
        <w:br/>
        <w:t xml:space="preserve">    ]</w:t>
        <w:br/>
        <w:t xml:space="preserve">    operations = [</w:t>
        <w:br/>
        <w:t xml:space="preserve">        migrations.CreateModel(</w:t>
        <w:br/>
        <w:t xml:space="preserve">            name='Organization',</w:t>
        <w:br/>
        <w:t xml:space="preserve">            fields=[</w:t>
        <w:br/>
        <w:t xml:space="preserve">                ('created_at', models.DateTimeField(auto_now_add=True, db_index=True, help_text='Дата и время создания записи', verbose_name='создано')),</w:t>
        <w:br/>
        <w:t xml:space="preserve">                ('updated_at', models.DateTimeField(auto_now=True, help_text='Дата и время последнего обновления', verbose_name='обновлено')),</w:t>
        <w:br/>
        <w:t xml:space="preserve">                ('id', models.UUIDField(default=uuid.uuid4, editable=False, primary_key=True, serialize=False, verbose_name='ID')),</w:t>
        <w:br/>
        <w:t xml:space="preserve">                ('name', models.CharField(db_index=True, help_text='Полное наименование организации', max_length=500, verbose_name='наименование')),</w:t>
        <w:br/>
        <w:t xml:space="preserve">                ('inn', models.CharField(db_index=True, help_text='Идентификационный номер налогоплательщика (10 или 12 цифр)', max_length=12, unique=True, verbose_name='ИНН')),</w:t>
        <w:br/>
        <w:t xml:space="preserve">                ('ogrn', models.CharField(blank=True, db_index=True, default='', help_text='Основной государственный регистрационный номер (13 или 15 цифр)', max_length=15, verbose_name='ОГРН')),</w:t>
        <w:br/>
        <w:t xml:space="preserve">                ('kpp', models.CharField(blank=True, default='', help_text='Код причины постановки на учёт (9 цифр)', max_length=9, verbose_name='КПП')),</w:t>
        <w:br/>
        <w:t xml:space="preserve">                ('okpo', models.CharField(blank=True, default='', help_text='Общероссийский классификатор предприятий и организаций', max_length=20, verbose_name='ОКПО')),</w:t>
        <w:br/>
        <w:t xml:space="preserve">            ],</w:t>
        <w:br/>
        <w:t xml:space="preserve">            options={</w:t>
        <w:br/>
        <w:t xml:space="preserve">                'verbose_name': 'организация',</w:t>
        <w:br/>
        <w:t xml:space="preserve">                'verbose_name_plural': 'организации',</w:t>
        <w:br/>
        <w:t xml:space="preserve">                'ordering': ['name'],</w:t>
        <w:br/>
        <w:t xml:space="preserve">            },</w:t>
        <w:br/>
        <w:t xml:space="preserve">        ),</w:t>
        <w:br/>
        <w:t xml:space="preserve">        migrations.AddIndex(</w:t>
        <w:br/>
        <w:t xml:space="preserve">            model_name='organization',</w:t>
        <w:br/>
        <w:t xml:space="preserve">            index=models.Index(fields=['inn'], name='organizatio_inn_6cdafb_idx'),</w:t>
        <w:br/>
        <w:t xml:space="preserve">        ),</w:t>
        <w:br/>
        <w:t xml:space="preserve">        migrations.AddIndex(</w:t>
        <w:br/>
        <w:t xml:space="preserve">            model_name='organization',</w:t>
        <w:br/>
        <w:t xml:space="preserve">            index=models.Index(fields=['ogrn'], name='organizatio_ogrn_c5495f_idx'),</w:t>
        <w:br/>
        <w:t xml:space="preserve">        ),</w:t>
        <w:br/>
        <w:t xml:space="preserve">        migrations.AddIndex(</w:t>
        <w:br/>
        <w:t xml:space="preserve">            model_name='organization',</w:t>
        <w:br/>
        <w:t xml:space="preserve">            index=models.Index(fields=['name'], name='organizatio_name_2d216c_idx'),</w:t>
        <w:br/>
        <w:t xml:space="preserve">        ),</w:t>
        <w:br/>
        <w:t xml:space="preserve">    ]</w:t>
      </w:r>
    </w:p>
    <w:p>
      <w:pPr>
        <w:pStyle w:val="Heading1"/>
      </w:pPr>
      <w:r>
        <w:t>src/apps/form_1/services.py</w:t>
      </w:r>
    </w:p>
    <w:p>
      <w:r>
        <w:t>"""</w:t>
        <w:br/>
        <w:t>Сервисы для работы с формой Ф-1.</w:t>
        <w:br/>
        <w:t>Содержит:</w:t>
        <w:br/>
        <w:t>- FormF1Service - CRUD операции</w:t>
        <w:br/>
        <w:t>- FormF1ParserService - парсинг Excel</w:t>
        <w:br/>
        <w:t>"""</w:t>
        <w:br/>
        <w:t>import logging</w:t>
        <w:br/>
        <w:t>from typing import Any</w:t>
        <w:br/>
        <w:t>from apps.core.excel import (</w:t>
        <w:br/>
        <w:t xml:space="preserve">    BaseExcelParser,</w:t>
        <w:br/>
        <w:t xml:space="preserve">    ColumnMapping,</w:t>
        <w:br/>
        <w:t xml:space="preserve">    ParseResult,</w:t>
        <w:br/>
        <w:t xml:space="preserve">    RowData,</w:t>
        <w:br/>
        <w:t>)</w:t>
        <w:br/>
        <w:t>from apps.core.services import BaseService, BulkOperationsMixin</w:t>
        <w:br/>
        <w:t>from apps.form_1.models import FormF1Record</w:t>
        <w:br/>
        <w:t>from apps.organization.services import OrganizationService</w:t>
        <w:br/>
        <w:t>from django.db import transaction</w:t>
        <w:br/>
        <w:t>from django.db.models import Max</w:t>
        <w:br/>
        <w:t>logger = logging.getLogger(__name__)</w:t>
        <w:br/>
        <w:t>class FormF1Service(BulkOperationsMixin, BaseService[FormF1Record]):</w:t>
        <w:br/>
        <w:t xml:space="preserve">    """</w:t>
        <w:br/>
        <w:t xml:space="preserve">    Сервис для работы с записями формы Ф-1.</w:t>
        <w:br/>
        <w:t xml:space="preserve">    Методы:</w:t>
        <w:br/>
        <w:t xml:space="preserve">        get_by_batch: Получить записи по номеру загрузки</w:t>
        <w:br/>
        <w:t xml:space="preserve">        get_next_batch_id: Получить следующий номер загрузки</w:t>
        <w:br/>
        <w:t xml:space="preserve">        get_batches: Получить список загрузок</w:t>
        <w:br/>
        <w:t xml:space="preserve">    """</w:t>
        <w:br/>
        <w:t xml:space="preserve">    model = FormF1Record</w:t>
        <w:br/>
        <w:t xml:space="preserve">    @classmethod</w:t>
        <w:br/>
        <w:t xml:space="preserve">    def get_by_batch(cls, batch_id: int):</w:t>
        <w:br/>
        <w:t xml:space="preserve">        """Получить записи по номеру загрузки."""</w:t>
        <w:br/>
        <w:t xml:space="preserve">        return cls.get_queryset().filter(load_batch=batch_id)</w:t>
        <w:br/>
        <w:t xml:space="preserve">    @classmethod</w:t>
        <w:br/>
        <w:t xml:space="preserve">    def get_next_batch_id(cls) -&gt; int:</w:t>
        <w:br/>
        <w:t xml:space="preserve">        """Получить следующий номер загрузки."""</w:t>
        <w:br/>
        <w:t xml:space="preserve">        max_batch = cls.model.objects.aggregate(max_batch=Max("load_batch"))</w:t>
        <w:br/>
        <w:t xml:space="preserve">        return (max_batch["max_batch"] or 0) + 1</w:t>
        <w:br/>
        <w:t xml:space="preserve">    @classmethod</w:t>
        <w:br/>
        <w:t xml:space="preserve">    def get_batches(cls) -&gt; list[dict[str, Any]]:</w:t>
        <w:br/>
        <w:t xml:space="preserve">        """Получить список загрузок с количеством записей."""</w:t>
        <w:br/>
        <w:t xml:space="preserve">        from django.db.models import Count</w:t>
        <w:br/>
        <w:t xml:space="preserve">        return list(</w:t>
        <w:br/>
        <w:t xml:space="preserve">            cls.model.objects.values("load_batch")</w:t>
        <w:br/>
        <w:t xml:space="preserve">            .annotate(</w:t>
        <w:br/>
        <w:t xml:space="preserve">                count=Count("id"),</w:t>
        <w:br/>
        <w:t xml:space="preserve">                created_at=Max("created_at"),</w:t>
        <w:br/>
        <w:t xml:space="preserve">            )</w:t>
        <w:br/>
        <w:t xml:space="preserve">            .order_by("-load_batch")</w:t>
        <w:br/>
        <w:t xml:space="preserve">        )</w:t>
        <w:br/>
        <w:t>class FormF1Parser(BaseExcelParser[FormF1Record]):</w:t>
        <w:br/>
        <w:t xml:space="preserve">    """</w:t>
        <w:br/>
        <w:t xml:space="preserve">    Парсер Excel файла формы Ф-1.</w:t>
        <w:br/>
        <w:t xml:space="preserve">    Колонки:</w:t>
        <w:br/>
        <w:t xml:space="preserve">        0: Наименование организации</w:t>
        <w:br/>
        <w:t xml:space="preserve">        1: ОКПО</w:t>
        <w:br/>
        <w:t xml:space="preserve">        2: ОГРН</w:t>
        <w:br/>
        <w:t xml:space="preserve">        3: ИНН</w:t>
        <w:br/>
        <w:t xml:space="preserve">        4-29: Данные формы</w:t>
        <w:br/>
        <w:t xml:space="preserve">    """</w:t>
        <w:br/>
        <w:t xml:space="preserve">    # Индексы стандартных колонок</w:t>
        <w:br/>
        <w:t xml:space="preserve">    ORG_NAME_COLUMN = 0</w:t>
        <w:br/>
        <w:t xml:space="preserve">    OKPO_COLUMN = 1</w:t>
        <w:br/>
        <w:t xml:space="preserve">    OGRN_COLUMN = 2</w:t>
        <w:br/>
        <w:t xml:space="preserve">    INN_COLUMN = 3</w:t>
        <w:br/>
        <w:t xml:space="preserve">    def get_column_mappings(self) -&gt; list[ColumnMapping]:</w:t>
        <w:br/>
        <w:t xml:space="preserve">        """Маппинг колонок Excel на поля модели."""</w:t>
        <w:br/>
        <w:t xml:space="preserve">        return [</w:t>
        <w:br/>
        <w:t xml:space="preserve">            # Выпуск военной продукции (факт.)</w:t>
        <w:br/>
        <w:t xml:space="preserve">            ColumnMapping(4, "Выпуск военной продукции (факт.)", "military_output_actual", field_type="decimal"),</w:t>
        <w:br/>
        <w:t xml:space="preserve">            ColumnMapping(5, "Военная на внутренний рынок (факт.)", "military_domestic_actual", field_type="decimal"),</w:t>
        <w:br/>
        <w:t xml:space="preserve">            ColumnMapping(6, "Военная на экспорт (факт.)", "military_export_actual", field_type="decimal"),</w:t>
        <w:br/>
        <w:t xml:space="preserve">            # Выпуск гражданской продукции (факт.)</w:t>
        <w:br/>
        <w:t xml:space="preserve">            ColumnMapping(7, "Выпуск гражданской продукции (факт.)", "civilian_output_actual", field_type="decimal"),</w:t>
        <w:br/>
        <w:t xml:space="preserve">            ColumnMapping(8, "Гражданская на внутренний рынок (факт.)", "civilian_domestic_actual", field_type="decimal"),</w:t>
        <w:br/>
        <w:t xml:space="preserve">            ColumnMapping(9, "Гражданская на экспорт (факт.)", "civilian_export_actual", field_type="decimal"),</w:t>
        <w:br/>
        <w:t xml:space="preserve">            # Высокотехнологичная продукция (факт.)</w:t>
        <w:br/>
        <w:t xml:space="preserve">            ColumnMapping(10, "Высокотехнологичная продукция (факт.)", "hightech_output_actual", field_type="decimal"),</w:t>
        <w:br/>
        <w:t xml:space="preserve">            ColumnMapping(11, "Высокотехнологичная на внутренний рынок (факт.)", "hightech_domestic_actual", field_type="decimal"),</w:t>
        <w:br/>
        <w:t xml:space="preserve">            ColumnMapping(12, "Высокотехнологичная на экспорт (факт.)", "hightech_export_actual", field_type="decimal"),</w:t>
        <w:br/>
        <w:t xml:space="preserve">            # НИОКР (факт.)</w:t>
        <w:br/>
        <w:t xml:space="preserve">            ColumnMapping(13, "Объём НИОКР (факт.)", "rd_volume_actual", field_type="decimal"),</w:t>
        <w:br/>
        <w:t xml:space="preserve">            ColumnMapping(14, "НИОКР в интересах обороны (факт.)", "rd_defense_actual", field_type="decimal"),</w:t>
        <w:br/>
        <w:t xml:space="preserve">            # Выпуск военной продукции (фикс.)</w:t>
        <w:br/>
        <w:t xml:space="preserve">            ColumnMapping(15, "Выпуск военной продукции (фикс.)", "military_output_fixed", field_type="decimal"),</w:t>
        <w:br/>
        <w:t xml:space="preserve">            ColumnMapping(16, "Военная на внутренний рынок (фикс.)", "military_domestic_fixed", field_type="decimal"),</w:t>
        <w:br/>
        <w:t xml:space="preserve">            ColumnMapping(17, "Военная на экспорт (фикс.)", "military_export_fixed", field_type="decimal"),</w:t>
        <w:br/>
        <w:t xml:space="preserve">            # Выпуск гражданской продукции (фикс.)</w:t>
        <w:br/>
        <w:t xml:space="preserve">            ColumnMapping(18, "Выпуск гражданской продукции (фикс.)", "civilian_output_fixed", field_type="decimal"),</w:t>
        <w:br/>
        <w:t xml:space="preserve">            ColumnMapping(19, "Гражданская на внутренний рынок (фикс.)", "civilian_domestic_fixed", field_type="decimal"),</w:t>
        <w:br/>
        <w:t xml:space="preserve">            ColumnMapping(20, "Гражданская на экспорт (фикс.)", "civilian_export_fixed", field_type="decimal"),</w:t>
        <w:br/>
        <w:t xml:space="preserve">            # Высокотехнологичная продукция (фикс.)</w:t>
        <w:br/>
        <w:t xml:space="preserve">            ColumnMapping(21, "Высокотехнологичная продукция (фикс.)", "hightech_output_fixed", field_type="decimal"),</w:t>
        <w:br/>
        <w:t xml:space="preserve">            ColumnMapping(22, "Высокотехнологичная на внутренний рынок (фикс.)", "hightech_domestic_fixed", field_type="decimal"),</w:t>
        <w:br/>
        <w:t xml:space="preserve">            ColumnMapping(23, "Высокотехнологичная на экспорт (фикс.)", "hightech_export_fixed", field_type="decimal"),</w:t>
        <w:br/>
        <w:t xml:space="preserve">            # НИОКР (фикс.)</w:t>
        <w:br/>
        <w:t xml:space="preserve">            ColumnMapping(24, "Объём НИОКР (фикс.)", "rd_volume_fixed", field_type="decimal"),</w:t>
        <w:br/>
        <w:t xml:space="preserve">            ColumnMapping(25, "НИОКР в интересах обороны (фикс.)", "rd_defense_fixed", field_type="decimal"),</w:t>
        <w:br/>
        <w:t xml:space="preserve">            # Кадры и ЗП</w:t>
        <w:br/>
        <w:t xml:space="preserve">            ColumnMapping(26, "Средняя численность работников", "avg_employees", field_type="decimal"),</w:t>
        <w:br/>
        <w:t xml:space="preserve">            ColumnMapping(27, "Среднесписочная численность", "avg_payroll_employees", field_type="decimal"),</w:t>
        <w:br/>
        <w:t xml:space="preserve">            ColumnMapping(28, "Фонд начисленной зарплаты", "payroll_fund", field_type="decimal"),</w:t>
        <w:br/>
        <w:t xml:space="preserve">            ColumnMapping(29, "Просроченная задолженность по ЗП", "salary_arrears", field_type="decimal"),</w:t>
        <w:br/>
        <w:t xml:space="preserve">        ]</w:t>
        <w:br/>
        <w:t xml:space="preserve">    def get_next_batch_id(self) -&gt; int:</w:t>
        <w:br/>
        <w:t xml:space="preserve">        """Получить следующий номер загрузки."""</w:t>
        <w:br/>
        <w:t xml:space="preserve">        return FormF1Service.get_next_batch_id()</w:t>
        <w:br/>
        <w:t xml:space="preserve">    @transaction.atomic</w:t>
        <w:br/>
        <w:t xml:space="preserve">    def create_record(self, row_data: RowData, batch_id: int) -&gt; FormF1Record:</w:t>
        <w:br/>
        <w:t xml:space="preserve">        """Создать запись формы Ф-1."""</w:t>
        <w:br/>
        <w:t xml:space="preserve">        # Получаем или создаём организацию</w:t>
        <w:br/>
        <w:t xml:space="preserve">        org, _ = OrganizationService.get_or_create_by_inn(</w:t>
        <w:br/>
        <w:t xml:space="preserve">            inn=row_data.inn,</w:t>
        <w:br/>
        <w:t xml:space="preserve">            defaults={</w:t>
        <w:br/>
        <w:t xml:space="preserve">                "name": row_data.organization_name,</w:t>
        <w:br/>
        <w:t xml:space="preserve">                "ogrn": row_data.ogrn or "",</w:t>
        <w:br/>
        <w:t xml:space="preserve">                "okpo": row_data.okpo or "",</w:t>
        <w:br/>
        <w:t xml:space="preserve">                "kpp": row_data.kpp or "",</w:t>
        <w:br/>
        <w:t xml:space="preserve">            },</w:t>
        <w:br/>
        <w:t xml:space="preserve">        )</w:t>
        <w:br/>
        <w:t xml:space="preserve">        # Создаём запись формы</w:t>
        <w:br/>
        <w:t xml:space="preserve">        record = FormF1Record.objects.create(</w:t>
        <w:br/>
        <w:t xml:space="preserve">            organization=org,</w:t>
        <w:br/>
        <w:t xml:space="preserve">            load_batch=batch_id,</w:t>
        <w:br/>
        <w:t xml:space="preserve">            **row_data.fields,</w:t>
        <w:br/>
        <w:t xml:space="preserve">        )</w:t>
        <w:br/>
        <w:t xml:space="preserve">        return record</w:t>
        <w:br/>
        <w:t>def parse_form_f1_file(file) -&gt; ParseResult:</w:t>
        <w:br/>
        <w:t xml:space="preserve">    """</w:t>
        <w:br/>
        <w:t xml:space="preserve">    Парсит Excel файл формы Ф-1.</w:t>
        <w:br/>
        <w:t xml:space="preserve">    Args:</w:t>
        <w:br/>
        <w:t xml:space="preserve">        file: Загруженный файл</w:t>
        <w:br/>
        <w:t xml:space="preserve">    Returns:</w:t>
        <w:br/>
        <w:t xml:space="preserve">        ParseResult с результатами парсинга</w:t>
        <w:br/>
        <w:t xml:space="preserve">    """</w:t>
        <w:br/>
        <w:t xml:space="preserve">    parser = FormF1Parser()</w:t>
        <w:br/>
        <w:t xml:space="preserve">    return parser.parse(file)</w:t>
      </w:r>
    </w:p>
    <w:p>
      <w:pPr>
        <w:pStyle w:val="Heading1"/>
      </w:pPr>
      <w:r>
        <w:t>src/apps/form_1/tasks.py</w:t>
      </w:r>
    </w:p>
    <w:p>
      <w:r>
        <w:t>"""</w:t>
        <w:br/>
        <w:t>Celery задачи для формы Ф-1.</w:t>
        <w:br/>
        <w:t>Содержит:</w:t>
        <w:br/>
        <w:t>- process_form_f1_file - фоновая обработка файла</w:t>
        <w:br/>
        <w:t>"""</w:t>
        <w:br/>
        <w:t>import logging</w:t>
        <w:br/>
        <w:t>from apps.core.tasks import TrackedTask</w:t>
        <w:br/>
        <w:t>from apps.form_1.services import parse_form_f1_file</w:t>
        <w:br/>
        <w:t>from celery import shared_task</w:t>
        <w:br/>
        <w:t>from django.core.files.storage import default_storage</w:t>
        <w:br/>
        <w:t>logger = logging.getLogger(__name__)</w:t>
        <w:br/>
        <w:t>@shared_task(base=TrackedTask, bind=True)</w:t>
        <w:br/>
        <w:t>def process_form_f1_file(self, file_path: str, user_id: int | None = None):</w:t>
        <w:br/>
        <w:t xml:space="preserve">    """</w:t>
        <w:br/>
        <w:t xml:space="preserve">    Фоновая обработка файла формы Ф-1.</w:t>
        <w:br/>
        <w:t xml:space="preserve">    Args:</w:t>
        <w:br/>
        <w:t xml:space="preserve">        file_path: Путь к файлу в storage</w:t>
        <w:br/>
        <w:t xml:space="preserve">        user_id: ID пользователя (для отслеживания)</w:t>
        <w:br/>
        <w:t xml:space="preserve">    Returns:</w:t>
        <w:br/>
        <w:t xml:space="preserve">        dict с результатами парсинга</w:t>
        <w:br/>
        <w:t xml:space="preserve">    """</w:t>
        <w:br/>
        <w:t xml:space="preserve">    job = self.get_job()</w:t>
        <w:br/>
        <w:t xml:space="preserve">    job.update_progress(10, "Загрузка файла...")</w:t>
        <w:br/>
        <w:t xml:space="preserve">    try:</w:t>
        <w:br/>
        <w:t xml:space="preserve">        # Открываем файл из storage</w:t>
        <w:br/>
        <w:t xml:space="preserve">        with default_storage.open(file_path, "rb") as f:</w:t>
        <w:br/>
        <w:t xml:space="preserve">            job.update_progress(20, "Парсинг данных...")</w:t>
        <w:br/>
        <w:t xml:space="preserve">            # Парсим файл</w:t>
        <w:br/>
        <w:t xml:space="preserve">            result = parse_form_f1_file(f)</w:t>
        <w:br/>
        <w:t xml:space="preserve">            job.update_progress(90, "Завершение...")</w:t>
        <w:br/>
        <w:t xml:space="preserve">        # Удаляем временный файл</w:t>
        <w:br/>
        <w:t xml:space="preserve">        default_storage.delete(file_path)</w:t>
        <w:br/>
        <w:t xml:space="preserve">        return result.to_dict()</w:t>
        <w:br/>
        <w:t xml:space="preserve">    except Exception as e:</w:t>
        <w:br/>
        <w:t xml:space="preserve">        logger.exception(f"Ошибка обработки файла Ф-1: {e}")</w:t>
        <w:br/>
        <w:t xml:space="preserve">        # Пытаемся удалить файл при ошибке</w:t>
        <w:br/>
        <w:t xml:space="preserve">        try:</w:t>
        <w:br/>
        <w:t xml:space="preserve">            default_storage.delete(file_path)</w:t>
        <w:br/>
        <w:t xml:space="preserve">        except Exception:</w:t>
        <w:br/>
        <w:t xml:space="preserve">            pass</w:t>
        <w:br/>
        <w:t xml:space="preserve">        raise</w:t>
      </w:r>
    </w:p>
    <w:p>
      <w:pPr>
        <w:pStyle w:val="Heading1"/>
      </w:pPr>
      <w:r>
        <w:t>src/apps/form_1/models.py</w:t>
      </w:r>
    </w:p>
    <w:p>
      <w:r>
        <w:t>"""</w:t>
        <w:br/>
        <w:t>Модели формы Ф-1 (Выпуск продукции).</w:t>
        <w:br/>
        <w:t>Содержит:</w:t>
        <w:br/>
        <w:t>- FormF1Record - запись формы Ф-1</w:t>
        <w:br/>
        <w:t>"""</w:t>
        <w:br/>
        <w:t>import uuid</w:t>
        <w:br/>
        <w:t>from apps.core.mixins import TimestampMixin</w:t>
        <w:br/>
        <w:t>from apps.organization.models import Organization</w:t>
        <w:br/>
        <w:t>from django.db import models</w:t>
        <w:br/>
        <w:t>from django.utils.translation import gettext_lazy as _</w:t>
        <w:br/>
        <w:t>class FormF1Record(TimestampMixin, models.Model):</w:t>
        <w:br/>
        <w:t xml:space="preserve">    """</w:t>
        <w:br/>
        <w:t xml:space="preserve">    Запись формы Ф-1 (Выпуск продукции).</w:t>
        <w:br/>
        <w:t xml:space="preserve">    Данные о выпуске военной и гражданской продукции,</w:t>
        <w:br/>
        <w:t xml:space="preserve">    объёмах НИОКР, численности и заработной плате.</w:t>
        <w:br/>
        <w:t xml:space="preserve">    """</w:t>
        <w:br/>
        <w:t xml:space="preserve">    id = models.UUIDField(</w:t>
        <w:br/>
        <w:t xml:space="preserve">        primary_key=True,</w:t>
        <w:br/>
        <w:t xml:space="preserve">        default=uuid.uuid4,</w:t>
        <w:br/>
        <w:t xml:space="preserve">        editable=False,</w:t>
        <w:br/>
        <w:t xml:space="preserve">        verbose_name=_("ID"),</w:t>
        <w:br/>
        <w:t xml:space="preserve">    )</w:t>
        <w:br/>
        <w:t xml:space="preserve">    organization = models.ForeignKey(</w:t>
        <w:br/>
        <w:t xml:space="preserve">        Organization,</w:t>
        <w:br/>
        <w:t xml:space="preserve">        on_delete=models.CASCADE,</w:t>
        <w:br/>
        <w:t xml:space="preserve">        related_name="form_f1_records",</w:t>
        <w:br/>
        <w:t xml:space="preserve">        verbose_name=_("организация"),</w:t>
        <w:br/>
        <w:t xml:space="preserve">    )</w:t>
        <w:br/>
        <w:t xml:space="preserve">    load_batch = models.PositiveIntegerField(</w:t>
        <w:br/>
        <w:t xml:space="preserve">        _("номер загрузки"),</w:t>
        <w:br/>
        <w:t xml:space="preserve">        db_index=True,</w:t>
        <w:br/>
        <w:t xml:space="preserve">        help_text=_("Идентификатор пакета загрузки"),</w:t>
        <w:br/>
        <w:t xml:space="preserve">    )</w:t>
        <w:br/>
        <w:t xml:space="preserve">    # === Выпуск военной продукции (фактические цены) ===</w:t>
        <w:br/>
        <w:t xml:space="preserve">    military_output_actual = models.DecimalField(</w:t>
        <w:br/>
        <w:t xml:space="preserve">        _("выпуск военной продукции (факт. цены)"),</w:t>
        <w:br/>
        <w:t xml:space="preserve">        max_digits=20,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military_domestic_actual = models.DecimalField(</w:t>
        <w:br/>
        <w:t xml:space="preserve">        _("военная продукция на внутренний рынок (факт.)"),</w:t>
        <w:br/>
        <w:t xml:space="preserve">        max_digits=20,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military_export_actual = models.DecimalField(</w:t>
        <w:br/>
        <w:t xml:space="preserve">        _("военная продукция на экспорт (факт.)"),</w:t>
        <w:br/>
        <w:t xml:space="preserve">        max_digits=20,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# === Выпуск гражданской продукции (фактические цены) ===</w:t>
        <w:br/>
        <w:t xml:space="preserve">    civilian_output_actual = models.DecimalField(</w:t>
        <w:br/>
        <w:t xml:space="preserve">        _("выпуск гражданской продукции (факт. цены)"),</w:t>
        <w:br/>
        <w:t xml:space="preserve">        max_digits=20,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civilian_domestic_actual = models.DecimalField(</w:t>
        <w:br/>
        <w:t xml:space="preserve">        _("гражданская продукция на внутренний рынок (факт.)"),</w:t>
        <w:br/>
        <w:t xml:space="preserve">        max_digits=20,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civilian_export_actual = models.DecimalField(</w:t>
        <w:br/>
        <w:t xml:space="preserve">        _("гражданская продукция на экспорт (факт.)"),</w:t>
        <w:br/>
        <w:t xml:space="preserve">        max_digits=20,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# === Высокотехнологичная продукция (фактические цены) ===</w:t>
        <w:br/>
        <w:t xml:space="preserve">    hightech_output_actual = models.DecimalField(</w:t>
        <w:br/>
        <w:t xml:space="preserve">        _("выпуск высокотехнологичной продукции (факт. цены)"),</w:t>
        <w:br/>
        <w:t xml:space="preserve">        max_digits=20,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hightech_domestic_actual = models.DecimalField(</w:t>
        <w:br/>
        <w:t xml:space="preserve">        _("высокотехнологичная продукция на внутренний рынок (факт.)"),</w:t>
        <w:br/>
        <w:t xml:space="preserve">        max_digits=20,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hightech_export_actual = models.DecimalField(</w:t>
        <w:br/>
        <w:t xml:space="preserve">        _("высокотехнологичная продукция на экспорт (факт.)"),</w:t>
        <w:br/>
        <w:t xml:space="preserve">        max_digits=20,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# === НИОКР (фактические цены) ===</w:t>
        <w:br/>
        <w:t xml:space="preserve">    rd_volume_actual = models.DecimalField(</w:t>
        <w:br/>
        <w:t xml:space="preserve">        _("объём НИОКР (факт. цены)"),</w:t>
        <w:br/>
        <w:t xml:space="preserve">        max_digits=20,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rd_defense_actual = models.DecimalField(</w:t>
        <w:br/>
        <w:t xml:space="preserve">        _("НИОКР в интересах обороны (факт.)"),</w:t>
        <w:br/>
        <w:t xml:space="preserve">        max_digits=20,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# === Выпуск военной продукции (фиксированные цены) ===</w:t>
        <w:br/>
        <w:t xml:space="preserve">    military_output_fixed = models.DecimalField(</w:t>
        <w:br/>
        <w:t xml:space="preserve">        _("выпуск военной продукции (фикс. цены)"),</w:t>
        <w:br/>
        <w:t xml:space="preserve">        max_digits=20,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military_domestic_fixed = models.DecimalField(</w:t>
        <w:br/>
        <w:t xml:space="preserve">        _("военная продукция на внутренний рынок (фикс.)"),</w:t>
        <w:br/>
        <w:t xml:space="preserve">        max_digits=20,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military_export_fixed = models.DecimalField(</w:t>
        <w:br/>
        <w:t xml:space="preserve">        _("военная продукция на экспорт (фикс.)"),</w:t>
        <w:br/>
        <w:t xml:space="preserve">        max_digits=20,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# === Выпуск гражданской продукции (фиксированные цены) ===</w:t>
        <w:br/>
        <w:t xml:space="preserve">    civilian_output_fixed = models.DecimalField(</w:t>
        <w:br/>
        <w:t xml:space="preserve">        _("выпуск гражданской продукции (фикс. цены)"),</w:t>
        <w:br/>
        <w:t xml:space="preserve">        max_digits=20,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civilian_domestic_fixed = models.DecimalField(</w:t>
        <w:br/>
        <w:t xml:space="preserve">        _("гражданская продукция на внутренний рынок (фикс.)"),</w:t>
        <w:br/>
        <w:t xml:space="preserve">        max_digits=20,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civilian_export_fixed = models.DecimalField(</w:t>
        <w:br/>
        <w:t xml:space="preserve">        _("гражданская продукция на экспорт (фикс.)"),</w:t>
        <w:br/>
        <w:t xml:space="preserve">        max_digits=20,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# === Высокотехнологичная продукция (фиксированные цены) ===</w:t>
        <w:br/>
        <w:t xml:space="preserve">    hightech_output_fixed = models.DecimalField(</w:t>
        <w:br/>
        <w:t xml:space="preserve">        _("выпуск высокотехнологичной продукции (фикс. цены)"),</w:t>
        <w:br/>
        <w:t xml:space="preserve">        max_digits=20,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hightech_domestic_fixed = models.DecimalField(</w:t>
        <w:br/>
        <w:t xml:space="preserve">        _("высокотехнологичная продукция на внутренний рынок (фикс.)"),</w:t>
        <w:br/>
        <w:t xml:space="preserve">        max_digits=20,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hightech_export_fixed = models.DecimalField(</w:t>
        <w:br/>
        <w:t xml:space="preserve">        _("высокотехнологичная продукция на экспорт (фикс.)"),</w:t>
        <w:br/>
        <w:t xml:space="preserve">        max_digits=20,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# === НИОКР (фиксированные цены) ===</w:t>
        <w:br/>
        <w:t xml:space="preserve">    rd_volume_fixed = models.DecimalField(</w:t>
        <w:br/>
        <w:t xml:space="preserve">        _("объём НИОКР (фикс. цены)"),</w:t>
        <w:br/>
        <w:t xml:space="preserve">        max_digits=20,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rd_defense_fixed = models.DecimalField(</w:t>
        <w:br/>
        <w:t xml:space="preserve">        _("НИОКР в интересах обороны (фикс.)"),</w:t>
        <w:br/>
        <w:t xml:space="preserve">        max_digits=20,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# === Кадры и заработная плата ===</w:t>
        <w:br/>
        <w:t xml:space="preserve">    avg_employees = models.DecimalField(</w:t>
        <w:br/>
        <w:t xml:space="preserve">        _("средняя численность работников"),</w:t>
        <w:br/>
        <w:t xml:space="preserve">        max_digits=12,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avg_payroll_employees = models.DecimalField(</w:t>
        <w:br/>
        <w:t xml:space="preserve">        _("среднесписочная численность работников"),</w:t>
        <w:br/>
        <w:t xml:space="preserve">        max_digits=12,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payroll_fund = models.DecimalField(</w:t>
        <w:br/>
        <w:t xml:space="preserve">        _("фонд начисленной заработной платы"),</w:t>
        <w:br/>
        <w:t xml:space="preserve">        max_digits=20,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salary_arrears = models.DecimalField(</w:t>
        <w:br/>
        <w:t xml:space="preserve">        _("просроченная задолженность по зарплате"),</w:t>
        <w:br/>
        <w:t xml:space="preserve">        max_digits=20,</w:t>
        <w:br/>
        <w:t xml:space="preserve">        decimal_places=2,</w:t>
        <w:br/>
        <w:t xml:space="preserve">        null=True,</w:t>
        <w:br/>
        <w:t xml:space="preserve">        blank=True,</w:t>
        <w:br/>
        <w:t xml:space="preserve">    )</w:t>
        <w:br/>
        <w:t xml:space="preserve">    class Meta:</w:t>
        <w:br/>
        <w:t xml:space="preserve">        verbose_name = _("запись Ф-1")</w:t>
        <w:br/>
        <w:t xml:space="preserve">        verbose_name_plural = _("записи Ф-1")</w:t>
        <w:br/>
        <w:t xml:space="preserve">        ordering = ["-created_at"]</w:t>
        <w:br/>
        <w:t xml:space="preserve">        indexes = [</w:t>
        <w:br/>
        <w:t xml:space="preserve">            models.Index(fields=["organization", "load_batch"]),</w:t>
        <w:br/>
        <w:t xml:space="preserve">            models.Index(fields=["load_batch"]),</w:t>
        <w:br/>
        <w:t xml:space="preserve">        ]</w:t>
        <w:br/>
        <w:t xml:space="preserve">    def __str__(self) -&gt; str:</w:t>
        <w:br/>
        <w:t xml:space="preserve">        return f"Ф-1: {self.organization.name} (batch: {self.load_batch})"</w:t>
      </w:r>
    </w:p>
    <w:p>
      <w:pPr>
        <w:pStyle w:val="Heading1"/>
      </w:pPr>
      <w:r>
        <w:t>src/apps/form_1/serializers.py</w:t>
      </w:r>
    </w:p>
    <w:p>
      <w:r>
        <w:t>"""</w:t>
        <w:br/>
        <w:t>Сериализаторы для формы Ф-1.</w:t>
        <w:br/>
        <w:t>Содержит:</w:t>
        <w:br/>
        <w:t>- FormF1RecordSerializer - полный сериализатор</w:t>
        <w:br/>
        <w:t>- FormF1RecordListSerializer - краткий для списков</w:t>
        <w:br/>
        <w:t>- FormF1UploadSerializer - для загрузки файла</w:t>
        <w:br/>
        <w:t>- FormF1ParseResultSerializer - результат парсинга</w:t>
        <w:br/>
        <w:t>"""</w:t>
        <w:br/>
        <w:t>from apps.form_1.models import FormF1Record</w:t>
        <w:br/>
        <w:t>from apps.organization.serializers import OrganizationListSerializer</w:t>
        <w:br/>
        <w:t>from rest_framework import serializers</w:t>
        <w:br/>
        <w:t>class FormF1RecordSerializer(serializers.ModelSerializer):</w:t>
        <w:br/>
        <w:t xml:space="preserve">    """Полный сериализатор записи формы Ф-1."""</w:t>
        <w:br/>
        <w:t xml:space="preserve">    organization = OrganizationListSerializer(read_only=True)</w:t>
        <w:br/>
        <w:t xml:space="preserve">    class Meta:</w:t>
        <w:br/>
        <w:t xml:space="preserve">        model = FormF1Record</w:t>
        <w:br/>
        <w:t xml:space="preserve">        fields = [</w:t>
        <w:br/>
        <w:t xml:space="preserve">            "id",</w:t>
        <w:br/>
        <w:t xml:space="preserve">            "organization",</w:t>
        <w:br/>
        <w:t xml:space="preserve">            "load_batch",</w:t>
        <w:br/>
        <w:t xml:space="preserve">            # Военная продукция (факт.)</w:t>
        <w:br/>
        <w:t xml:space="preserve">            "military_output_actual",</w:t>
        <w:br/>
        <w:t xml:space="preserve">            "military_domestic_actual",</w:t>
        <w:br/>
        <w:t xml:space="preserve">            "military_export_actual",</w:t>
        <w:br/>
        <w:t xml:space="preserve">            # Гражданская продукция (факт.)</w:t>
        <w:br/>
        <w:t xml:space="preserve">            "civilian_output_actual",</w:t>
        <w:br/>
        <w:t xml:space="preserve">            "civilian_domestic_actual",</w:t>
        <w:br/>
        <w:t xml:space="preserve">            "civilian_export_actual",</w:t>
        <w:br/>
        <w:t xml:space="preserve">            # Высокотехнологичная продукция (факт.)</w:t>
        <w:br/>
        <w:t xml:space="preserve">            "hightech_output_actual",</w:t>
        <w:br/>
        <w:t xml:space="preserve">            "hightech_domestic_actual",</w:t>
        <w:br/>
        <w:t xml:space="preserve">            "hightech_export_actual",</w:t>
        <w:br/>
        <w:t xml:space="preserve">            # НИОКР (факт.)</w:t>
        <w:br/>
        <w:t xml:space="preserve">            "rd_volume_actual",</w:t>
        <w:br/>
        <w:t xml:space="preserve">            "rd_defense_actual",</w:t>
        <w:br/>
        <w:t xml:space="preserve">            # Военная продукция (фикс.)</w:t>
        <w:br/>
        <w:t xml:space="preserve">            "military_output_fixed",</w:t>
        <w:br/>
        <w:t xml:space="preserve">            "military_domestic_fixed",</w:t>
        <w:br/>
        <w:t xml:space="preserve">            "military_export_fixed",</w:t>
        <w:br/>
        <w:t xml:space="preserve">            # Гражданская продукция (фикс.)</w:t>
        <w:br/>
        <w:t xml:space="preserve">            "civilian_output_fixed",</w:t>
        <w:br/>
        <w:t xml:space="preserve">            "civilian_domestic_fixed",</w:t>
        <w:br/>
        <w:t xml:space="preserve">            "civilian_export_fixed",</w:t>
        <w:br/>
        <w:t xml:space="preserve">            # Высокотехнологичная продукция (фикс.)</w:t>
        <w:br/>
        <w:t xml:space="preserve">            "hightech_output_fixed",</w:t>
        <w:br/>
        <w:t xml:space="preserve">            "hightech_domestic_fixed",</w:t>
        <w:br/>
        <w:t xml:space="preserve">            "hightech_export_fixed",</w:t>
        <w:br/>
        <w:t xml:space="preserve">            # НИОКР (фикс.)</w:t>
        <w:br/>
        <w:t xml:space="preserve">            "rd_volume_fixed",</w:t>
        <w:br/>
        <w:t xml:space="preserve">            "rd_defense_fixed",</w:t>
        <w:br/>
        <w:t xml:space="preserve">            # Кадры</w:t>
        <w:br/>
        <w:t xml:space="preserve">            "avg_employees",</w:t>
        <w:br/>
        <w:t xml:space="preserve">            "avg_payroll_employees",</w:t>
        <w:br/>
        <w:t xml:space="preserve">            "payroll_fund",</w:t>
        <w:br/>
        <w:t xml:space="preserve">            "salary_arrears",</w:t>
        <w:br/>
        <w:t xml:space="preserve">            # Системные</w:t>
        <w:br/>
        <w:t xml:space="preserve">            "created_at",</w:t>
        <w:br/>
        <w:t xml:space="preserve">            "updated_at",</w:t>
        <w:br/>
        <w:t xml:space="preserve">        ]</w:t>
        <w:br/>
        <w:t>class FormF1RecordListSerializer(serializers.ModelSerializer):</w:t>
        <w:br/>
        <w:t xml:space="preserve">    """Краткий сериализатор для списков."""</w:t>
        <w:br/>
        <w:t xml:space="preserve">    organization_name = serializers.CharField(source="organization.name", read_only=True)</w:t>
        <w:br/>
        <w:t xml:space="preserve">    organization_inn = serializers.CharField(source="organization.inn", read_only=True)</w:t>
        <w:br/>
        <w:t xml:space="preserve">    class Meta:</w:t>
        <w:br/>
        <w:t xml:space="preserve">        model = FormF1Record</w:t>
        <w:br/>
        <w:t xml:space="preserve">        fields = [</w:t>
        <w:br/>
        <w:t xml:space="preserve">            "id",</w:t>
        <w:br/>
        <w:t xml:space="preserve">            "organization_name",</w:t>
        <w:br/>
        <w:t xml:space="preserve">            "organization_inn",</w:t>
        <w:br/>
        <w:t xml:space="preserve">            "load_batch",</w:t>
        <w:br/>
        <w:t xml:space="preserve">            "military_output_actual",</w:t>
        <w:br/>
        <w:t xml:space="preserve">            "civilian_output_actual",</w:t>
        <w:br/>
        <w:t xml:space="preserve">            "created_at",</w:t>
        <w:br/>
        <w:t xml:space="preserve">        ]</w:t>
        <w:br/>
        <w:t>class FormF1UploadSerializer(serializers.Serializer):</w:t>
        <w:br/>
        <w:t xml:space="preserve">    """Сериализатор для загрузки файла."""</w:t>
        <w:br/>
        <w:t xml:space="preserve">    file = serializers.FileField(</w:t>
        <w:br/>
        <w:t xml:space="preserve">        help_text="Excel файл формы Ф-1 (.xlsx)"</w:t>
        <w:br/>
        <w:t xml:space="preserve">    )</w:t>
        <w:br/>
        <w:t xml:space="preserve">    def validate_file(self, value):</w:t>
        <w:br/>
        <w:t xml:space="preserve">        """Валидация загруженного файла."""</w:t>
        <w:br/>
        <w:t xml:space="preserve">        if not value.name.endswith((".xlsx", ".xls")):</w:t>
        <w:br/>
        <w:t xml:space="preserve">            raise serializers.ValidationError(</w:t>
        <w:br/>
        <w:t xml:space="preserve">                "Файл должен быть в формате Excel (.xlsx или .xls)"</w:t>
        <w:br/>
        <w:t xml:space="preserve">            )</w:t>
        <w:br/>
        <w:t xml:space="preserve">        # Проверка размера файла (макс. 50MB)</w:t>
        <w:br/>
        <w:t xml:space="preserve">        if value.size &gt; 50 * 1024 * 1024:</w:t>
        <w:br/>
        <w:t xml:space="preserve">            raise serializers.ValidationError(</w:t>
        <w:br/>
        <w:t xml:space="preserve">                "Размер файла не должен превышать 50MB"</w:t>
        <w:br/>
        <w:t xml:space="preserve">            )</w:t>
        <w:br/>
        <w:t xml:space="preserve">        return value</w:t>
        <w:br/>
        <w:t>class FieldErrorSerializer(serializers.Serializer):</w:t>
        <w:br/>
        <w:t xml:space="preserve">    """Сериализатор ошибки поля."""</w:t>
        <w:br/>
        <w:t xml:space="preserve">    field = serializers.CharField()</w:t>
        <w:br/>
        <w:t xml:space="preserve">    message = serializers.CharField()</w:t>
        <w:br/>
        <w:t>class RowValidationErrorSerializer(serializers.Serializer):</w:t>
        <w:br/>
        <w:t xml:space="preserve">    """Сериализатор ошибки строки."""</w:t>
        <w:br/>
        <w:t xml:space="preserve">    row = serializers.IntegerField()</w:t>
        <w:br/>
        <w:t xml:space="preserve">    inn = serializers.CharField(allow_null=True)</w:t>
        <w:br/>
        <w:t xml:space="preserve">    kpp = serializers.CharField(allow_null=True)</w:t>
        <w:br/>
        <w:t xml:space="preserve">    organization_name = serializers.CharField(allow_null=True)</w:t>
        <w:br/>
        <w:t xml:space="preserve">    errors = FieldErrorSerializer(many=True)</w:t>
        <w:br/>
        <w:t>class ParseResultSerializer(serializers.Serializer):</w:t>
        <w:br/>
        <w:t xml:space="preserve">    """Сериализатор результата парсинга."""</w:t>
        <w:br/>
        <w:t xml:space="preserve">    batch_id = serializers.IntegerField()</w:t>
        <w:br/>
        <w:t xml:space="preserve">    loaded_count = serializers.IntegerField()</w:t>
        <w:br/>
        <w:t xml:space="preserve">    skipped_count = serializers.IntegerField()</w:t>
        <w:br/>
        <w:t xml:space="preserve">    errors = RowValidationErrorSerializer(many=True)</w:t>
        <w:br/>
        <w:t>class BatchInfoSerializer(serializers.Serializer):</w:t>
        <w:br/>
        <w:t xml:space="preserve">    """Сериализатор информации о загрузке."""</w:t>
        <w:br/>
        <w:t xml:space="preserve">    load_batch = serializers.IntegerField()</w:t>
        <w:br/>
        <w:t xml:space="preserve">    count = serializers.IntegerField()</w:t>
        <w:br/>
        <w:t xml:space="preserve">    created_at = serializers.DateTimeField()</w:t>
      </w:r>
    </w:p>
    <w:p>
      <w:pPr>
        <w:pStyle w:val="Heading1"/>
      </w:pPr>
      <w:r>
        <w:t>src/apps/form_1/__init__.py</w:t>
      </w:r>
    </w:p>
    <w:p>
      <w:r>
        <w:t>[Пустой файл]</w:t>
      </w:r>
    </w:p>
    <w:p>
      <w:pPr>
        <w:pStyle w:val="Heading1"/>
      </w:pPr>
      <w:r>
        <w:t>src/apps/form_1/apps.py</w:t>
      </w:r>
    </w:p>
    <w:p>
      <w:r>
        <w:t>"""Конфигурация приложения form_1."""</w:t>
        <w:br/>
        <w:t>from django.apps import AppConfig</w:t>
        <w:br/>
        <w:t>class Form1Config(AppConfig):</w:t>
        <w:br/>
        <w:t xml:space="preserve">    """Конфигурация приложения формы Ф-1 (Выпуск продукции)."""</w:t>
        <w:br/>
        <w:t xml:space="preserve">    default_auto_field = "django.db.models.BigAutoField"</w:t>
        <w:br/>
        <w:t xml:space="preserve">    name = "apps.form_1"</w:t>
        <w:br/>
        <w:t xml:space="preserve">    verbose_name = "Форма Ф-1 (Выпуск продукции)"</w:t>
      </w:r>
    </w:p>
    <w:p>
      <w:pPr>
        <w:pStyle w:val="Heading1"/>
      </w:pPr>
      <w:r>
        <w:t>src/apps/form_1/api.py</w:t>
      </w:r>
    </w:p>
    <w:p>
      <w:r>
        <w:t>"""</w:t>
        <w:br/>
        <w:t>API для формы Ф-1.</w:t>
        <w:br/>
        <w:t>Содержит:</w:t>
        <w:br/>
        <w:t>- FormF1UploadView - загрузка файла</w:t>
        <w:br/>
        <w:t>- FormF1RecordViewSet - CRUD для записей</w:t>
        <w:br/>
        <w:t>"""</w:t>
        <w:br/>
        <w:t>import logging</w:t>
        <w:br/>
        <w:t>from apps.core.response import api_response</w:t>
        <w:br/>
        <w:t>from apps.core.viewsets import ReadOnlyViewSet</w:t>
        <w:br/>
        <w:t>from apps.form_1.models import FormF1Record</w:t>
        <w:br/>
        <w:t>from apps.form_1.serializers import (</w:t>
        <w:br/>
        <w:t xml:space="preserve">    BatchInfoSerializer,</w:t>
        <w:br/>
        <w:t xml:space="preserve">    FormF1RecordListSerializer,</w:t>
        <w:br/>
        <w:t xml:space="preserve">    FormF1RecordSerializer,</w:t>
        <w:br/>
        <w:t xml:space="preserve">    FormF1UploadSerializer,</w:t>
        <w:br/>
        <w:t xml:space="preserve">    ParseResultSerializer,</w:t>
        <w:br/>
        <w:t>)</w:t>
        <w:br/>
        <w:t>from apps.form_1.services import FormF1Service, parse_form_f1_file</w:t>
        <w:br/>
        <w:t>from apps.form_1.tasks import process_form_f1_file</w:t>
        <w:br/>
        <w:t>from django.core.files.storage import default_storage</w:t>
        <w:br/>
        <w:t>from django_filters import rest_framework as filters</w:t>
        <w:br/>
        <w:t>from drf_yasg.utils import swagger_auto_schema</w:t>
        <w:br/>
        <w:t>from rest_framework import status</w:t>
        <w:br/>
        <w:t>from rest_framework.decorators import action</w:t>
        <w:br/>
        <w:t>from rest_framework.parsers import MultiPartParser</w:t>
        <w:br/>
        <w:t>from rest_framework.permissions import IsAuthenticated</w:t>
        <w:br/>
        <w:t>from rest_framework.request import Request</w:t>
        <w:br/>
        <w:t>from rest_framework.response import Response</w:t>
        <w:br/>
        <w:t>from rest_framework.views import APIView</w:t>
        <w:br/>
        <w:t>logger = logging.getLogger(__name__)</w:t>
        <w:br/>
        <w:t># Порог для фоновой обработки (количество строк)</w:t>
        <w:br/>
        <w:t>BACKGROUND_THRESHOLD = 100</w:t>
        <w:br/>
        <w:t>class FormF1Filter(filters.FilterSet):</w:t>
        <w:br/>
        <w:t xml:space="preserve">    """Фильтры для записей формы Ф-1."""</w:t>
        <w:br/>
        <w:t xml:space="preserve">    organization = filters.UUIDFilter(field_name="organization__id")</w:t>
        <w:br/>
        <w:t xml:space="preserve">    organization_inn = filters.CharFilter(field_name="organization__inn")</w:t>
        <w:br/>
        <w:t xml:space="preserve">    load_batch = filters.NumberFilter()</w:t>
        <w:br/>
        <w:t xml:space="preserve">    class Meta:</w:t>
        <w:br/>
        <w:t xml:space="preserve">        model = FormF1Record</w:t>
        <w:br/>
        <w:t xml:space="preserve">        fields = ["organization", "organization_inn", "load_batch"]</w:t>
        <w:br/>
        <w:t>class FormF1UploadView(APIView):</w:t>
        <w:br/>
        <w:t xml:space="preserve">    """</w:t>
        <w:br/>
        <w:t xml:space="preserve">    Загрузка файла формы Ф-1.</w:t>
        <w:br/>
        <w:t xml:space="preserve">    POST /api/v1/forms/f1/upload/</w:t>
        <w:br/>
        <w:t xml:space="preserve">    """</w:t>
        <w:br/>
        <w:t xml:space="preserve">    permission_classes = [IsAuthenticated]</w:t>
        <w:br/>
        <w:t xml:space="preserve">    parser_classes = [MultiPartParser]</w:t>
        <w:br/>
        <w:t xml:space="preserve">    @swagger_auto_schema(</w:t>
        <w:br/>
        <w:t xml:space="preserve">        tags=["Форма Ф-1"],</w:t>
        <w:br/>
        <w:t xml:space="preserve">        operation_summary="Загрузка файла Ф-1",</w:t>
        <w:br/>
        <w:t xml:space="preserve">        operation_description=(</w:t>
        <w:br/>
        <w:t xml:space="preserve">            "Загружает Excel файл формы Ф-1 и обрабатывает данные.\n"</w:t>
        <w:br/>
        <w:t xml:space="preserve">            "Для больших файлов обработка выполняется в фоновом режиме."</w:t>
        <w:br/>
        <w:t xml:space="preserve">        ),</w:t>
        <w:br/>
        <w:t xml:space="preserve">        request_body=FormF1UploadSerializer,</w:t>
        <w:br/>
        <w:t xml:space="preserve">        responses={</w:t>
        <w:br/>
        <w:t xml:space="preserve">            200: ParseResultSerializer,</w:t>
        <w:br/>
        <w:t xml:space="preserve">            202: "Задача поставлена в очередь (для больших файлов)",</w:t>
        <w:br/>
        <w:t xml:space="preserve">            400: "Ошибка валидации",</w:t>
        <w:br/>
        <w:t xml:space="preserve">        },</w:t>
        <w:br/>
        <w:t xml:space="preserve">    )</w:t>
        <w:br/>
        <w:t xml:space="preserve">    def post(self, request: Request) -&gt; Response:</w:t>
        <w:br/>
        <w:t xml:space="preserve">        """Загрузка и обработка файла."""</w:t>
        <w:br/>
        <w:t xml:space="preserve">        serializer = FormF1UploadSerializer(data=request.data)</w:t>
        <w:br/>
        <w:t xml:space="preserve">        serializer.is_valid(raise_exception=True)</w:t>
        <w:br/>
        <w:t xml:space="preserve">        file = serializer.validated_data["file"]</w:t>
        <w:br/>
        <w:t xml:space="preserve">        # Определяем размер файла для выбора режима обработки</w:t>
        <w:br/>
        <w:t xml:space="preserve">        file_size = file.size</w:t>
        <w:br/>
        <w:t xml:space="preserve">        # Для небольших файлов - синхронная обработка</w:t>
        <w:br/>
        <w:t xml:space="preserve">        if file_size &lt; 1024 * 1024:  # &lt; 1MB</w:t>
        <w:br/>
        <w:t xml:space="preserve">            result = parse_form_f1_file(file)</w:t>
        <w:br/>
        <w:t xml:space="preserve">            return api_response(result.to_dict())</w:t>
        <w:br/>
        <w:t xml:space="preserve">        # Для больших файлов - фоновая обработка</w:t>
        <w:br/>
        <w:t xml:space="preserve">        # Сохраняем файл во временное хранилище</w:t>
        <w:br/>
        <w:t xml:space="preserve">        file_path = f"uploads/form_f1/{file.name}"</w:t>
        <w:br/>
        <w:t xml:space="preserve">        saved_path = default_storage.save(file_path, file)</w:t>
        <w:br/>
        <w:t xml:space="preserve">        # Запускаем фоновую задачу</w:t>
        <w:br/>
        <w:t xml:space="preserve">        task = process_form_f1_file.delay(</w:t>
        <w:br/>
        <w:t xml:space="preserve">            file_path=saved_path,</w:t>
        <w:br/>
        <w:t xml:space="preserve">            user_id=request.user.id,</w:t>
        <w:br/>
        <w:t xml:space="preserve">        )</w:t>
        <w:br/>
        <w:t xml:space="preserve">        return Response(</w:t>
        <w:br/>
        <w:t xml:space="preserve">            {</w:t>
        <w:br/>
        <w:t xml:space="preserve">                "success": True,</w:t>
        <w:br/>
        <w:t xml:space="preserve">                "data": {</w:t>
        <w:br/>
        <w:t xml:space="preserve">                    "task_id": task.id,</w:t>
        <w:br/>
        <w:t xml:space="preserve">                    "message": "Файл поставлен в очередь на обработку",</w:t>
        <w:br/>
        <w:t xml:space="preserve">                },</w:t>
        <w:br/>
        <w:t xml:space="preserve">            },</w:t>
        <w:br/>
        <w:t xml:space="preserve">            status=status.HTTP_202_ACCEPTED,</w:t>
        <w:br/>
        <w:t xml:space="preserve">        )</w:t>
        <w:br/>
        <w:t>class FormF1RecordViewSet(ReadOnlyViewSet[FormF1Record]):</w:t>
        <w:br/>
        <w:t xml:space="preserve">    """</w:t>
        <w:br/>
        <w:t xml:space="preserve">    ViewSet для записей формы Ф-1.</w:t>
        <w:br/>
        <w:t xml:space="preserve">    Эндпоинты:</w:t>
        <w:br/>
        <w:t xml:space="preserve">        GET /api/v1/forms/f1/records/ - список записей</w:t>
        <w:br/>
        <w:t xml:space="preserve">        GET /api/v1/forms/f1/records/{id}/ - детали записи</w:t>
        <w:br/>
        <w:t xml:space="preserve">        GET /api/v1/forms/f1/records/batches/ - список загрузок</w:t>
        <w:br/>
        <w:t xml:space="preserve">    """</w:t>
        <w:br/>
        <w:t xml:space="preserve">    queryset = FormF1Record.objects.select_related("organization").all()</w:t>
        <w:br/>
        <w:t xml:space="preserve">    serializer_class = FormF1RecordSerializer</w:t>
        <w:br/>
        <w:t xml:space="preserve">    permission_classes = [IsAuthenticated]</w:t>
        <w:br/>
        <w:t xml:space="preserve">    filterset_class = FormF1Filter</w:t>
        <w:br/>
        <w:t xml:space="preserve">    search_fields = ["organization__name", "organization__inn"]</w:t>
        <w:br/>
        <w:t xml:space="preserve">    ordering_fields = ["created_at", "load_batch"]</w:t>
        <w:br/>
        <w:t xml:space="preserve">    ordering = ["-created_at"]</w:t>
        <w:br/>
        <w:t xml:space="preserve">    serializer_classes = {</w:t>
        <w:br/>
        <w:t xml:space="preserve">        "list": FormF1RecordListSerializer,</w:t>
        <w:br/>
        <w:t xml:space="preserve">    }</w:t>
        <w:br/>
        <w:t xml:space="preserve">    def get_serializer_class(self):</w:t>
        <w:br/>
        <w:t xml:space="preserve">        """Возвращает serializer в зависимости от action."""</w:t>
        <w:br/>
        <w:t xml:space="preserve">        if self.action in self.serializer_classes:</w:t>
        <w:br/>
        <w:t xml:space="preserve">            return self.serializer_classes[self.action]</w:t>
        <w:br/>
        <w:t xml:space="preserve">        return super().get_serializer_class()</w:t>
        <w:br/>
        <w:t xml:space="preserve">    @swagger_auto_schema(</w:t>
        <w:br/>
        <w:t xml:space="preserve">        tags=["Форма Ф-1"],</w:t>
        <w:br/>
        <w:t xml:space="preserve">        operation_summary="Список загрузок",</w:t>
        <w:br/>
        <w:t xml:space="preserve">        operation_description="Возвращает список всех загрузок с количеством записей.",</w:t>
        <w:br/>
        <w:t xml:space="preserve">        responses={200: BatchInfoSerializer(many=True)},</w:t>
        <w:br/>
        <w:t xml:space="preserve">    )</w:t>
        <w:br/>
        <w:t xml:space="preserve">    @action(detail=False, methods=["get"])</w:t>
        <w:br/>
        <w:t xml:space="preserve">    def batches(self, request: Request) -&gt; Response:</w:t>
        <w:br/>
        <w:t xml:space="preserve">        """Получить список загрузок."""</w:t>
        <w:br/>
        <w:t xml:space="preserve">        batches = FormF1Service.get_batches()</w:t>
        <w:br/>
        <w:t xml:space="preserve">        serializer = BatchInfoSerializer(batches, many=True)</w:t>
        <w:br/>
        <w:t xml:space="preserve">        return api_response(serializer.data)</w:t>
      </w:r>
    </w:p>
    <w:p>
      <w:pPr>
        <w:pStyle w:val="Heading1"/>
      </w:pPr>
      <w:r>
        <w:t>src/apps/form_1/admin.py</w:t>
      </w:r>
    </w:p>
    <w:p>
      <w:r>
        <w:t>"""Административный интерфейс для формы Ф-1."""</w:t>
        <w:br/>
        <w:t>from apps.form_1.models import FormF1Record</w:t>
        <w:br/>
        <w:t>from django.contrib import admin</w:t>
        <w:br/>
        <w:t>@admin.register(FormF1Record)</w:t>
        <w:br/>
        <w:t>class FormF1RecordAdmin(admin.ModelAdmin):</w:t>
        <w:br/>
        <w:t xml:space="preserve">    """Админка для записей формы Ф-1."""</w:t>
        <w:br/>
        <w:t xml:space="preserve">    list_display = [</w:t>
        <w:br/>
        <w:t xml:space="preserve">        "organization",</w:t>
        <w:br/>
        <w:t xml:space="preserve">        "load_batch",</w:t>
        <w:br/>
        <w:t xml:space="preserve">        "military_output_actual",</w:t>
        <w:br/>
        <w:t xml:space="preserve">        "civilian_output_actual",</w:t>
        <w:br/>
        <w:t xml:space="preserve">        "created_at",</w:t>
        <w:br/>
        <w:t xml:space="preserve">    ]</w:t>
        <w:br/>
        <w:t xml:space="preserve">    list_filter = ["load_batch", "created_at"]</w:t>
        <w:br/>
        <w:t xml:space="preserve">    search_fields = ["organization__name", "organization__inn"]</w:t>
        <w:br/>
        <w:t xml:space="preserve">    readonly_fields = ["id", "created_at", "updated_at"]</w:t>
        <w:br/>
        <w:t xml:space="preserve">    raw_id_fields = ["organization"]</w:t>
        <w:br/>
        <w:t xml:space="preserve">    ordering = ["-created_at"]</w:t>
        <w:br/>
        <w:t xml:space="preserve">    fieldsets = [</w:t>
        <w:br/>
        <w:t xml:space="preserve">        (</w:t>
        <w:br/>
        <w:t xml:space="preserve">            "Основная информация",</w:t>
        <w:br/>
        <w:t xml:space="preserve">            {</w:t>
        <w:br/>
        <w:t xml:space="preserve">                "fields": ["id", "organization", "load_batch"],</w:t>
        <w:br/>
        <w:t xml:space="preserve">            },</w:t>
        <w:br/>
        <w:t xml:space="preserve">        ),</w:t>
        <w:br/>
        <w:t xml:space="preserve">        (</w:t>
        <w:br/>
        <w:t xml:space="preserve">            "Выпуск военной продукции (факт. цены)",</w:t>
        <w:br/>
        <w:t xml:space="preserve">            {</w:t>
        <w:br/>
        <w:t xml:space="preserve">                "fields": [</w:t>
        <w:br/>
        <w:t xml:space="preserve">                    "military_output_actual",</w:t>
        <w:br/>
        <w:t xml:space="preserve">                    "military_domestic_actual",</w:t>
        <w:br/>
        <w:t xml:space="preserve">                    "military_export_actual",</w:t>
        <w:br/>
        <w:t xml:space="preserve">                ],</w:t>
        <w:br/>
        <w:t xml:space="preserve">            },</w:t>
        <w:br/>
        <w:t xml:space="preserve">        ),</w:t>
        <w:br/>
        <w:t xml:space="preserve">        (</w:t>
        <w:br/>
        <w:t xml:space="preserve">            "Выпуск гражданской продукции (факт. цены)",</w:t>
        <w:br/>
        <w:t xml:space="preserve">            {</w:t>
        <w:br/>
        <w:t xml:space="preserve">                "fields": [</w:t>
        <w:br/>
        <w:t xml:space="preserve">                    "civilian_output_actual",</w:t>
        <w:br/>
        <w:t xml:space="preserve">                    "civilian_domestic_actual",</w:t>
        <w:br/>
        <w:t xml:space="preserve">                    "civilian_export_actual",</w:t>
        <w:br/>
        <w:t xml:space="preserve">                ],</w:t>
        <w:br/>
        <w:t xml:space="preserve">            },</w:t>
        <w:br/>
        <w:t xml:space="preserve">        ),</w:t>
        <w:br/>
        <w:t xml:space="preserve">        (</w:t>
        <w:br/>
        <w:t xml:space="preserve">            "Высокотехнологичная продукция (факт. цены)",</w:t>
        <w:br/>
        <w:t xml:space="preserve">            {</w:t>
        <w:br/>
        <w:t xml:space="preserve">                "fields": [</w:t>
        <w:br/>
        <w:t xml:space="preserve">                    "hightech_output_actual",</w:t>
        <w:br/>
        <w:t xml:space="preserve">                    "hightech_domestic_actual",</w:t>
        <w:br/>
        <w:t xml:space="preserve">                    "hightech_export_actual",</w:t>
        <w:br/>
        <w:t xml:space="preserve">                ],</w:t>
        <w:br/>
        <w:t xml:space="preserve">            },</w:t>
        <w:br/>
        <w:t xml:space="preserve">        ),</w:t>
        <w:br/>
        <w:t xml:space="preserve">        (</w:t>
        <w:br/>
        <w:t xml:space="preserve">            "НИОКР (факт. цены)",</w:t>
        <w:br/>
        <w:t xml:space="preserve">            {</w:t>
        <w:br/>
        <w:t xml:space="preserve">                "fields": [</w:t>
        <w:br/>
        <w:t xml:space="preserve">                    "rd_volume_actual",</w:t>
        <w:br/>
        <w:t xml:space="preserve">                    "rd_defense_actual",</w:t>
        <w:br/>
        <w:t xml:space="preserve">                ],</w:t>
        <w:br/>
        <w:t xml:space="preserve">            },</w:t>
        <w:br/>
        <w:t xml:space="preserve">        ),</w:t>
        <w:br/>
        <w:t xml:space="preserve">        (</w:t>
        <w:br/>
        <w:t xml:space="preserve">            "Выпуск военной продукции (фикс. цены)",</w:t>
        <w:br/>
        <w:t xml:space="preserve">            {</w:t>
        <w:br/>
        <w:t xml:space="preserve">                "fields": [</w:t>
        <w:br/>
        <w:t xml:space="preserve">                    "military_output_fixed",</w:t>
        <w:br/>
        <w:t xml:space="preserve">                    "military_domestic_fixed",</w:t>
        <w:br/>
        <w:t xml:space="preserve">                    "military_export_fixed",</w:t>
        <w:br/>
        <w:t xml:space="preserve">                ],</w:t>
        <w:br/>
        <w:t xml:space="preserve">                "classes": ["collapse"],</w:t>
        <w:br/>
        <w:t xml:space="preserve">            },</w:t>
        <w:br/>
        <w:t xml:space="preserve">        ),</w:t>
        <w:br/>
        <w:t xml:space="preserve">        (</w:t>
        <w:br/>
        <w:t xml:space="preserve">            "Выпуск гражданской продукции (фикс. цены)",</w:t>
        <w:br/>
        <w:t xml:space="preserve">            {</w:t>
        <w:br/>
        <w:t xml:space="preserve">                "fields": [</w:t>
        <w:br/>
        <w:t xml:space="preserve">                    "civilian_output_fixed",</w:t>
        <w:br/>
        <w:t xml:space="preserve">                    "civilian_domestic_fixed",</w:t>
        <w:br/>
        <w:t xml:space="preserve">                    "civilian_export_fixed",</w:t>
        <w:br/>
        <w:t xml:space="preserve">                ],</w:t>
        <w:br/>
        <w:t xml:space="preserve">                "classes": ["collapse"],</w:t>
        <w:br/>
        <w:t xml:space="preserve">            },</w:t>
        <w:br/>
        <w:t xml:space="preserve">        ),</w:t>
        <w:br/>
        <w:t xml:space="preserve">        (</w:t>
        <w:br/>
        <w:t xml:space="preserve">            "Высокотехнологичная продукция (фикс. цены)",</w:t>
        <w:br/>
        <w:t xml:space="preserve">            {</w:t>
        <w:br/>
        <w:t xml:space="preserve">                "fields": [</w:t>
        <w:br/>
        <w:t xml:space="preserve">                    "hightech_output_fixed",</w:t>
        <w:br/>
        <w:t xml:space="preserve">                    "hightech_domestic_fixed",</w:t>
        <w:br/>
        <w:t xml:space="preserve">                    "hightech_export_fixed",</w:t>
        <w:br/>
        <w:t xml:space="preserve">                ],</w:t>
        <w:br/>
        <w:t xml:space="preserve">                "classes": ["collapse"],</w:t>
        <w:br/>
        <w:t xml:space="preserve">            },</w:t>
        <w:br/>
        <w:t xml:space="preserve">        ),</w:t>
        <w:br/>
        <w:t xml:space="preserve">        (</w:t>
        <w:br/>
        <w:t xml:space="preserve">            "НИОКР (фикс. цены)",</w:t>
        <w:br/>
        <w:t xml:space="preserve">            {</w:t>
        <w:br/>
        <w:t xml:space="preserve">                "fields": [</w:t>
        <w:br/>
        <w:t xml:space="preserve">                    "rd_volume_fixed",</w:t>
        <w:br/>
        <w:t xml:space="preserve">                    "rd_defense_fixed",</w:t>
        <w:br/>
        <w:t xml:space="preserve">                ],</w:t>
        <w:br/>
        <w:t xml:space="preserve">                "classes": ["collapse"],</w:t>
        <w:br/>
        <w:t xml:space="preserve">            },</w:t>
        <w:br/>
        <w:t xml:space="preserve">        ),</w:t>
        <w:br/>
        <w:t xml:space="preserve">        (</w:t>
        <w:br/>
        <w:t xml:space="preserve">            "Кадры и заработная плата",</w:t>
        <w:br/>
        <w:t xml:space="preserve">            {</w:t>
        <w:br/>
        <w:t xml:space="preserve">                "fields": [</w:t>
        <w:br/>
        <w:t xml:space="preserve">                    "avg_employees",</w:t>
        <w:br/>
        <w:t xml:space="preserve">                    "avg_payroll_employees",</w:t>
        <w:br/>
        <w:t xml:space="preserve">                    "payroll_fund",</w:t>
        <w:br/>
        <w:t xml:space="preserve">                    "salary_arrears",</w:t>
        <w:br/>
        <w:t xml:space="preserve">                ],</w:t>
        <w:br/>
        <w:t xml:space="preserve">            },</w:t>
        <w:br/>
        <w:t xml:space="preserve">        ),</w:t>
        <w:br/>
        <w:t xml:space="preserve">        (</w:t>
        <w:br/>
        <w:t xml:space="preserve">            "Системные поля",</w:t>
        <w:br/>
        <w:t xml:space="preserve">            {</w:t>
        <w:br/>
        <w:t xml:space="preserve">                "fields": ["created_at", "updated_at"],</w:t>
        <w:br/>
        <w:t xml:space="preserve">                "classes": ["collapse"],</w:t>
        <w:br/>
        <w:t xml:space="preserve">            },</w:t>
        <w:br/>
        <w:t xml:space="preserve">        ),</w:t>
        <w:br/>
        <w:t xml:space="preserve">    ]</w:t>
      </w:r>
    </w:p>
    <w:p>
      <w:pPr>
        <w:pStyle w:val="Heading1"/>
      </w:pPr>
      <w:r>
        <w:t>src/apps/form_1/urls.py</w:t>
      </w:r>
    </w:p>
    <w:p>
      <w:r>
        <w:t>"""URL маршруты для формы Ф-1."""</w:t>
        <w:br/>
        <w:t>from apps.form_1.api import FormF1RecordViewSet, FormF1UploadView</w:t>
        <w:br/>
        <w:t>from django.urls import include, path</w:t>
        <w:br/>
        <w:t>from rest_framework.routers import DefaultRouter</w:t>
        <w:br/>
        <w:t>router = DefaultRouter()</w:t>
        <w:br/>
        <w:t>router.register("records", FormF1RecordViewSet, basename="form-f1-record")</w:t>
        <w:br/>
        <w:t>urlpatterns = [</w:t>
        <w:br/>
        <w:t xml:space="preserve">    path("upload/", FormF1UploadView.as_view(), name="form-f1-upload"),</w:t>
        <w:br/>
        <w:t xml:space="preserve">    path("", include(router.urls)),</w:t>
        <w:br/>
        <w:t>]</w:t>
      </w:r>
    </w:p>
    <w:p>
      <w:pPr>
        <w:pStyle w:val="Heading1"/>
      </w:pPr>
      <w:r>
        <w:t>src/apps/form_1/migrations/__init__.py</w:t>
      </w:r>
    </w:p>
    <w:p>
      <w:r>
        <w:t>[Пустой файл]</w:t>
      </w:r>
    </w:p>
    <w:p>
      <w:pPr>
        <w:pStyle w:val="Heading1"/>
      </w:pPr>
      <w:r>
        <w:t>src/apps/form_1/migrations/0001_initial.py</w:t>
      </w:r>
    </w:p>
    <w:p>
      <w:r>
        <w:t># Generated by Django 3.2.25 on 2026-02-06 12:49</w:t>
        <w:br/>
        <w:t>from django.db import migrations, models</w:t>
        <w:br/>
        <w:t>import django.db.models.deletion</w:t>
        <w:br/>
        <w:t>import uuid</w:t>
        <w:br/>
        <w:t>class Migration(migrations.Migration):</w:t>
        <w:br/>
        <w:t xml:space="preserve">    initial = True</w:t>
        <w:br/>
        <w:t xml:space="preserve">    dependencies = [</w:t>
        <w:br/>
        <w:t xml:space="preserve">        ('organization', '0001_initial'),</w:t>
        <w:br/>
        <w:t xml:space="preserve">    ]</w:t>
        <w:br/>
        <w:t xml:space="preserve">    operations = [</w:t>
        <w:br/>
        <w:t xml:space="preserve">        migrations.CreateModel(</w:t>
        <w:br/>
        <w:t xml:space="preserve">            name='FormF1Record',</w:t>
        <w:br/>
        <w:t xml:space="preserve">            fields=[</w:t>
        <w:br/>
        <w:t xml:space="preserve">                ('created_at', models.DateTimeField(auto_now_add=True, db_index=True, help_text='Дата и время создания записи', verbose_name='создано')),</w:t>
        <w:br/>
        <w:t xml:space="preserve">                ('updated_at', models.DateTimeField(auto_now=True, help_text='Дата и время последнего обновления', verbose_name='обновлено')),</w:t>
        <w:br/>
        <w:t xml:space="preserve">                ('id', models.UUIDField(default=uuid.uuid4, editable=False, primary_key=True, serialize=False, verbose_name='ID')),</w:t>
        <w:br/>
        <w:t xml:space="preserve">                ('load_batch', models.PositiveIntegerField(db_index=True, help_text='Идентификатор пакета загрузки', verbose_name='номер загрузки')),</w:t>
        <w:br/>
        <w:t xml:space="preserve">                ('military_output_actual', models.DecimalField(blank=True, decimal_places=2, max_digits=20, null=True, verbose_name='выпуск военной продукции (факт. цены)')),</w:t>
        <w:br/>
        <w:t xml:space="preserve">                ('military_domestic_actual', models.DecimalField(blank=True, decimal_places=2, max_digits=20, null=True, verbose_name='военная продукция на внутренний рынок (факт.)')),</w:t>
        <w:br/>
        <w:t xml:space="preserve">                ('military_export_actual', models.DecimalField(blank=True, decimal_places=2, max_digits=20, null=True, verbose_name='военная продукция на экспорт (факт.)')),</w:t>
        <w:br/>
        <w:t xml:space="preserve">                ('civilian_output_actual', models.DecimalField(blank=True, decimal_places=2, max_digits=20, null=True, verbose_name='выпуск гражданской продукции (факт. цены)')),</w:t>
        <w:br/>
        <w:t xml:space="preserve">                ('civilian_domestic_actual', models.DecimalField(blank=True, decimal_places=2, max_digits=20, null=True, verbose_name='гражданская продукция на внутренний рынок (факт.)')),</w:t>
        <w:br/>
        <w:t xml:space="preserve">                ('civilian_export_actual', models.DecimalField(blank=True, decimal_places=2, max_digits=20, null=True, verbose_name='гражданская продукция на экспорт (факт.)')),</w:t>
        <w:br/>
        <w:t xml:space="preserve">                ('hightech_output_actual', models.DecimalField(blank=True, decimal_places=2, max_digits=20, null=True, verbose_name='выпуск высокотехнологичной продукции (факт. цены)')),</w:t>
        <w:br/>
        <w:t xml:space="preserve">                ('hightech_domestic_actual', models.DecimalField(blank=True, decimal_places=2, max_digits=20, null=True, verbose_name='высокотехнологичная продукция на внутренний рынок (факт.)')),</w:t>
        <w:br/>
        <w:t xml:space="preserve">                ('hightech_export_actual', models.DecimalField(blank=True, decimal_places=2, max_digits=20, null=True, verbose_name='высокотехнологичная продукция на экспорт (факт.)')),</w:t>
        <w:br/>
        <w:t xml:space="preserve">                ('rd_volume_actual', models.DecimalField(blank=True, decimal_places=2, max_digits=20, null=True, verbose_name='объём НИОКР (факт. цены)')),</w:t>
        <w:br/>
        <w:t xml:space="preserve">                ('rd_defense_actual', models.DecimalField(blank=True, decimal_places=2, max_digits=20, null=True, verbose_name='НИОКР в интересах обороны (факт.)')),</w:t>
        <w:br/>
        <w:t xml:space="preserve">                ('military_output_fixed', models.DecimalField(blank=True, decimal_places=2, max_digits=20, null=True, verbose_name='выпуск военной продукции (фикс. цены)')),</w:t>
        <w:br/>
        <w:t xml:space="preserve">                ('military_domestic_fixed', models.DecimalField(blank=True, decimal_places=2, max_digits=20, null=True, verbose_name='военная продукция на внутренний рынок (фикс.)')),</w:t>
        <w:br/>
        <w:t xml:space="preserve">                ('military_export_fixed', models.DecimalField(blank=True, decimal_places=2, max_digits=20, null=True, verbose_name='военная продукция на экспорт (фикс.)')),</w:t>
        <w:br/>
        <w:t xml:space="preserve">                ('civilian_output_fixed', models.DecimalField(blank=True, decimal_places=2, max_digits=20, null=True, verbose_name='выпуск гражданской продукции (фикс. цены)')),</w:t>
        <w:br/>
        <w:t xml:space="preserve">                ('civilian_domestic_fixed', models.DecimalField(blank=True, decimal_places=2, max_digits=20, null=True, verbose_name='гражданская продукция на внутренний рынок (фикс.)')),</w:t>
        <w:br/>
        <w:t xml:space="preserve">                ('civilian_export_fixed', models.DecimalField(blank=True, decimal_places=2, max_digits=20, null=True, verbose_name='гражданская продукция на экспорт (фикс.)')),</w:t>
        <w:br/>
        <w:t xml:space="preserve">                ('hightech_output_fixed', models.DecimalField(blank=True, decimal_places=2, max_digits=20, null=True, verbose_name='выпуск высокотехнологичной продукции (фикс. цены)')),</w:t>
        <w:br/>
        <w:t xml:space="preserve">                ('hightech_domestic_fixed', models.DecimalField(blank=True, decimal_places=2, max_digits=20, null=True, verbose_name='высокотехнологичная продукция на внутренний рынок (фикс.)')),</w:t>
        <w:br/>
        <w:t xml:space="preserve">                ('hightech_export_fixed', models.DecimalField(blank=True, decimal_places=2, max_digits=20, null=True, verbose_name='высокотехнологичная продукция на экспорт (фикс.)')),</w:t>
        <w:br/>
        <w:t xml:space="preserve">                ('rd_volume_fixed', models.DecimalField(blank=True, decimal_places=2, max_digits=20, null=True, verbose_name='объём НИОКР (фикс. цены)')),</w:t>
        <w:br/>
        <w:t xml:space="preserve">                ('rd_defense_fixed', models.DecimalField(blank=True, decimal_places=2, max_digits=20, null=True, verbose_name='НИОКР в интересах обороны (фикс.)')),</w:t>
        <w:br/>
        <w:t xml:space="preserve">                ('avg_employees', models.DecimalField(blank=True, decimal_places=2, max_digits=12, null=True, verbose_name='средняя численность работников')),</w:t>
        <w:br/>
        <w:t xml:space="preserve">                ('avg_payroll_employees', models.DecimalField(blank=True, decimal_places=2, max_digits=12, null=True, verbose_name='среднесписочная численность работников')),</w:t>
        <w:br/>
        <w:t xml:space="preserve">                ('payroll_fund', models.DecimalField(blank=True, decimal_places=2, max_digits=20, null=True, verbose_name='фонд начисленной заработной платы')),</w:t>
        <w:br/>
        <w:t xml:space="preserve">                ('salary_arrears', models.DecimalField(blank=True, decimal_places=2, max_digits=20, null=True, verbose_name='просроченная задолженность по зарплате')),</w:t>
        <w:br/>
        <w:t xml:space="preserve">                ('organization', models.ForeignKey(on_delete=django.db.models.deletion.CASCADE, related_name='form_f1_records', to='organization.organization', verbose_name='организация')),</w:t>
        <w:br/>
        <w:t xml:space="preserve">            ],</w:t>
        <w:br/>
        <w:t xml:space="preserve">            options={</w:t>
        <w:br/>
        <w:t xml:space="preserve">                'verbose_name': 'запись Ф-1',</w:t>
        <w:br/>
        <w:t xml:space="preserve">                'verbose_name_plural': 'записи Ф-1',</w:t>
        <w:br/>
        <w:t xml:space="preserve">                'ordering': ['-created_at'],</w:t>
        <w:br/>
        <w:t xml:space="preserve">            },</w:t>
        <w:br/>
        <w:t xml:space="preserve">        ),</w:t>
        <w:br/>
        <w:t xml:space="preserve">        migrations.AddIndex(</w:t>
        <w:br/>
        <w:t xml:space="preserve">            model_name='formf1record',</w:t>
        <w:br/>
        <w:t xml:space="preserve">            index=models.Index(fields=['organization', 'load_batch'], name='form_1_form_organiz_f99cbd_idx'),</w:t>
        <w:br/>
        <w:t xml:space="preserve">        ),</w:t>
        <w:br/>
        <w:t xml:space="preserve">        migrations.AddIndex(</w:t>
        <w:br/>
        <w:t xml:space="preserve">            model_name='formf1record',</w:t>
        <w:br/>
        <w:t xml:space="preserve">            index=models.Index(fields=['load_batch'], name='form_1_form_load_ba_eb5f8d_idx'),</w:t>
        <w:br/>
        <w:t xml:space="preserve">        ),</w:t>
        <w:br/>
        <w:t xml:space="preserve">    ]</w:t>
      </w:r>
    </w:p>
    <w:p>
      <w:pPr>
        <w:pStyle w:val="Heading1"/>
      </w:pPr>
      <w:r>
        <w:t>src/apps/form_6/services.py</w:t>
      </w:r>
    </w:p>
    <w:p>
      <w:r>
        <w:t>"""</w:t>
        <w:br/>
        <w:t>Сервисы для работы с формой Ф-6.</w:t>
        <w:br/>
        <w:t>Содержит:</w:t>
        <w:br/>
        <w:t>- FormF6Service - CRUD операции</w:t>
        <w:br/>
        <w:t>- FormF6Parser - парсинг Excel</w:t>
        <w:br/>
        <w:t>"""</w:t>
        <w:br/>
        <w:t>import logging</w:t>
        <w:br/>
        <w:t>from typing import Any</w:t>
        <w:br/>
        <w:t>from apps.core.excel import (</w:t>
        <w:br/>
        <w:t xml:space="preserve">    BaseExcelParser,</w:t>
        <w:br/>
        <w:t xml:space="preserve">    ColumnMapping,</w:t>
        <w:br/>
        <w:t xml:space="preserve">    ParseResult,</w:t>
        <w:br/>
        <w:t xml:space="preserve">    RowData,</w:t>
        <w:br/>
        <w:t>)</w:t>
        <w:br/>
        <w:t>from apps.core.services import BaseService, BulkOperationsMixin</w:t>
        <w:br/>
        <w:t>from apps.form_6.models import FormF6Record</w:t>
        <w:br/>
        <w:t>from apps.organization.services import OrganizationService</w:t>
        <w:br/>
        <w:t>from django.db import transaction</w:t>
        <w:br/>
        <w:t>from django.db.models import Count, Max</w:t>
        <w:br/>
        <w:t>logger = logging.getLogger(__name__)</w:t>
        <w:br/>
        <w:t>class FormF6Service(BulkOperationsMixin, BaseService[FormF6Record]):</w:t>
        <w:br/>
        <w:t xml:space="preserve">    """Сервис для работы с записями формы Ф-6."""</w:t>
        <w:br/>
        <w:t xml:space="preserve">    model = FormF6Record</w:t>
        <w:br/>
        <w:t xml:space="preserve">    @classmethod</w:t>
        <w:br/>
        <w:t xml:space="preserve">    def get_by_batch(cls, batch_id: int):</w:t>
        <w:br/>
        <w:t xml:space="preserve">        return cls.get_queryset().filter(load_batch=batch_id)</w:t>
        <w:br/>
        <w:t xml:space="preserve">    @classmethod</w:t>
        <w:br/>
        <w:t xml:space="preserve">    def get_next_batch_id(cls) -&gt; int:</w:t>
        <w:br/>
        <w:t xml:space="preserve">        max_batch = cls.model.objects.aggregate(max_batch=Max("load_batch"))</w:t>
        <w:br/>
        <w:t xml:space="preserve">        return (max_batch["max_batch"] or 0) + 1</w:t>
        <w:br/>
        <w:t xml:space="preserve">    @classmethod</w:t>
        <w:br/>
        <w:t xml:space="preserve">    def get_batches(cls) -&gt; list[dict[str, Any]]:</w:t>
        <w:br/>
        <w:t xml:space="preserve">        return list(</w:t>
        <w:br/>
        <w:t xml:space="preserve">            cls.model.objects.values("load_batch")</w:t>
        <w:br/>
        <w:t xml:space="preserve">            .annotate(count=Count("id"), created_at=Max("created_at"))</w:t>
        <w:br/>
        <w:t xml:space="preserve">            .order_by("-load_batch")</w:t>
        <w:br/>
        <w:t xml:space="preserve">        )</w:t>
        <w:br/>
        <w:t>class FormF6Parser(BaseExcelParser[FormF6Record]):</w:t>
        <w:br/>
        <w:t xml:space="preserve">    """Парсер Excel файла формы Ф-6 (Возрастная структура оборудования)."""</w:t>
        <w:br/>
        <w:t xml:space="preserve">    ORG_NAME_COLUMN = 0</w:t>
        <w:br/>
        <w:t xml:space="preserve">    OKPO_COLUMN = 1</w:t>
        <w:br/>
        <w:t xml:space="preserve">    OGRN_COLUMN = 2</w:t>
        <w:br/>
        <w:t xml:space="preserve">    INN_COLUMN = 3</w:t>
        <w:br/>
        <w:t xml:space="preserve">    def get_column_mappings(self) -&gt; list[ColumnMapping]:</w:t>
        <w:br/>
        <w:t xml:space="preserve">        return [</w:t>
        <w:br/>
        <w:t xml:space="preserve">            # Категоризация</w:t>
        <w:br/>
        <w:t xml:space="preserve">            ColumnMapping(4, "Код строки", "row_code", field_type="str"),</w:t>
        <w:br/>
        <w:t xml:space="preserve">            ColumnMapping(5, "Категория оборудования", "category", field_type="str"),</w:t>
        <w:br/>
        <w:t xml:space="preserve">            # Общие данные</w:t>
        <w:br/>
        <w:t xml:space="preserve">            ColumnMapping(6, "Всего оборудования", "total_equipment", field_type="int"),</w:t>
        <w:br/>
        <w:t xml:space="preserve">            ColumnMapping(7, "Отечественное оборудование", "domestic_equipment", field_type="int"),</w:t>
        <w:br/>
        <w:t xml:space="preserve">            ColumnMapping(8, "Импортное оборудование", "imported_equipment", field_type="int"),</w:t>
        <w:br/>
        <w:t xml:space="preserve">            # Возрастная структура</w:t>
        <w:br/>
        <w:t xml:space="preserve">            ColumnMapping(9, "До 5 лет", "age_under_5", field_type="int"),</w:t>
        <w:br/>
        <w:t xml:space="preserve">            ColumnMapping(10, "5-10 лет", "age_5_10", field_type="int"),</w:t>
        <w:br/>
        <w:t xml:space="preserve">            ColumnMapping(11, "10-15 лет", "age_10_15", field_type="int"),</w:t>
        <w:br/>
        <w:t xml:space="preserve">            ColumnMapping(12, "15-20 лет", "age_15_20", field_type="int"),</w:t>
        <w:br/>
        <w:t xml:space="preserve">            ColumnMapping(13, "Свыше 20 лет", "age_over_20", field_type="int"),</w:t>
        <w:br/>
        <w:t xml:space="preserve">            # С ЧПУ</w:t>
        <w:br/>
        <w:t xml:space="preserve">            ColumnMapping(14, "С ЧПУ всего", "cnc_total", field_type="int"),</w:t>
        <w:br/>
        <w:t xml:space="preserve">            ColumnMapping(15, "С ЧПУ до 5 лет", "cnc_under_5", field_type="int"),</w:t>
        <w:br/>
        <w:t xml:space="preserve">            ColumnMapping(16, "С ЧПУ 5-10 лет", "cnc_5_10", field_type="int"),</w:t>
        <w:br/>
        <w:t xml:space="preserve">            ColumnMapping(17, "С ЧПУ 10-15 лет", "cnc_10_15", field_type="int"),</w:t>
        <w:br/>
        <w:t xml:space="preserve">            ColumnMapping(18, "С ЧПУ 15-20 лет", "cnc_15_20", field_type="int"),</w:t>
        <w:br/>
        <w:t xml:space="preserve">            ColumnMapping(19, "С ЧПУ свыше 20 лет", "cnc_over_20", field_type="int"),</w:t>
        <w:br/>
        <w:t xml:space="preserve">            # Показатели</w:t>
        <w:br/>
        <w:t xml:space="preserve">            ColumnMapping(20, "Средняя сменность работы", "avg_shift_work", field_type="decimal"),</w:t>
        <w:br/>
        <w:t xml:space="preserve">            ColumnMapping(21, "Коэффициент загрузки", "utilization_rate", field_type="decimal"),</w:t>
        <w:br/>
        <w:t xml:space="preserve">            ColumnMapping(22, "Физический износ, %", "physical_wear_percent", field_type="decimal"),</w:t>
        <w:br/>
        <w:t xml:space="preserve">            # Потребности</w:t>
        <w:br/>
        <w:t xml:space="preserve">            ColumnMapping(23, "Рабочие места без оборудования", "workplaces_without_equipment", field_type="int"),</w:t>
        <w:br/>
        <w:t xml:space="preserve">            ColumnMapping(24, "Оборудование к замене", "equipment_to_replace", field_type="int"),</w:t>
        <w:br/>
        <w:t xml:space="preserve">        ]</w:t>
        <w:br/>
        <w:t xml:space="preserve">    def get_next_batch_id(self) -&gt; int:</w:t>
        <w:br/>
        <w:t xml:space="preserve">        return FormF6Service.get_next_batch_id()</w:t>
        <w:br/>
        <w:t xml:space="preserve">    @transaction.atomic</w:t>
        <w:br/>
        <w:t xml:space="preserve">    def create_record(self, row_data: RowData, batch_id: int) -&gt; FormF6Record:</w:t>
        <w:br/>
        <w:t xml:space="preserve">        org, _ = OrganizationService.get_or_create_by_inn(</w:t>
        <w:br/>
        <w:t xml:space="preserve">            inn=row_data.inn,</w:t>
        <w:br/>
        <w:t xml:space="preserve">            defaults={</w:t>
        <w:br/>
        <w:t xml:space="preserve">                "name": row_data.organization_name,</w:t>
        <w:br/>
        <w:t xml:space="preserve">                "ogrn": row_data.ogrn or "",</w:t>
        <w:br/>
        <w:t xml:space="preserve">                "okpo": row_data.okpo or "",</w:t>
        <w:br/>
        <w:t xml:space="preserve">                "kpp": row_data.kpp or "",</w:t>
        <w:br/>
        <w:t xml:space="preserve">            },</w:t>
        <w:br/>
        <w:t xml:space="preserve">        )</w:t>
        <w:br/>
        <w:t xml:space="preserve">        return FormF6Record.objects.create(</w:t>
        <w:br/>
        <w:t xml:space="preserve">            organization=org,</w:t>
        <w:br/>
        <w:t xml:space="preserve">            load_batch=batch_id,</w:t>
        <w:br/>
        <w:t xml:space="preserve">            **row_data.fields,</w:t>
        <w:br/>
        <w:t xml:space="preserve">        )</w:t>
        <w:br/>
        <w:t>def parse_form_f6_file(file) -&gt; ParseResult:</w:t>
        <w:br/>
        <w:t xml:space="preserve">    parser = FormF6Parser()</w:t>
        <w:br/>
        <w:t xml:space="preserve">    return parser.parse(file)</w:t>
      </w:r>
    </w:p>
    <w:p>
      <w:pPr>
        <w:pStyle w:val="Heading1"/>
      </w:pPr>
      <w:r>
        <w:t>src/apps/form_6/tasks.py</w:t>
      </w:r>
    </w:p>
    <w:p>
      <w:r>
        <w:t>"""Celery задачи для формы Ф-6."""</w:t>
        <w:br/>
        <w:t>import logging</w:t>
        <w:br/>
        <w:t>from io import BytesIO</w:t>
        <w:br/>
        <w:t>from apps.core.tasks import TrackedTask</w:t>
        <w:br/>
        <w:t>from apps.form_6.services import FormF6Parser</w:t>
        <w:br/>
        <w:t>from celery import shared_task</w:t>
        <w:br/>
        <w:t>logger = logging.getLogger(__name__)</w:t>
        <w:br/>
        <w:t>@shared_task(bind=True, base=TrackedTask)</w:t>
        <w:br/>
        <w:t>def process_form_f6_file(self, file_content: bytes, file_name: str) -&gt; dict:</w:t>
        <w:br/>
        <w:t xml:space="preserve">    logger.info(f"Начало обработки файла Ф-6: {file_name}")</w:t>
        <w:br/>
        <w:t xml:space="preserve">    parser = FormF6Parser()</w:t>
        <w:br/>
        <w:t xml:space="preserve">    result = parser.parse(BytesIO(file_content))</w:t>
        <w:br/>
        <w:t xml:space="preserve">    logger.info(f"Обработка Ф-6 завершена: {result.loaded_count} загружено, {result.skipped_count} пропущено")</w:t>
        <w:br/>
        <w:t xml:space="preserve">    return result.to_dict()</w:t>
      </w:r>
    </w:p>
    <w:p>
      <w:pPr>
        <w:pStyle w:val="Heading1"/>
      </w:pPr>
      <w:r>
        <w:t>src/apps/form_6/models.py</w:t>
      </w:r>
    </w:p>
    <w:p>
      <w:r>
        <w:t>"""</w:t>
        <w:br/>
        <w:t>Модели формы Ф-6 (Возрастная структура оборудования).</w:t>
        <w:br/>
        <w:t>Содержит:</w:t>
        <w:br/>
        <w:t>- FormF6Record - запись формы Ф-6 (сводная информация по возрастным группам)</w:t>
        <w:br/>
        <w:t>"""</w:t>
        <w:br/>
        <w:t>import uuid</w:t>
        <w:br/>
        <w:t>from apps.core.mixins import TimestampMixin</w:t>
        <w:br/>
        <w:t>from apps.organization.models import Organization</w:t>
        <w:br/>
        <w:t>from django.db import models</w:t>
        <w:br/>
        <w:t>from django.utils.translation import gettext_lazy as _</w:t>
        <w:br/>
        <w:t>class FormF6Record(TimestampMixin, models.Model):</w:t>
        <w:br/>
        <w:t xml:space="preserve">    """</w:t>
        <w:br/>
        <w:t xml:space="preserve">    Запись формы Ф-6 (Возрастная структура оборудования).</w:t>
        <w:br/>
        <w:t xml:space="preserve">    Сводные данные о возрастной структуре оборудования по категориям.</w:t>
        <w:br/>
        <w:t xml:space="preserve">    """</w:t>
        <w:br/>
        <w:t xml:space="preserve">    id = models.UUIDField(</w:t>
        <w:br/>
        <w:t xml:space="preserve">        primary_key=True,</w:t>
        <w:br/>
        <w:t xml:space="preserve">        default=uuid.uuid4,</w:t>
        <w:br/>
        <w:t xml:space="preserve">        editable=False,</w:t>
        <w:br/>
        <w:t xml:space="preserve">        verbose_name=_("ID"),</w:t>
        <w:br/>
        <w:t xml:space="preserve">    )</w:t>
        <w:br/>
        <w:t xml:space="preserve">    organization = models.ForeignKey(</w:t>
        <w:br/>
        <w:t xml:space="preserve">        Organization,</w:t>
        <w:br/>
        <w:t xml:space="preserve">        on_delete=models.CASCADE,</w:t>
        <w:br/>
        <w:t xml:space="preserve">        related_name="form_f6_records",</w:t>
        <w:br/>
        <w:t xml:space="preserve">        verbose_name=_("организация"),</w:t>
        <w:br/>
        <w:t xml:space="preserve">    )</w:t>
        <w:br/>
        <w:t xml:space="preserve">    load_batch = models.PositiveIntegerField(</w:t>
        <w:br/>
        <w:t xml:space="preserve">        _("номер загрузки"),</w:t>
        <w:br/>
        <w:t xml:space="preserve">        db_index=True,</w:t>
        <w:br/>
        <w:t xml:space="preserve">        help_text=_("Идентификатор пакета загрузки"),</w:t>
        <w:br/>
        <w:t xml:space="preserve">    )</w:t>
        <w:br/>
        <w:t xml:space="preserve">    # === Категоризация ===</w:t>
        <w:br/>
        <w:t xml:space="preserve">    row_code = models.CharField(</w:t>
        <w:br/>
        <w:t xml:space="preserve">        _("код строки"),</w:t>
        <w:br/>
        <w:t xml:space="preserve">        max_length=20, blank=True, default="",</w:t>
        <w:br/>
        <w:t xml:space="preserve">    )</w:t>
        <w:br/>
        <w:t xml:space="preserve">    category = models.CharField(</w:t>
        <w:br/>
        <w:t xml:space="preserve">        _("категория оборудования"),</w:t>
        <w:br/>
        <w:t xml:space="preserve">        max_length=200, blank=True, default="",</w:t>
        <w:br/>
        <w:t xml:space="preserve">    )</w:t>
        <w:br/>
        <w:t xml:space="preserve">    # === Общие данные ===</w:t>
        <w:br/>
        <w:t xml:space="preserve">    total_equipment = models.PositiveIntegerField(</w:t>
        <w:br/>
        <w:t xml:space="preserve">        _("всего оборудования"),</w:t>
        <w:br/>
        <w:t xml:space="preserve">        null=True, blank=True,</w:t>
        <w:br/>
        <w:t xml:space="preserve">    )</w:t>
        <w:br/>
        <w:t xml:space="preserve">    domestic_equipment = models.PositiveIntegerField(</w:t>
        <w:br/>
        <w:t xml:space="preserve">        _("отечественное оборудование"),</w:t>
        <w:br/>
        <w:t xml:space="preserve">        null=True, blank=True,</w:t>
        <w:br/>
        <w:t xml:space="preserve">    )</w:t>
        <w:br/>
        <w:t xml:space="preserve">    imported_equipment = models.PositiveIntegerField(</w:t>
        <w:br/>
        <w:t xml:space="preserve">        _("импортное оборудование"),</w:t>
        <w:br/>
        <w:t xml:space="preserve">        null=True, blank=True,</w:t>
        <w:br/>
        <w:t xml:space="preserve">    )</w:t>
        <w:br/>
        <w:t xml:space="preserve">    # === Возрастная структура ===</w:t>
        <w:br/>
        <w:t xml:space="preserve">    age_under_5 = models.PositiveIntegerField(</w:t>
        <w:br/>
        <w:t xml:space="preserve">        _("до 5 лет"),</w:t>
        <w:br/>
        <w:t xml:space="preserve">        null=True, blank=True,</w:t>
        <w:br/>
        <w:t xml:space="preserve">    )</w:t>
        <w:br/>
        <w:t xml:space="preserve">    age_5_10 = models.PositiveIntegerField(</w:t>
        <w:br/>
        <w:t xml:space="preserve">        _("5-10 лет"),</w:t>
        <w:br/>
        <w:t xml:space="preserve">        null=True, blank=True,</w:t>
        <w:br/>
        <w:t xml:space="preserve">    )</w:t>
        <w:br/>
        <w:t xml:space="preserve">    age_10_15 = models.PositiveIntegerField(</w:t>
        <w:br/>
        <w:t xml:space="preserve">        _("10-15 лет"),</w:t>
        <w:br/>
        <w:t xml:space="preserve">        null=True, blank=True,</w:t>
        <w:br/>
        <w:t xml:space="preserve">    )</w:t>
        <w:br/>
        <w:t xml:space="preserve">    age_15_20 = models.PositiveIntegerField(</w:t>
        <w:br/>
        <w:t xml:space="preserve">        _("15-20 лет"),</w:t>
        <w:br/>
        <w:t xml:space="preserve">        null=True, blank=True,</w:t>
        <w:br/>
        <w:t xml:space="preserve">    )</w:t>
        <w:br/>
        <w:t xml:space="preserve">    age_over_20 = models.PositiveIntegerField(</w:t>
        <w:br/>
        <w:t xml:space="preserve">        _("свыше 20 лет"),</w:t>
        <w:br/>
        <w:t xml:space="preserve">        null=True, blank=True,</w:t>
        <w:br/>
        <w:t xml:space="preserve">    )</w:t>
        <w:br/>
        <w:t xml:space="preserve">    # === С ЧПУ по возрасту ===</w:t>
        <w:br/>
        <w:t xml:space="preserve">    cnc_total = models.PositiveIntegerField(</w:t>
        <w:br/>
        <w:t xml:space="preserve">        _("с ЧПУ всего"),</w:t>
        <w:br/>
        <w:t xml:space="preserve">        null=True, blank=True,</w:t>
        <w:br/>
        <w:t xml:space="preserve">    )</w:t>
        <w:br/>
        <w:t xml:space="preserve">    cnc_under_5 = models.PositiveIntegerField(</w:t>
        <w:br/>
        <w:t xml:space="preserve">        _("с ЧПУ до 5 лет"),</w:t>
        <w:br/>
        <w:t xml:space="preserve">        null=True, blank=True,</w:t>
        <w:br/>
        <w:t xml:space="preserve">    )</w:t>
        <w:br/>
        <w:t xml:space="preserve">    cnc_5_10 = models.PositiveIntegerField(</w:t>
        <w:br/>
        <w:t xml:space="preserve">        _("с ЧПУ 5-10 лет"),</w:t>
        <w:br/>
        <w:t xml:space="preserve">        null=True, blank=True,</w:t>
        <w:br/>
        <w:t xml:space="preserve">    )</w:t>
        <w:br/>
        <w:t xml:space="preserve">    cnc_10_15 = models.PositiveIntegerField(</w:t>
        <w:br/>
        <w:t xml:space="preserve">        _("с ЧПУ 10-15 лет"),</w:t>
        <w:br/>
        <w:t xml:space="preserve">        null=True, blank=True,</w:t>
        <w:br/>
        <w:t xml:space="preserve">    )</w:t>
        <w:br/>
        <w:t xml:space="preserve">    cnc_15_20 = models.PositiveIntegerField(</w:t>
        <w:br/>
        <w:t xml:space="preserve">        _("с ЧПУ 15-20 лет"),</w:t>
        <w:br/>
        <w:t xml:space="preserve">        null=True, blank=True,</w:t>
        <w:br/>
        <w:t xml:space="preserve">    )</w:t>
        <w:br/>
        <w:t xml:space="preserve">    cnc_over_20 = models.PositiveIntegerField(</w:t>
        <w:br/>
        <w:t xml:space="preserve">        _("с ЧПУ свыше 20 лет"),</w:t>
        <w:br/>
        <w:t xml:space="preserve">        null=True, blank=True,</w:t>
        <w:br/>
        <w:t xml:space="preserve">    )</w:t>
        <w:br/>
        <w:t xml:space="preserve">    # === Показатели использования ===</w:t>
        <w:br/>
        <w:t xml:space="preserve">    avg_shift_work = models.DecimalField(</w:t>
        <w:br/>
        <w:t xml:space="preserve">        _("средняя сменность работы"),</w:t>
        <w:br/>
        <w:t xml:space="preserve">        max_digits=5, decimal_places=2, null=True, blank=True,</w:t>
        <w:br/>
        <w:t xml:space="preserve">    )</w:t>
        <w:br/>
        <w:t xml:space="preserve">    utilization_rate = models.DecimalField(</w:t>
        <w:br/>
        <w:t xml:space="preserve">        _("коэффициент загрузки"),</w:t>
        <w:br/>
        <w:t xml:space="preserve">        max_digits=5, decimal_places=2, null=True, blank=True,</w:t>
        <w:br/>
        <w:t xml:space="preserve">    )</w:t>
        <w:br/>
        <w:t xml:space="preserve">    physical_wear_percent = models.DecimalField(</w:t>
        <w:br/>
        <w:t xml:space="preserve">        _("физический износ, %"),</w:t>
        <w:br/>
        <w:t xml:space="preserve">        max_digits=5, decimal_places=2, null=True, blank=True,</w:t>
        <w:br/>
        <w:t xml:space="preserve">    )</w:t>
        <w:br/>
        <w:t xml:space="preserve">    # === Потребности ===</w:t>
        <w:br/>
        <w:t xml:space="preserve">    workplaces_without_equipment = models.PositiveIntegerField(</w:t>
        <w:br/>
        <w:t xml:space="preserve">        _("рабочие места без оборудования"),</w:t>
        <w:br/>
        <w:t xml:space="preserve">        null=True, blank=True,</w:t>
        <w:br/>
        <w:t xml:space="preserve">    )</w:t>
        <w:br/>
        <w:t xml:space="preserve">    equipment_to_replace = models.PositiveIntegerField(</w:t>
        <w:br/>
        <w:t xml:space="preserve">        _("оборудование к замене"),</w:t>
        <w:br/>
        <w:t xml:space="preserve">        null=True, blank=True,</w:t>
        <w:br/>
        <w:t xml:space="preserve">    )</w:t>
        <w:br/>
        <w:t xml:space="preserve">    class Meta:</w:t>
        <w:br/>
        <w:t xml:space="preserve">        verbose_name = _("запись Ф-6")</w:t>
        <w:br/>
        <w:t xml:space="preserve">        verbose_name_plural = _("записи Ф-6")</w:t>
        <w:br/>
        <w:t xml:space="preserve">        ordering = ["-created_at"]</w:t>
        <w:br/>
        <w:t xml:space="preserve">        indexes = [</w:t>
        <w:br/>
        <w:t xml:space="preserve">            models.Index(fields=["organization", "load_batch"]),</w:t>
        <w:br/>
        <w:t xml:space="preserve">            models.Index(fields=["load_batch"]),</w:t>
        <w:br/>
        <w:t xml:space="preserve">            models.Index(fields=["row_code"]),</w:t>
        <w:br/>
        <w:t xml:space="preserve">        ]</w:t>
        <w:br/>
        <w:t xml:space="preserve">    def __str__(self) -&gt; str:</w:t>
        <w:br/>
        <w:t xml:space="preserve">        return f"Ф-6: {self.category or self.row_code} ({self.organization.name})"</w:t>
      </w:r>
    </w:p>
    <w:p>
      <w:pPr>
        <w:pStyle w:val="Heading1"/>
      </w:pPr>
      <w:r>
        <w:t>src/apps/form_6/serializers.py</w:t>
      </w:r>
    </w:p>
    <w:p>
      <w:r>
        <w:t>"""Сериализаторы формы Ф-6."""</w:t>
        <w:br/>
        <w:t>from apps.form_6.models import FormF6Record</w:t>
        <w:br/>
        <w:t>from apps.organization.serializers import OrganizationSerializer</w:t>
        <w:br/>
        <w:t>from rest_framework import serializers</w:t>
        <w:br/>
        <w:t>class FormF6RecordSerializer(serializers.ModelSerializer):</w:t>
        <w:br/>
        <w:t xml:space="preserve">    organization = OrganizationSerializer(read_only=True)</w:t>
        <w:br/>
        <w:t xml:space="preserve">    class Meta:</w:t>
        <w:br/>
        <w:t xml:space="preserve">        model = FormF6Record</w:t>
        <w:br/>
        <w:t xml:space="preserve">        fields = "__all__"</w:t>
        <w:br/>
        <w:t xml:space="preserve">        read_only_fields = ["id", "created_at", "updated_at"]</w:t>
        <w:br/>
        <w:t>class FormF6RecordListSerializer(serializers.ModelSerializer):</w:t>
        <w:br/>
        <w:t xml:space="preserve">    organization_name = serializers.CharField(source="organization.name", read_only=True)</w:t>
        <w:br/>
        <w:t xml:space="preserve">    organization_inn = serializers.CharField(source="organization.inn", read_only=True)</w:t>
        <w:br/>
        <w:t xml:space="preserve">    class Meta:</w:t>
        <w:br/>
        <w:t xml:space="preserve">        model = FormF6Record</w:t>
        <w:br/>
        <w:t xml:space="preserve">        fields = [</w:t>
        <w:br/>
        <w:t xml:space="preserve">            "id", "organization_name", "organization_inn", "load_batch",</w:t>
        <w:br/>
        <w:t xml:space="preserve">            "row_code", "category", "total_equipment", "physical_wear_percent",</w:t>
        <w:br/>
        <w:t xml:space="preserve">            "created_at",</w:t>
        <w:br/>
        <w:t xml:space="preserve">        ]</w:t>
        <w:br/>
        <w:t>class FormF6UploadSerializer(serializers.Serializer):</w:t>
        <w:br/>
        <w:t xml:space="preserve">    file = serializers.FileField(help_text="Excel файл формы Ф-6 (.xlsx)")</w:t>
        <w:br/>
        <w:t xml:space="preserve">    def validate_file(self, value):</w:t>
        <w:br/>
        <w:t xml:space="preserve">        if not value.name.endswith((".xlsx", ".xls")):</w:t>
        <w:br/>
        <w:t xml:space="preserve">            raise serializers.ValidationError("Неподдерживаемый формат файла")</w:t>
        <w:br/>
        <w:t xml:space="preserve">        if value.size &gt; 50 * 1024 * 1024:</w:t>
        <w:br/>
        <w:t xml:space="preserve">            raise serializers.ValidationError("Размер файла превышает 50MB")</w:t>
        <w:br/>
        <w:t xml:space="preserve">        return value</w:t>
        <w:br/>
        <w:t>class FieldErrorSerializer(serializers.Serializer):</w:t>
        <w:br/>
        <w:t xml:space="preserve">    field = serializers.CharField()</w:t>
        <w:br/>
        <w:t xml:space="preserve">    message = serializers.CharField()</w:t>
        <w:br/>
        <w:t>class RowValidationErrorSerializer(serializers.Serializer):</w:t>
        <w:br/>
        <w:t xml:space="preserve">    row = serializers.IntegerField()</w:t>
        <w:br/>
        <w:t xml:space="preserve">    inn = serializers.CharField(allow_null=True)</w:t>
        <w:br/>
        <w:t xml:space="preserve">    kpp = serializers.CharField(allow_null=True)</w:t>
        <w:br/>
        <w:t xml:space="preserve">    organization_name = serializers.CharField(allow_null=True)</w:t>
        <w:br/>
        <w:t xml:space="preserve">    errors = FieldErrorSerializer(many=True)</w:t>
        <w:br/>
        <w:t>class FormF6ParseResultSerializer(serializers.Serializer):</w:t>
        <w:br/>
        <w:t xml:space="preserve">    batch_id = serializers.IntegerField()</w:t>
        <w:br/>
        <w:t xml:space="preserve">    loaded_count = serializers.IntegerField()</w:t>
        <w:br/>
        <w:t xml:space="preserve">    skipped_count = serializers.IntegerField()</w:t>
        <w:br/>
        <w:t xml:space="preserve">    errors = RowValidationErrorSerializer(many=True)</w:t>
      </w:r>
    </w:p>
    <w:p>
      <w:pPr>
        <w:pStyle w:val="Heading1"/>
      </w:pPr>
      <w:r>
        <w:t>src/apps/form_6/__init__.py</w:t>
      </w:r>
    </w:p>
    <w:p>
      <w:r>
        <w:t>"""Приложение формы Ф-6 (Возрастная структура оборудования)."""</w:t>
      </w:r>
    </w:p>
    <w:p>
      <w:pPr>
        <w:pStyle w:val="Heading1"/>
      </w:pPr>
      <w:r>
        <w:t>src/apps/form_6/apps.py</w:t>
      </w:r>
    </w:p>
    <w:p>
      <w:r>
        <w:t>"""Конфигурация приложения form_6."""</w:t>
        <w:br/>
        <w:t>from django.apps import AppConfig</w:t>
        <w:br/>
        <w:t>class Form6Config(AppConfig):</w:t>
        <w:br/>
        <w:t xml:space="preserve">    """Конфигурация приложения формы Ф-6."""</w:t>
        <w:br/>
        <w:t xml:space="preserve">    default_auto_field = "django.db.models.BigAutoField"</w:t>
        <w:br/>
        <w:t xml:space="preserve">    name = "apps.form_6"</w:t>
        <w:br/>
        <w:t xml:space="preserve">    verbose_name = "Форма Ф-6 (Возрастная структура оборудования)"</w:t>
      </w:r>
    </w:p>
    <w:p>
      <w:pPr>
        <w:pStyle w:val="Heading1"/>
      </w:pPr>
      <w:r>
        <w:t>src/apps/form_6/api.py</w:t>
      </w:r>
    </w:p>
    <w:p>
      <w:r>
        <w:t>"""API формы Ф-6."""</w:t>
        <w:br/>
        <w:t>import logging</w:t>
        <w:br/>
        <w:t>from apps.core.viewsets import BaseViewSet</w:t>
        <w:br/>
        <w:t>from apps.form_6.models import FormF6Record</w:t>
        <w:br/>
        <w:t>from apps.form_6.serializers import (</w:t>
        <w:br/>
        <w:t xml:space="preserve">    FormF6ParseResultSerializer,</w:t>
        <w:br/>
        <w:t xml:space="preserve">    FormF6RecordListSerializer,</w:t>
        <w:br/>
        <w:t xml:space="preserve">    FormF6RecordSerializer,</w:t>
        <w:br/>
        <w:t xml:space="preserve">    FormF6UploadSerializer,</w:t>
        <w:br/>
        <w:t>)</w:t>
        <w:br/>
        <w:t>from apps.form_6.services import FormF6Service, parse_form_f6_file</w:t>
        <w:br/>
        <w:t>from apps.form_6.tasks import process_form_f6_file</w:t>
        <w:br/>
        <w:t>from rest_framework import status</w:t>
        <w:br/>
        <w:t>from rest_framework.parsers import MultiPartParser</w:t>
        <w:br/>
        <w:t>from rest_framework.response import Response</w:t>
        <w:br/>
        <w:t>from rest_framework.views import APIView</w:t>
        <w:br/>
        <w:t>logger = logging.getLogger(__name__)</w:t>
        <w:br/>
        <w:t>BACKGROUND_THRESHOLD = 1024 * 1024</w:t>
        <w:br/>
        <w:t>class FormF6UploadView(APIView):</w:t>
        <w:br/>
        <w:t xml:space="preserve">    parser_classes = [MultiPartParser]</w:t>
        <w:br/>
        <w:t xml:space="preserve">    def post(self, request):</w:t>
        <w:br/>
        <w:t xml:space="preserve">        serializer = FormF6UploadSerializer(data=request.data)</w:t>
        <w:br/>
        <w:t xml:space="preserve">        serializer.is_valid(raise_exception=True)</w:t>
        <w:br/>
        <w:t xml:space="preserve">        file = serializer.validated_data["file"]</w:t>
        <w:br/>
        <w:t xml:space="preserve">        if file.size &gt; BACKGROUND_THRESHOLD:</w:t>
        <w:br/>
        <w:t xml:space="preserve">            task = process_form_f6_file.delay(file.read(), file.name)</w:t>
        <w:br/>
        <w:t xml:space="preserve">            return Response(</w:t>
        <w:br/>
        <w:t xml:space="preserve">                {"success": True, "message": "Файл поставлен в очередь", "task_id": task.id},</w:t>
        <w:br/>
        <w:t xml:space="preserve">                status=status.HTTP_202_ACCEPTED,</w:t>
        <w:br/>
        <w:t xml:space="preserve">            )</w:t>
        <w:br/>
        <w:t xml:space="preserve">        try:</w:t>
        <w:br/>
        <w:t xml:space="preserve">            result = parse_form_f6_file(file)</w:t>
        <w:br/>
        <w:t xml:space="preserve">            return Response({"success": True, "data": FormF6ParseResultSerializer(result).data})</w:t>
        <w:br/>
        <w:t xml:space="preserve">        except Exception as e:</w:t>
        <w:br/>
        <w:t xml:space="preserve">            logger.exception("Ошибка обработки файла Ф-6")</w:t>
        <w:br/>
        <w:t xml:space="preserve">            return Response({"success": False, "error": str(e)}, status=status.HTTP_400_BAD_REQUEST)</w:t>
        <w:br/>
        <w:t>class FormF6RecordViewSet(BaseViewSet):</w:t>
        <w:br/>
        <w:t xml:space="preserve">    queryset = FormF6Record.objects.select_related("organization").all()</w:t>
        <w:br/>
        <w:t xml:space="preserve">    serializer_class = FormF6RecordSerializer</w:t>
        <w:br/>
        <w:t xml:space="preserve">    service_class = FormF6Service</w:t>
        <w:br/>
        <w:t xml:space="preserve">    def get_serializer_class(self):</w:t>
        <w:br/>
        <w:t xml:space="preserve">        return FormF6RecordListSerializer if self.action == "list" else FormF6RecordSerializer</w:t>
        <w:br/>
        <w:t xml:space="preserve">    def get_queryset(self):</w:t>
        <w:br/>
        <w:t xml:space="preserve">        qs = super().get_queryset()</w:t>
        <w:br/>
        <w:t xml:space="preserve">        batch_id = self.request.query_params.get("batch_id")</w:t>
        <w:br/>
        <w:t xml:space="preserve">        return qs.filter(load_batch=batch_id) if batch_id else qs</w:t>
      </w:r>
    </w:p>
    <w:p>
      <w:pPr>
        <w:pStyle w:val="Heading1"/>
      </w:pPr>
      <w:r>
        <w:t>src/apps/form_6/admin.py</w:t>
      </w:r>
    </w:p>
    <w:p>
      <w:r>
        <w:t>"""Админка формы Ф-6."""</w:t>
        <w:br/>
        <w:t>from apps.form_6.models import FormF6Record</w:t>
        <w:br/>
        <w:t>from django.contrib import admin</w:t>
        <w:br/>
        <w:t>@admin.register(FormF6Record)</w:t>
        <w:br/>
        <w:t>class FormF6RecordAdmin(admin.ModelAdmin):</w:t>
        <w:br/>
        <w:t xml:space="preserve">    """Админка записей формы Ф-6."""</w:t>
        <w:br/>
        <w:t xml:space="preserve">    list_display = [</w:t>
        <w:br/>
        <w:t xml:space="preserve">        "organization", "load_batch", "row_code", "category",</w:t>
        <w:br/>
        <w:t xml:space="preserve">        "total_equipment", "physical_wear_percent", "created_at",</w:t>
        <w:br/>
        <w:t xml:space="preserve">    ]</w:t>
        <w:br/>
        <w:t xml:space="preserve">    list_filter = ["load_batch", "created_at"]</w:t>
        <w:br/>
        <w:t xml:space="preserve">    search_fields = ["organization__name", "organization__inn", "row_code", "category"]</w:t>
        <w:br/>
        <w:t xml:space="preserve">    readonly_fields = ["id", "created_at", "updated_at"]</w:t>
        <w:br/>
        <w:t xml:space="preserve">    raw_id_fields = ["organization"]</w:t>
        <w:br/>
        <w:t xml:space="preserve">    ordering = ["-created_at"]</w:t>
        <w:br/>
        <w:t xml:space="preserve">    fieldsets = [</w:t>
        <w:br/>
        <w:t xml:space="preserve">        ("Основная информация", {"fields": ["id", "organization", "load_batch"]}),</w:t>
        <w:br/>
        <w:t xml:space="preserve">        ("Категоризация", {"fields": ["row_code", "category"]}),</w:t>
        <w:br/>
        <w:t xml:space="preserve">        ("Общие данные", {</w:t>
        <w:br/>
        <w:t xml:space="preserve">            "fields": ["total_equipment", "domestic_equipment", "imported_equipment"],</w:t>
        <w:br/>
        <w:t xml:space="preserve">        }),</w:t>
        <w:br/>
        <w:t xml:space="preserve">        ("Возрастная структура", {</w:t>
        <w:br/>
        <w:t xml:space="preserve">            "fields": ["age_under_5", "age_5_10", "age_10_15", "age_15_20", "age_over_20"],</w:t>
        <w:br/>
        <w:t xml:space="preserve">        }),</w:t>
        <w:br/>
        <w:t xml:space="preserve">        ("С ЧПУ по возрасту", {</w:t>
        <w:br/>
        <w:t xml:space="preserve">            "fields": ["cnc_total", "cnc_under_5", "cnc_5_10", "cnc_10_15", "cnc_15_20", "cnc_over_20"],</w:t>
        <w:br/>
        <w:t xml:space="preserve">            "classes": ["collapse"],</w:t>
        <w:br/>
        <w:t xml:space="preserve">        }),</w:t>
        <w:br/>
        <w:t xml:space="preserve">        ("Показатели использования", {</w:t>
        <w:br/>
        <w:t xml:space="preserve">            "fields": ["avg_shift_work", "utilization_rate", "physical_wear_percent"],</w:t>
        <w:br/>
        <w:t xml:space="preserve">        }),</w:t>
        <w:br/>
        <w:t xml:space="preserve">        ("Потребности", {"fields": ["workplaces_without_equipment", "equipment_to_replace"]}),</w:t>
        <w:br/>
        <w:t xml:space="preserve">        ("Системные поля", {"fields": ["created_at", "updated_at"], "classes": ["collapse"]}),</w:t>
        <w:br/>
        <w:t xml:space="preserve">    ]</w:t>
      </w:r>
    </w:p>
    <w:p>
      <w:pPr>
        <w:pStyle w:val="Heading1"/>
      </w:pPr>
      <w:r>
        <w:t>src/apps/form_6/urls.py</w:t>
      </w:r>
    </w:p>
    <w:p>
      <w:r>
        <w:t>"""URL маршруты формы Ф-6."""</w:t>
        <w:br/>
        <w:t>from apps.form_6.api import FormF6RecordViewSet, FormF6UploadView</w:t>
        <w:br/>
        <w:t>from django.urls import include, path</w:t>
        <w:br/>
        <w:t>from rest_framework.routers import DefaultRouter</w:t>
        <w:br/>
        <w:t>router = DefaultRouter()</w:t>
        <w:br/>
        <w:t>router.register("records", FormF6RecordViewSet, basename="form-f6-records")</w:t>
        <w:br/>
        <w:t>urlpatterns = [</w:t>
        <w:br/>
        <w:t xml:space="preserve">    path("upload/", FormF6UploadView.as_view(), name="form-f6-upload"),</w:t>
        <w:br/>
        <w:t xml:space="preserve">    path("", include(router.urls)),</w:t>
        <w:br/>
        <w:t>]</w:t>
      </w:r>
    </w:p>
    <w:p>
      <w:pPr>
        <w:pStyle w:val="Heading1"/>
      </w:pPr>
      <w:r>
        <w:t>src/apps/form_6/migrations/__init__.py</w:t>
      </w:r>
    </w:p>
    <w:p>
      <w:r>
        <w:t>[Пустой файл]</w:t>
      </w:r>
    </w:p>
    <w:p>
      <w:pPr>
        <w:pStyle w:val="Heading1"/>
      </w:pPr>
      <w:r>
        <w:t>src/apps/form_6/migrations/0001_initial.py</w:t>
      </w:r>
    </w:p>
    <w:p>
      <w:r>
        <w:t># Generated by Django 3.2.25 on 2026-02-06 12:49</w:t>
        <w:br/>
        <w:t>from django.db import migrations, models</w:t>
        <w:br/>
        <w:t>import django.db.models.deletion</w:t>
        <w:br/>
        <w:t>import uuid</w:t>
        <w:br/>
        <w:t>class Migration(migrations.Migration):</w:t>
        <w:br/>
        <w:t xml:space="preserve">    initial = True</w:t>
        <w:br/>
        <w:t xml:space="preserve">    dependencies = [</w:t>
        <w:br/>
        <w:t xml:space="preserve">        ('organization', '0001_initial'),</w:t>
        <w:br/>
        <w:t xml:space="preserve">    ]</w:t>
        <w:br/>
        <w:t xml:space="preserve">    operations = [</w:t>
        <w:br/>
        <w:t xml:space="preserve">        migrations.CreateModel(</w:t>
        <w:br/>
        <w:t xml:space="preserve">            name='FormF6Record',</w:t>
        <w:br/>
        <w:t xml:space="preserve">            fields=[</w:t>
        <w:br/>
        <w:t xml:space="preserve">                ('created_at', models.DateTimeField(auto_now_add=True, db_index=True, help_text='Дата и время создания записи', verbose_name='создано')),</w:t>
        <w:br/>
        <w:t xml:space="preserve">                ('updated_at', models.DateTimeField(auto_now=True, help_text='Дата и время последнего обновления', verbose_name='обновлено')),</w:t>
        <w:br/>
        <w:t xml:space="preserve">                ('id', models.UUIDField(default=uuid.uuid4, editable=False, primary_key=True, serialize=False, verbose_name='ID')),</w:t>
        <w:br/>
        <w:t xml:space="preserve">                ('load_batch', models.PositiveIntegerField(db_index=True, help_text='Идентификатор пакета загрузки', verbose_name='номер загрузки')),</w:t>
        <w:br/>
        <w:t xml:space="preserve">                ('row_code', models.CharField(blank=True, default='', max_length=20, verbose_name='код строки')),</w:t>
        <w:br/>
        <w:t xml:space="preserve">                ('category', models.CharField(blank=True, default='', max_length=200, verbose_name='категория оборудования')),</w:t>
        <w:br/>
        <w:t xml:space="preserve">                ('total_equipment', models.PositiveIntegerField(blank=True, null=True, verbose_name='всего оборудования')),</w:t>
        <w:br/>
        <w:t xml:space="preserve">                ('domestic_equipment', models.PositiveIntegerField(blank=True, null=True, verbose_name='отечественное оборудование')),</w:t>
        <w:br/>
        <w:t xml:space="preserve">                ('imported_equipment', models.PositiveIntegerField(blank=True, null=True, verbose_name='импортное оборудование')),</w:t>
        <w:br/>
        <w:t xml:space="preserve">                ('age_under_5', models.PositiveIntegerField(blank=True, null=True, verbose_name='до 5 лет')),</w:t>
        <w:br/>
        <w:t xml:space="preserve">                ('age_5_10', models.PositiveIntegerField(blank=True, null=True, verbose_name='5-10 лет')),</w:t>
        <w:br/>
        <w:t xml:space="preserve">                ('age_10_15', models.PositiveIntegerField(blank=True, null=True, verbose_name='10-15 лет')),</w:t>
        <w:br/>
        <w:t xml:space="preserve">                ('age_15_20', models.PositiveIntegerField(blank=True, null=True, verbose_name='15-20 лет')),</w:t>
        <w:br/>
        <w:t xml:space="preserve">                ('age_over_20', models.PositiveIntegerField(blank=True, null=True, verbose_name='свыше 20 лет')),</w:t>
        <w:br/>
        <w:t xml:space="preserve">                ('cnc_total', models.PositiveIntegerField(blank=True, null=True, verbose_name='с ЧПУ всего')),</w:t>
        <w:br/>
        <w:t xml:space="preserve">                ('cnc_under_5', models.PositiveIntegerField(blank=True, null=True, verbose_name='с ЧПУ до 5 лет')),</w:t>
        <w:br/>
        <w:t xml:space="preserve">                ('cnc_5_10', models.PositiveIntegerField(blank=True, null=True, verbose_name='с ЧПУ 5-10 лет')),</w:t>
        <w:br/>
        <w:t xml:space="preserve">                ('cnc_10_15', models.PositiveIntegerField(blank=True, null=True, verbose_name='с ЧПУ 10-15 лет')),</w:t>
        <w:br/>
        <w:t xml:space="preserve">                ('cnc_15_20', models.PositiveIntegerField(blank=True, null=True, verbose_name='с ЧПУ 15-20 лет')),</w:t>
        <w:br/>
        <w:t xml:space="preserve">                ('cnc_over_20', models.PositiveIntegerField(blank=True, null=True, verbose_name='с ЧПУ свыше 20 лет')),</w:t>
        <w:br/>
        <w:t xml:space="preserve">                ('avg_shift_work', models.DecimalField(blank=True, decimal_places=2, max_digits=5, null=True, verbose_name='средняя сменность работы')),</w:t>
        <w:br/>
        <w:t xml:space="preserve">                ('utilization_rate', models.DecimalField(blank=True, decimal_places=2, max_digits=5, null=True, verbose_name='коэффициент загрузки')),</w:t>
        <w:br/>
        <w:t xml:space="preserve">                ('physical_wear_percent', models.DecimalField(blank=True, decimal_places=2, max_digits=5, null=True, verbose_name='физический износ, %')),</w:t>
        <w:br/>
        <w:t xml:space="preserve">                ('workplaces_without_equipment', models.PositiveIntegerField(blank=True, null=True, verbose_name='рабочие места без оборудования')),</w:t>
        <w:br/>
        <w:t xml:space="preserve">                ('equipment_to_replace', models.PositiveIntegerField(blank=True, null=True, verbose_name='оборудование к замене')),</w:t>
        <w:br/>
        <w:t xml:space="preserve">                ('organization', models.ForeignKey(on_delete=django.db.models.deletion.CASCADE, related_name='form_f6_records', to='organization.organization', verbose_name='организация')),</w:t>
        <w:br/>
        <w:t xml:space="preserve">            ],</w:t>
        <w:br/>
        <w:t xml:space="preserve">            options={</w:t>
        <w:br/>
        <w:t xml:space="preserve">                'verbose_name': 'запись Ф-6',</w:t>
        <w:br/>
        <w:t xml:space="preserve">                'verbose_name_plural': 'записи Ф-6',</w:t>
        <w:br/>
        <w:t xml:space="preserve">                'ordering': ['-created_at'],</w:t>
        <w:br/>
        <w:t xml:space="preserve">            },</w:t>
        <w:br/>
        <w:t xml:space="preserve">        ),</w:t>
        <w:br/>
        <w:t xml:space="preserve">        migrations.AddIndex(</w:t>
        <w:br/>
        <w:t xml:space="preserve">            model_name='formf6record',</w:t>
        <w:br/>
        <w:t xml:space="preserve">            index=models.Index(fields=['organization', 'load_batch'], name='form_6_form_organiz_2cf6ba_idx'),</w:t>
        <w:br/>
        <w:t xml:space="preserve">        ),</w:t>
        <w:br/>
        <w:t xml:space="preserve">        migrations.AddIndex(</w:t>
        <w:br/>
        <w:t xml:space="preserve">            model_name='formf6record',</w:t>
        <w:br/>
        <w:t xml:space="preserve">            index=models.Index(fields=['load_batch'], name='form_6_form_load_ba_faecd4_idx'),</w:t>
        <w:br/>
        <w:t xml:space="preserve">        ),</w:t>
        <w:br/>
        <w:t xml:space="preserve">        migrations.AddIndex(</w:t>
        <w:br/>
        <w:t xml:space="preserve">            model_name='formf6record',</w:t>
        <w:br/>
        <w:t xml:space="preserve">            index=models.Index(fields=['row_code'], name='form_6_form_row_cod_97ebc4_idx'),</w:t>
        <w:br/>
        <w:t xml:space="preserve">        ),</w:t>
        <w:br/>
        <w:t xml:space="preserve">    ]</w:t>
      </w:r>
    </w:p>
    <w:p>
      <w:pPr>
        <w:pStyle w:val="Heading1"/>
      </w:pPr>
      <w:r>
        <w:t>src/apps/core/logging.py</w:t>
      </w:r>
    </w:p>
    <w:p>
      <w:r>
        <w:t>"""</w:t>
        <w:br/>
        <w:t>Настройка структурированного логирования.</w:t>
        <w:br/>
        <w:t>Предоставляет JSON-форматтер и утилиты для production логов.</w:t>
        <w:br/>
        <w:t>"""</w:t>
        <w:br/>
        <w:t>import json</w:t>
        <w:br/>
        <w:t>import logging</w:t>
        <w:br/>
        <w:t>import traceback</w:t>
        <w:br/>
        <w:t>from datetime import UTC, datetime</w:t>
        <w:br/>
        <w:t>from typing import Any</w:t>
        <w:br/>
        <w:t>from apps.core.middleware import get_request_id</w:t>
        <w:br/>
        <w:t>class JSONFormatter(logging.Formatter):</w:t>
        <w:br/>
        <w:t xml:space="preserve">    """</w:t>
        <w:br/>
        <w:t xml:space="preserve">    Форматтер логов в JSON формате.</w:t>
        <w:br/>
        <w:t xml:space="preserve">    Формирует структурированные логи для удобного парсинга</w:t>
        <w:br/>
        <w:t xml:space="preserve">    в системах мониторинга (ELK, Grafana Loki, etc.).</w:t>
        <w:br/>
        <w:t xml:space="preserve">    Пример вывода:</w:t>
        <w:br/>
        <w:t xml:space="preserve">        {</w:t>
        <w:br/>
        <w:t xml:space="preserve">            "timestamp": "2024-01-15T10:30:45.123456Z",</w:t>
        <w:br/>
        <w:t xml:space="preserve">            "level": "INFO",</w:t>
        <w:br/>
        <w:t xml:space="preserve">            "logger": "apps.user.services",</w:t>
        <w:br/>
        <w:t xml:space="preserve">            "message": "User created",</w:t>
        <w:br/>
        <w:t xml:space="preserve">            "request_id": "abc-123",</w:t>
        <w:br/>
        <w:t xml:space="preserve">            "user_id": 42,</w:t>
        <w:br/>
        <w:t xml:space="preserve">            "extra": {"email": "user@example.com"}</w:t>
        <w:br/>
        <w:t xml:space="preserve">        }</w:t>
        <w:br/>
        <w:t xml:space="preserve">    """</w:t>
        <w:br/>
        <w:t xml:space="preserve">    def format(self, record: logging.LogRecord) -&gt; str:</w:t>
        <w:br/>
        <w:t xml:space="preserve">        """Форматирует запись лога в JSON."""</w:t>
        <w:br/>
        <w:t xml:space="preserve">        log_data: dict[str, Any] = {</w:t>
        <w:br/>
        <w:t xml:space="preserve">            "timestamp": datetime.now(UTC).isoformat(),</w:t>
        <w:br/>
        <w:t xml:space="preserve">            "level": record.levelname,</w:t>
        <w:br/>
        <w:t xml:space="preserve">            "logger": record.name,</w:t>
        <w:br/>
        <w:t xml:space="preserve">            "message": record.getMessage(),</w:t>
        <w:br/>
        <w:t xml:space="preserve">        }</w:t>
        <w:br/>
        <w:t xml:space="preserve">        # Добавляем request_id если доступен</w:t>
        <w:br/>
        <w:t xml:space="preserve">        request_id = get_request_id()</w:t>
        <w:br/>
        <w:t xml:space="preserve">        if request_id:</w:t>
        <w:br/>
        <w:t xml:space="preserve">            log_data["request_id"] = request_id</w:t>
        <w:br/>
        <w:t xml:space="preserve">        # Добавляем информацию о месте вызова</w:t>
        <w:br/>
        <w:t xml:space="preserve">        log_data["location"] = {</w:t>
        <w:br/>
        <w:t xml:space="preserve">            "file": record.filename,</w:t>
        <w:br/>
        <w:t xml:space="preserve">            "line": record.lineno,</w:t>
        <w:br/>
        <w:t xml:space="preserve">            "function": record.funcName,</w:t>
        <w:br/>
        <w:t xml:space="preserve">        }</w:t>
        <w:br/>
        <w:t xml:space="preserve">        # Добавляем extra данные</w:t>
        <w:br/>
        <w:t xml:space="preserve">        extra_fields = {}</w:t>
        <w:br/>
        <w:t xml:space="preserve">        for key, value in record.__dict__.items():</w:t>
        <w:br/>
        <w:t xml:space="preserve">            if key not in {</w:t>
        <w:br/>
        <w:t xml:space="preserve">                "name",</w:t>
        <w:br/>
        <w:t xml:space="preserve">                "msg",</w:t>
        <w:br/>
        <w:t xml:space="preserve">                "args",</w:t>
        <w:br/>
        <w:t xml:space="preserve">                "created",</w:t>
        <w:br/>
        <w:t xml:space="preserve">                "filename",</w:t>
        <w:br/>
        <w:t xml:space="preserve">                "funcName",</w:t>
        <w:br/>
        <w:t xml:space="preserve">                "levelname",</w:t>
        <w:br/>
        <w:t xml:space="preserve">                "levelno",</w:t>
        <w:br/>
        <w:t xml:space="preserve">                "lineno",</w:t>
        <w:br/>
        <w:t xml:space="preserve">                "module",</w:t>
        <w:br/>
        <w:t xml:space="preserve">                "msecs",</w:t>
        <w:br/>
        <w:t xml:space="preserve">                "pathname",</w:t>
        <w:br/>
        <w:t xml:space="preserve">                "process",</w:t>
        <w:br/>
        <w:t xml:space="preserve">                "processName",</w:t>
        <w:br/>
        <w:t xml:space="preserve">                "relativeCreated",</w:t>
        <w:br/>
        <w:t xml:space="preserve">                "stack_info",</w:t>
        <w:br/>
        <w:t xml:space="preserve">                "exc_info",</w:t>
        <w:br/>
        <w:t xml:space="preserve">                "exc_text",</w:t>
        <w:br/>
        <w:t xml:space="preserve">                "thread",</w:t>
        <w:br/>
        <w:t xml:space="preserve">                "threadName",</w:t>
        <w:br/>
        <w:t xml:space="preserve">                "message",</w:t>
        <w:br/>
        <w:t xml:space="preserve">                "taskName",</w:t>
        <w:br/>
        <w:t xml:space="preserve">            }:</w:t>
        <w:br/>
        <w:t xml:space="preserve">                extra_fields[key] = value</w:t>
        <w:br/>
        <w:t xml:space="preserve">        if extra_fields:</w:t>
        <w:br/>
        <w:t xml:space="preserve">            log_data["extra"] = extra_fields</w:t>
        <w:br/>
        <w:t xml:space="preserve">        # Добавляем информацию об исключении</w:t>
        <w:br/>
        <w:t xml:space="preserve">        if record.exc_info:</w:t>
        <w:br/>
        <w:t xml:space="preserve">            log_data["exception"] = {</w:t>
        <w:br/>
        <w:t xml:space="preserve">                "type": record.exc_info[0].__name__ if record.exc_info[0] else None,</w:t>
        <w:br/>
        <w:t xml:space="preserve">                "message": str(record.exc_info[1]) if record.exc_info[1] else None,</w:t>
        <w:br/>
        <w:t xml:space="preserve">                "traceback": traceback.format_exception(*record.exc_info),</w:t>
        <w:br/>
        <w:t xml:space="preserve">            }</w:t>
        <w:br/>
        <w:t xml:space="preserve">        return json.dumps(log_data, ensure_ascii=False, default=str)</w:t>
        <w:br/>
        <w:t>class ContextLogger:</w:t>
        <w:br/>
        <w:t xml:space="preserve">    """</w:t>
        <w:br/>
        <w:t xml:space="preserve">    Логгер с автоматическим добавлением контекста.</w:t>
        <w:br/>
        <w:t xml:space="preserve">    Пример использования:</w:t>
        <w:br/>
        <w:t xml:space="preserve">        logger = ContextLogger(__name__)</w:t>
        <w:br/>
        <w:t xml:space="preserve">        logger.set_context(user_id=42, action="login")</w:t>
        <w:br/>
        <w:t xml:space="preserve">        logger.info("User logged in")  # Автоматически добавит user_id и action</w:t>
        <w:br/>
        <w:t xml:space="preserve">    """</w:t>
        <w:br/>
        <w:t xml:space="preserve">    def __init__(self, name: str):</w:t>
        <w:br/>
        <w:t xml:space="preserve">        self._logger = logging.getLogger(name)</w:t>
        <w:br/>
        <w:t xml:space="preserve">        self._context: dict[str, Any] = {}</w:t>
        <w:br/>
        <w:t xml:space="preserve">    def set_context(self, **kwargs: Any) -&gt; None:</w:t>
        <w:br/>
        <w:t xml:space="preserve">        """Устанавливает контекст для всех последующих логов."""</w:t>
        <w:br/>
        <w:t xml:space="preserve">        self._context.update(kwargs)</w:t>
        <w:br/>
        <w:t xml:space="preserve">    def clear_context(self) -&gt; None:</w:t>
        <w:br/>
        <w:t xml:space="preserve">        """Очищает контекст."""</w:t>
        <w:br/>
        <w:t xml:space="preserve">        self._context.clear()</w:t>
        <w:br/>
        <w:t xml:space="preserve">    def _log(</w:t>
        <w:br/>
        <w:t xml:space="preserve">        self,</w:t>
        <w:br/>
        <w:t xml:space="preserve">        level: int,</w:t>
        <w:br/>
        <w:t xml:space="preserve">        message: str,</w:t>
        <w:br/>
        <w:t xml:space="preserve">        *args: Any,</w:t>
        <w:br/>
        <w:t xml:space="preserve">        exc_info: bool = False,</w:t>
        <w:br/>
        <w:t xml:space="preserve">        **kwargs: Any,</w:t>
        <w:br/>
        <w:t xml:space="preserve">    ) -&gt; None:</w:t>
        <w:br/>
        <w:t xml:space="preserve">        """Логирует сообщение с контекстом."""</w:t>
        <w:br/>
        <w:t xml:space="preserve">        extra = {**self._context, **kwargs.pop("extra", {})}</w:t>
        <w:br/>
        <w:t xml:space="preserve">        self._logger.log(</w:t>
        <w:br/>
        <w:t xml:space="preserve">            level, message, *args, extra=extra, exc_info=exc_info, **kwargs</w:t>
        <w:br/>
        <w:t xml:space="preserve">        )</w:t>
        <w:br/>
        <w:t xml:space="preserve">    def debug(self, message: str, *args: Any, **kwargs: Any) -&gt; None:</w:t>
        <w:br/>
        <w:t xml:space="preserve">        """Логирует DEBUG сообщение."""</w:t>
        <w:br/>
        <w:t xml:space="preserve">        self._log(logging.DEBUG, message, *args, **kwargs)</w:t>
        <w:br/>
        <w:t xml:space="preserve">    def info(self, message: str, *args: Any, **kwargs: Any) -&gt; None:</w:t>
        <w:br/>
        <w:t xml:space="preserve">        """Логирует INFO сообщение."""</w:t>
        <w:br/>
        <w:t xml:space="preserve">        self._log(logging.INFO, message, *args, **kwargs)</w:t>
        <w:br/>
        <w:t xml:space="preserve">    def warning(self, message: str, *args: Any, **kwargs: Any) -&gt; None:</w:t>
        <w:br/>
        <w:t xml:space="preserve">        """Логирует WARNING сообщение."""</w:t>
        <w:br/>
        <w:t xml:space="preserve">        self._log(logging.WARNING, message, *args, **kwargs)</w:t>
        <w:br/>
        <w:t xml:space="preserve">    def error(</w:t>
        <w:br/>
        <w:t xml:space="preserve">        self, message: str, *args: Any, exc_info: bool = True, **kwargs: Any</w:t>
        <w:br/>
        <w:t xml:space="preserve">    ) -&gt; None:</w:t>
        <w:br/>
        <w:t xml:space="preserve">        """Логирует ERROR сообщение."""</w:t>
        <w:br/>
        <w:t xml:space="preserve">        self._log(logging.ERROR, message, *args, exc_info=exc_info, **kwargs)</w:t>
        <w:br/>
        <w:t xml:space="preserve">    def exception(self, message: str, *args: Any, **kwargs: Any) -&gt; None:</w:t>
        <w:br/>
        <w:t xml:space="preserve">        """Логирует исключение."""</w:t>
        <w:br/>
        <w:t xml:space="preserve">        self._log(logging.ERROR, message, *args, exc_info=True, **kwargs)</w:t>
        <w:br/>
        <w:t>def get_json_logging_config(</w:t>
        <w:br/>
        <w:t xml:space="preserve">    log_level: str = "INFO",</w:t>
        <w:br/>
        <w:t xml:space="preserve">    log_file: str | None = None,</w:t>
        <w:br/>
        <w:t>) -&gt; dict[str, Any]:</w:t>
        <w:br/>
        <w:t xml:space="preserve">    """</w:t>
        <w:br/>
        <w:t xml:space="preserve">    Возвращает конфигурацию логирования для production.</w:t>
        <w:br/>
        <w:t xml:space="preserve">    Args:</w:t>
        <w:br/>
        <w:t xml:space="preserve">        log_level: Уровень логирования</w:t>
        <w:br/>
        <w:t xml:space="preserve">        log_file: Путь к файлу логов (опционально)</w:t>
        <w:br/>
        <w:t xml:space="preserve">    Пример использования в settings.py:</w:t>
        <w:br/>
        <w:t xml:space="preserve">        from apps.core.logging import get_json_logging_config</w:t>
        <w:br/>
        <w:t xml:space="preserve">        LOGGING = get_json_logging_config(</w:t>
        <w:br/>
        <w:t xml:space="preserve">            log_level="INFO",</w:t>
        <w:br/>
        <w:t xml:space="preserve">            log_file="/var/log/app/app.log",</w:t>
        <w:br/>
        <w:t xml:space="preserve">        )</w:t>
        <w:br/>
        <w:t xml:space="preserve">    """</w:t>
        <w:br/>
        <w:t xml:space="preserve">    handlers = {</w:t>
        <w:br/>
        <w:t xml:space="preserve">        "console": {</w:t>
        <w:br/>
        <w:t xml:space="preserve">            "class": "logging.StreamHandler",</w:t>
        <w:br/>
        <w:t xml:space="preserve">            "formatter": "json",</w:t>
        <w:br/>
        <w:t xml:space="preserve">        },</w:t>
        <w:br/>
        <w:t xml:space="preserve">    }</w:t>
        <w:br/>
        <w:t xml:space="preserve">    root_handlers = ["console"]</w:t>
        <w:br/>
        <w:t xml:space="preserve">    if log_file:</w:t>
        <w:br/>
        <w:t xml:space="preserve">        handlers["file"] = {</w:t>
        <w:br/>
        <w:t xml:space="preserve">            "class": "logging.handlers.RotatingFileHandler",</w:t>
        <w:br/>
        <w:t xml:space="preserve">            "filename": log_file,</w:t>
        <w:br/>
        <w:t xml:space="preserve">            "maxBytes": 10 * 1024 * 1024,  # 10 MB</w:t>
        <w:br/>
        <w:t xml:space="preserve">            "backupCount": 5,</w:t>
        <w:br/>
        <w:t xml:space="preserve">            "formatter": "json",</w:t>
        <w:br/>
        <w:t xml:space="preserve">        }</w:t>
        <w:br/>
        <w:t xml:space="preserve">        root_handlers.append("file")</w:t>
        <w:br/>
        <w:t xml:space="preserve">    return {</w:t>
        <w:br/>
        <w:t xml:space="preserve">        "version": 1,</w:t>
        <w:br/>
        <w:t xml:space="preserve">        "disable_existing_loggers": False,</w:t>
        <w:br/>
        <w:t xml:space="preserve">        "formatters": {</w:t>
        <w:br/>
        <w:t xml:space="preserve">            "json": {</w:t>
        <w:br/>
        <w:t xml:space="preserve">                "()": "apps.core.logging.JSONFormatter",</w:t>
        <w:br/>
        <w:t xml:space="preserve">            },</w:t>
        <w:br/>
        <w:t xml:space="preserve">            "standard": {</w:t>
        <w:br/>
        <w:t xml:space="preserve">                "format": "%(asctime)s [%(levelname)s] %(name)s: %(message)s",</w:t>
        <w:br/>
        <w:t xml:space="preserve">            },</w:t>
        <w:br/>
        <w:t xml:space="preserve">        },</w:t>
        <w:br/>
        <w:t xml:space="preserve">        "handlers": handlers,</w:t>
        <w:br/>
        <w:t xml:space="preserve">        "root": {</w:t>
        <w:br/>
        <w:t xml:space="preserve">            "handlers": root_handlers,</w:t>
        <w:br/>
        <w:t xml:space="preserve">            "level": log_level,</w:t>
        <w:br/>
        <w:t xml:space="preserve">        },</w:t>
        <w:br/>
        <w:t xml:space="preserve">        "loggers": {</w:t>
        <w:br/>
        <w:t xml:space="preserve">            "django": {</w:t>
        <w:br/>
        <w:t xml:space="preserve">                "handlers": root_handlers,</w:t>
        <w:br/>
        <w:t xml:space="preserve">                "level": "WARNING",</w:t>
        <w:br/>
        <w:t xml:space="preserve">                "propagate": False,</w:t>
        <w:br/>
        <w:t xml:space="preserve">            },</w:t>
        <w:br/>
        <w:t xml:space="preserve">            "django.request": {</w:t>
        <w:br/>
        <w:t xml:space="preserve">                "handlers": root_handlers,</w:t>
        <w:br/>
        <w:t xml:space="preserve">                "level": "WARNING",</w:t>
        <w:br/>
        <w:t xml:space="preserve">                "propagate": False,</w:t>
        <w:br/>
        <w:t xml:space="preserve">            },</w:t>
        <w:br/>
        <w:t xml:space="preserve">            "celery": {</w:t>
        <w:br/>
        <w:t xml:space="preserve">                "handlers": root_handlers,</w:t>
        <w:br/>
        <w:t xml:space="preserve">                "level": "INFO",</w:t>
        <w:br/>
        <w:t xml:space="preserve">                "propagate": False,</w:t>
        <w:br/>
        <w:t xml:space="preserve">            },</w:t>
        <w:br/>
        <w:t xml:space="preserve">            "apps": {</w:t>
        <w:br/>
        <w:t xml:space="preserve">                "handlers": root_handlers,</w:t>
        <w:br/>
        <w:t xml:space="preserve">                "level": log_level,</w:t>
        <w:br/>
        <w:t xml:space="preserve">                "propagate": False,</w:t>
        <w:br/>
        <w:t xml:space="preserve">            },</w:t>
        <w:br/>
        <w:t xml:space="preserve">        },</w:t>
        <w:br/>
        <w:t xml:space="preserve">    }</w:t>
        <w:br/>
        <w:t>def log_request(</w:t>
        <w:br/>
        <w:t xml:space="preserve">    logger: logging.Logger,</w:t>
        <w:br/>
        <w:t xml:space="preserve">    request: Any,</w:t>
        <w:br/>
        <w:t xml:space="preserve">    response: Any | None = None,</w:t>
        <w:br/>
        <w:t xml:space="preserve">    duration_ms: float | None = None,</w:t>
        <w:br/>
        <w:t>) -&gt; None:</w:t>
        <w:br/>
        <w:t xml:space="preserve">    """</w:t>
        <w:br/>
        <w:t xml:space="preserve">    Логирует HTTP запрос/ответ.</w:t>
        <w:br/>
        <w:t xml:space="preserve">    Пример использования:</w:t>
        <w:br/>
        <w:t xml:space="preserve">        from apps.core.logging import log_request</w:t>
        <w:br/>
        <w:t xml:space="preserve">        def my_middleware(get_response):</w:t>
        <w:br/>
        <w:t xml:space="preserve">            def middleware(request):</w:t>
        <w:br/>
        <w:t xml:space="preserve">                start = time.time()</w:t>
        <w:br/>
        <w:t xml:space="preserve">                response = get_response(request)</w:t>
        <w:br/>
        <w:t xml:space="preserve">                duration = (time.time() - start) * 1000</w:t>
        <w:br/>
        <w:t xml:space="preserve">                log_request(logger, request, response, duration)</w:t>
        <w:br/>
        <w:t xml:space="preserve">                return response</w:t>
        <w:br/>
        <w:t xml:space="preserve">            return middleware</w:t>
        <w:br/>
        <w:t xml:space="preserve">    """</w:t>
        <w:br/>
        <w:t xml:space="preserve">    extra: dict[str, Any] = {</w:t>
        <w:br/>
        <w:t xml:space="preserve">        "method": request.method,</w:t>
        <w:br/>
        <w:t xml:space="preserve">        "path": request.path,</w:t>
        <w:br/>
        <w:t xml:space="preserve">        "user_id": getattr(request.user, "id", None)</w:t>
        <w:br/>
        <w:t xml:space="preserve">        if hasattr(request, "user")</w:t>
        <w:br/>
        <w:t xml:space="preserve">        else None,</w:t>
        <w:br/>
        <w:t xml:space="preserve">    }</w:t>
        <w:br/>
        <w:t xml:space="preserve">    if response:</w:t>
        <w:br/>
        <w:t xml:space="preserve">        extra["status_code"] = response.status_code</w:t>
        <w:br/>
        <w:t xml:space="preserve">    if duration_ms:</w:t>
        <w:br/>
        <w:t xml:space="preserve">        extra["duration_ms"] = round(duration_ms, 2)</w:t>
        <w:br/>
        <w:t xml:space="preserve">    request_id = get_request_id()</w:t>
        <w:br/>
        <w:t xml:space="preserve">    if request_id:</w:t>
        <w:br/>
        <w:t xml:space="preserve">        extra["request_id"] = request_id</w:t>
        <w:br/>
        <w:t xml:space="preserve">    message = f"{request.method} {request.path}"</w:t>
        <w:br/>
        <w:t xml:space="preserve">    if response:</w:t>
        <w:br/>
        <w:t xml:space="preserve">        message += f" -&gt; {response.status_code}"</w:t>
        <w:br/>
        <w:t xml:space="preserve">    if duration_ms:</w:t>
        <w:br/>
        <w:t xml:space="preserve">        message += f" ({duration_ms:.0f}ms)"</w:t>
        <w:br/>
        <w:t xml:space="preserve">    if response and response.status_code &gt;= 500:</w:t>
        <w:br/>
        <w:t xml:space="preserve">        logger.error(message, extra=extra)</w:t>
        <w:br/>
        <w:t xml:space="preserve">    elif response and response.status_code &gt;= 400:</w:t>
        <w:br/>
        <w:t xml:space="preserve">        logger.warning(message, extra=extra)</w:t>
        <w:br/>
        <w:t xml:space="preserve">    else:</w:t>
        <w:br/>
        <w:t xml:space="preserve">        logger.info(message, extra=extra)</w:t>
      </w:r>
    </w:p>
    <w:p>
      <w:pPr>
        <w:pStyle w:val="Heading1"/>
      </w:pPr>
      <w:r>
        <w:t>src/apps/core/signals.py</w:t>
      </w:r>
    </w:p>
    <w:p>
      <w:r>
        <w:t>"""</w:t>
        <w:br/>
        <w:t>Централизованная система управления сигналами Django.</w:t>
        <w:br/>
        <w:t>Предоставляет удобный способ регистрации и управления сигналами</w:t>
        <w:br/>
        <w:t>в одном месте для лучшей организации кода.</w:t>
        <w:br/>
        <w:t>"""</w:t>
        <w:br/>
        <w:t>import logging</w:t>
        <w:br/>
        <w:t>from collections.abc import Callable</w:t>
        <w:br/>
        <w:t>from typing import Any</w:t>
        <w:br/>
        <w:t>from django.db.models.signals import (</w:t>
        <w:br/>
        <w:t xml:space="preserve">    post_delete,</w:t>
        <w:br/>
        <w:t xml:space="preserve">    post_save,</w:t>
        <w:br/>
        <w:t xml:space="preserve">    pre_delete,</w:t>
        <w:br/>
        <w:t xml:space="preserve">    pre_save,</w:t>
        <w:br/>
        <w:t>)</w:t>
        <w:br/>
        <w:t>from django.dispatch import Signal</w:t>
        <w:br/>
        <w:t>logger = logging.getLogger(__name__)</w:t>
        <w:br/>
        <w:t>class SignalDispatcher:</w:t>
        <w:br/>
        <w:t xml:space="preserve">    """</w:t>
        <w:br/>
        <w:t xml:space="preserve">    Диспетчер сигналов для централизованной регистрации.</w:t>
        <w:br/>
        <w:t xml:space="preserve">    Позволяет регистрировать все обработчики сигналов в одном месте,</w:t>
        <w:br/>
        <w:t xml:space="preserve">    что упрощает отладку и понимание потока данных.</w:t>
        <w:br/>
        <w:t xml:space="preserve">    Пример использования в apps.py:</w:t>
        <w:br/>
        <w:t xml:space="preserve">        from apps.core.signals import signal_dispatcher</w:t>
        <w:br/>
        <w:t xml:space="preserve">        class UserConfig(AppConfig):</w:t>
        <w:br/>
        <w:t xml:space="preserve">            def ready(self):</w:t>
        <w:br/>
        <w:t xml:space="preserve">                from apps.user.signals import register_signals</w:t>
        <w:br/>
        <w:t xml:space="preserve">                register_signals(signal_dispatcher)</w:t>
        <w:br/>
        <w:t xml:space="preserve">    Пример в signals.py приложения:</w:t>
        <w:br/>
        <w:t xml:space="preserve">        def register_signals(dispatcher):</w:t>
        <w:br/>
        <w:t xml:space="preserve">            dispatcher.register(</w:t>
        <w:br/>
        <w:t xml:space="preserve">                signal=post_save,</w:t>
        <w:br/>
        <w:t xml:space="preserve">                sender='user.User',</w:t>
        <w:br/>
        <w:t xml:space="preserve">                handler=create_user_profile,</w:t>
        <w:br/>
        <w:t xml:space="preserve">                description="Создаёт профиль при создании пользователя",</w:t>
        <w:br/>
        <w:t xml:space="preserve">            )</w:t>
        <w:br/>
        <w:t xml:space="preserve">    """</w:t>
        <w:br/>
        <w:t xml:space="preserve">    def __init__(self) -&gt; None:</w:t>
        <w:br/>
        <w:t xml:space="preserve">        self._handlers: list[dict[str, Any]] = []</w:t>
        <w:br/>
        <w:t xml:space="preserve">        self._connected = False</w:t>
        <w:br/>
        <w:t xml:space="preserve">    def register(</w:t>
        <w:br/>
        <w:t xml:space="preserve">        self,</w:t>
        <w:br/>
        <w:t xml:space="preserve">        signal: Signal,</w:t>
        <w:br/>
        <w:t xml:space="preserve">        sender: str | type,</w:t>
        <w:br/>
        <w:t xml:space="preserve">        handler: Callable[..., Any],</w:t>
        <w:br/>
        <w:t xml:space="preserve">        description: str = "",</w:t>
        <w:br/>
        <w:t xml:space="preserve">        dispatch_uid: str | None = None,</w:t>
        <w:br/>
        <w:t xml:space="preserve">    ) -&gt; None:</w:t>
        <w:br/>
        <w:t xml:space="preserve">        """</w:t>
        <w:br/>
        <w:t xml:space="preserve">        Регистрирует обработчик сигнала.</w:t>
        <w:br/>
        <w:t xml:space="preserve">        Args:</w:t>
        <w:br/>
        <w:t xml:space="preserve">            signal: Django signal (post_save, pre_delete, etc.)</w:t>
        <w:br/>
        <w:t xml:space="preserve">            sender: Модель-отправитель (строка 'app.Model' или класс)</w:t>
        <w:br/>
        <w:t xml:space="preserve">            handler: Функция-обработчик</w:t>
        <w:br/>
        <w:t xml:space="preserve">            description: Описание для документации</w:t>
        <w:br/>
        <w:t xml:space="preserve">            dispatch_uid: Уникальный ID для предотвращения дублирования</w:t>
        <w:br/>
        <w:t xml:space="preserve">        """</w:t>
        <w:br/>
        <w:t xml:space="preserve">        self._handlers.append(</w:t>
        <w:br/>
        <w:t xml:space="preserve">            {</w:t>
        <w:br/>
        <w:t xml:space="preserve">                "signal": signal,</w:t>
        <w:br/>
        <w:t xml:space="preserve">                "sender": sender,</w:t>
        <w:br/>
        <w:t xml:space="preserve">                "handler": handler,</w:t>
        <w:br/>
        <w:t xml:space="preserve">                "description": description,</w:t>
        <w:br/>
        <w:t xml:space="preserve">                "dispatch_uid": dispatch_uid</w:t>
        <w:br/>
        <w:t xml:space="preserve">                or f"{handler.__module__}.{handler.__name__}",</w:t>
        <w:br/>
        <w:t xml:space="preserve">            }</w:t>
        <w:br/>
        <w:t xml:space="preserve">        )</w:t>
        <w:br/>
        <w:t xml:space="preserve">        logger.debug(</w:t>
        <w:br/>
        <w:t xml:space="preserve">            f"Зарегистрирован обработчик сигнала: {handler.__name__} "</w:t>
        <w:br/>
        <w:t xml:space="preserve">            f"для {sender} ({description})"</w:t>
        <w:br/>
        <w:t xml:space="preserve">        )</w:t>
        <w:br/>
        <w:t xml:space="preserve">    def connect_all(self) -&gt; None:</w:t>
        <w:br/>
        <w:t xml:space="preserve">        """Подключает все зарегистрированные обработчики."""</w:t>
        <w:br/>
        <w:t xml:space="preserve">        if self._connected:</w:t>
        <w:br/>
        <w:t xml:space="preserve">            logger.warning("Сигналы уже подключены")</w:t>
        <w:br/>
        <w:t xml:space="preserve">            return</w:t>
        <w:br/>
        <w:t xml:space="preserve">        for handler_info in self._handlers:</w:t>
        <w:br/>
        <w:t xml:space="preserve">            sender = handler_info["sender"]</w:t>
        <w:br/>
        <w:t xml:space="preserve">            # Если sender - строка, получаем модель</w:t>
        <w:br/>
        <w:t xml:space="preserve">            if isinstance(sender, str):</w:t>
        <w:br/>
        <w:t xml:space="preserve">                from django.apps import apps</w:t>
        <w:br/>
        <w:t xml:space="preserve">                app_label, model_name = sender.split(".")</w:t>
        <w:br/>
        <w:t xml:space="preserve">                sender = apps.get_model(app_label, model_name)</w:t>
        <w:br/>
        <w:t xml:space="preserve">            handler_info["signal"].connect(</w:t>
        <w:br/>
        <w:t xml:space="preserve">                handler_info["handler"],</w:t>
        <w:br/>
        <w:t xml:space="preserve">                sender=sender,</w:t>
        <w:br/>
        <w:t xml:space="preserve">                dispatch_uid=handler_info["dispatch_uid"],</w:t>
        <w:br/>
        <w:t xml:space="preserve">            )</w:t>
        <w:br/>
        <w:t xml:space="preserve">            logger.info(</w:t>
        <w:br/>
        <w:t xml:space="preserve">                f"Подключен обработчик: {handler_info['handler'].__name__} -&gt; {sender}"</w:t>
        <w:br/>
        <w:t xml:space="preserve">            )</w:t>
        <w:br/>
        <w:t xml:space="preserve">        self._connected = True</w:t>
        <w:br/>
        <w:t xml:space="preserve">    def disconnect_all(self) -&gt; None:</w:t>
        <w:br/>
        <w:t xml:space="preserve">        """Отключает все обработчики (полезно для тестов)."""</w:t>
        <w:br/>
        <w:t xml:space="preserve">        for handler_info in self._handlers:</w:t>
        <w:br/>
        <w:t xml:space="preserve">            sender = handler_info["sender"]</w:t>
        <w:br/>
        <w:t xml:space="preserve">            if isinstance(sender, str):</w:t>
        <w:br/>
        <w:t xml:space="preserve">                from django.apps import apps</w:t>
        <w:br/>
        <w:t xml:space="preserve">                app_label, model_name = sender.split(".")</w:t>
        <w:br/>
        <w:t xml:space="preserve">                sender = apps.get_model(app_label, model_name)</w:t>
        <w:br/>
        <w:t xml:space="preserve">            handler_info["signal"].disconnect(</w:t>
        <w:br/>
        <w:t xml:space="preserve">                handler_info["handler"],</w:t>
        <w:br/>
        <w:t xml:space="preserve">                sender=sender,</w:t>
        <w:br/>
        <w:t xml:space="preserve">                dispatch_uid=handler_info["dispatch_uid"],</w:t>
        <w:br/>
        <w:t xml:space="preserve">            )</w:t>
        <w:br/>
        <w:t xml:space="preserve">        self._connected = False</w:t>
        <w:br/>
        <w:t xml:space="preserve">        logger.info("Все обработчики сигналов отключены")</w:t>
        <w:br/>
        <w:t xml:space="preserve">    def list_handlers(self) -&gt; list[dict[str, Any]]:</w:t>
        <w:br/>
        <w:t xml:space="preserve">        """Возвращает список всех зарегистрированных обработчиков."""</w:t>
        <w:br/>
        <w:t xml:space="preserve">        return [</w:t>
        <w:br/>
        <w:t xml:space="preserve">            {</w:t>
        <w:br/>
        <w:t xml:space="preserve">                "signal": h["signal"].__class__.__name__,</w:t>
        <w:br/>
        <w:t xml:space="preserve">                "sender": str(h["sender"]),</w:t>
        <w:br/>
        <w:t xml:space="preserve">                "handler": f"{h['handler'].__module__}.{h['handler'].__name__}",</w:t>
        <w:br/>
        <w:t xml:space="preserve">                "description": h["description"],</w:t>
        <w:br/>
        <w:t xml:space="preserve">            }</w:t>
        <w:br/>
        <w:t xml:space="preserve">            for h in self._handlers</w:t>
        <w:br/>
        <w:t xml:space="preserve">        ]</w:t>
        <w:br/>
        <w:t># Глобальный экземпляр диспетчера</w:t>
        <w:br/>
        <w:t>signal_dispatcher = SignalDispatcher()</w:t>
        <w:br/>
        <w:t># Декораторы для удобной регистрации</w:t>
        <w:br/>
        <w:t>def on_post_save(</w:t>
        <w:br/>
        <w:t xml:space="preserve">    sender: str | type,</w:t>
        <w:br/>
        <w:t xml:space="preserve">    description: str = "",</w:t>
        <w:br/>
        <w:t xml:space="preserve">    dispatch_uid: str | None = None,</w:t>
        <w:br/>
        <w:t>) -&gt; Callable[[Callable[..., Any]], Callable[..., Any]]:</w:t>
        <w:br/>
        <w:t xml:space="preserve">    """</w:t>
        <w:br/>
        <w:t xml:space="preserve">    Декоратор для регистрации обработчика post_save.</w:t>
        <w:br/>
        <w:t xml:space="preserve">    Пример использования:</w:t>
        <w:br/>
        <w:t xml:space="preserve">        @on_post_save('user.User', description="Создаёт профиль")</w:t>
        <w:br/>
        <w:t xml:space="preserve">        def create_profile(sender, instance, created, **kwargs):</w:t>
        <w:br/>
        <w:t xml:space="preserve">            if created:</w:t>
        <w:br/>
        <w:t xml:space="preserve">                Profile.objects.create(user=instance)</w:t>
        <w:br/>
        <w:t xml:space="preserve">    """</w:t>
        <w:br/>
        <w:t xml:space="preserve">    def decorator(handler: Callable[..., Any]) -&gt; Callable[..., Any]:</w:t>
        <w:br/>
        <w:t xml:space="preserve">        signal_dispatcher.register(</w:t>
        <w:br/>
        <w:t xml:space="preserve">            signal=post_save,</w:t>
        <w:br/>
        <w:t xml:space="preserve">            sender=sender,</w:t>
        <w:br/>
        <w:t xml:space="preserve">            handler=handler,</w:t>
        <w:br/>
        <w:t xml:space="preserve">            description=description,</w:t>
        <w:br/>
        <w:t xml:space="preserve">            dispatch_uid=dispatch_uid,</w:t>
        <w:br/>
        <w:t xml:space="preserve">        )</w:t>
        <w:br/>
        <w:t xml:space="preserve">        return handler</w:t>
        <w:br/>
        <w:t xml:space="preserve">    return decorator</w:t>
        <w:br/>
        <w:t>def on_pre_save(</w:t>
        <w:br/>
        <w:t xml:space="preserve">    sender: str | type,</w:t>
        <w:br/>
        <w:t xml:space="preserve">    description: str = "",</w:t>
        <w:br/>
        <w:t xml:space="preserve">    dispatch_uid: str | None = None,</w:t>
        <w:br/>
        <w:t>) -&gt; Callable[[Callable[..., Any]], Callable[..., Any]]:</w:t>
        <w:br/>
        <w:t xml:space="preserve">    """</w:t>
        <w:br/>
        <w:t xml:space="preserve">    Декоратор для регистрации обработчика pre_save.</w:t>
        <w:br/>
        <w:t xml:space="preserve">    Пример использования:</w:t>
        <w:br/>
        <w:t xml:space="preserve">        @on_pre_save('blog.Article', description="Генерирует slug")</w:t>
        <w:br/>
        <w:t xml:space="preserve">        def generate_slug(sender, instance, **kwargs):</w:t>
        <w:br/>
        <w:t xml:space="preserve">            if not instance.slug:</w:t>
        <w:br/>
        <w:t xml:space="preserve">                instance.slug = slugify(instance.title)</w:t>
        <w:br/>
        <w:t xml:space="preserve">    """</w:t>
        <w:br/>
        <w:t xml:space="preserve">    def decorator(handler: Callable[..., Any]) -&gt; Callable[..., Any]:</w:t>
        <w:br/>
        <w:t xml:space="preserve">        signal_dispatcher.register(</w:t>
        <w:br/>
        <w:t xml:space="preserve">            signal=pre_save,</w:t>
        <w:br/>
        <w:t xml:space="preserve">            sender=sender,</w:t>
        <w:br/>
        <w:t xml:space="preserve">            handler=handler,</w:t>
        <w:br/>
        <w:t xml:space="preserve">            description=description,</w:t>
        <w:br/>
        <w:t xml:space="preserve">            dispatch_uid=dispatch_uid,</w:t>
        <w:br/>
        <w:t xml:space="preserve">        )</w:t>
        <w:br/>
        <w:t xml:space="preserve">        return handler</w:t>
        <w:br/>
        <w:t xml:space="preserve">    return decorator</w:t>
        <w:br/>
        <w:t>def on_post_delete(</w:t>
        <w:br/>
        <w:t xml:space="preserve">    sender: str | type,</w:t>
        <w:br/>
        <w:t xml:space="preserve">    description: str = "",</w:t>
        <w:br/>
        <w:t xml:space="preserve">    dispatch_uid: str | None = None,</w:t>
        <w:br/>
        <w:t>) -&gt; Callable[[Callable[..., Any]], Callable[..., Any]]:</w:t>
        <w:br/>
        <w:t xml:space="preserve">    """</w:t>
        <w:br/>
        <w:t xml:space="preserve">    Декоратор для регистрации обработчика post_delete.</w:t>
        <w:br/>
        <w:t xml:space="preserve">    Пример использования:</w:t>
        <w:br/>
        <w:t xml:space="preserve">        @on_post_delete('user.User', description="Удаляет связанные файлы")</w:t>
        <w:br/>
        <w:t xml:space="preserve">        def cleanup_user_files(sender, instance, **kwargs):</w:t>
        <w:br/>
        <w:t xml:space="preserve">            instance.avatar.delete(save=False)</w:t>
        <w:br/>
        <w:t xml:space="preserve">    """</w:t>
        <w:br/>
        <w:t xml:space="preserve">    def decorator(handler: Callable[..., Any]) -&gt; Callable[..., Any]:</w:t>
        <w:br/>
        <w:t xml:space="preserve">        signal_dispatcher.register(</w:t>
        <w:br/>
        <w:t xml:space="preserve">            signal=post_delete,</w:t>
        <w:br/>
        <w:t xml:space="preserve">            sender=sender,</w:t>
        <w:br/>
        <w:t xml:space="preserve">            handler=handler,</w:t>
        <w:br/>
        <w:t xml:space="preserve">            description=description,</w:t>
        <w:br/>
        <w:t xml:space="preserve">            dispatch_uid=dispatch_uid,</w:t>
        <w:br/>
        <w:t xml:space="preserve">        )</w:t>
        <w:br/>
        <w:t xml:space="preserve">        return handler</w:t>
        <w:br/>
        <w:t xml:space="preserve">    return decorator</w:t>
        <w:br/>
        <w:t>def on_pre_delete(</w:t>
        <w:br/>
        <w:t xml:space="preserve">    sender: str | type,</w:t>
        <w:br/>
        <w:t xml:space="preserve">    description: str = "",</w:t>
        <w:br/>
        <w:t xml:space="preserve">    dispatch_uid: str | None = None,</w:t>
        <w:br/>
        <w:t>) -&gt; Callable[[Callable[..., Any]], Callable[..., Any]]:</w:t>
        <w:br/>
        <w:t xml:space="preserve">    """</w:t>
        <w:br/>
        <w:t xml:space="preserve">    Декоратор для регистрации обработчика pre_delete.</w:t>
        <w:br/>
        <w:t xml:space="preserve">    Пример использования:</w:t>
        <w:br/>
        <w:t xml:space="preserve">        @on_pre_delete('blog.Article', description="Архивирует перед удалением")</w:t>
        <w:br/>
        <w:t xml:space="preserve">        def archive_before_delete(sender, instance, **kwargs):</w:t>
        <w:br/>
        <w:t xml:space="preserve">            ArchivedArticle.objects.create_from_article(instance)</w:t>
        <w:br/>
        <w:t xml:space="preserve">    """</w:t>
        <w:br/>
        <w:t xml:space="preserve">    def decorator(handler: Callable[..., Any]) -&gt; Callable[..., Any]:</w:t>
        <w:br/>
        <w:t xml:space="preserve">        signal_dispatcher.register(</w:t>
        <w:br/>
        <w:t xml:space="preserve">            signal=pre_delete,</w:t>
        <w:br/>
        <w:t xml:space="preserve">            sender=sender,</w:t>
        <w:br/>
        <w:t xml:space="preserve">            handler=handler,</w:t>
        <w:br/>
        <w:t xml:space="preserve">            description=description,</w:t>
        <w:br/>
        <w:t xml:space="preserve">            dispatch_uid=dispatch_uid,</w:t>
        <w:br/>
        <w:t xml:space="preserve">        )</w:t>
        <w:br/>
        <w:t xml:space="preserve">        return handler</w:t>
        <w:br/>
        <w:t xml:space="preserve">    return decorator</w:t>
        <w:br/>
        <w:t># Пользовательские сигналы для бизнес-событий</w:t>
        <w:br/>
        <w:t>user_registered = Signal()  # Отправляется при регистрации пользователя</w:t>
        <w:br/>
        <w:t>user_verified = Signal()  # Отправляется при верификации email</w:t>
        <w:br/>
        <w:t>password_changed = Signal()  # Отправляется при смене пароля</w:t>
        <w:br/>
        <w:t>def emit_user_registered(user: Any) -&gt; None:</w:t>
        <w:br/>
        <w:t xml:space="preserve">    """</w:t>
        <w:br/>
        <w:t xml:space="preserve">    Отправляет сигнал о регистрации пользователя.</w:t>
        <w:br/>
        <w:t xml:space="preserve">    Пример использования:</w:t>
        <w:br/>
        <w:t xml:space="preserve">        from apps.core.signals import emit_user_registered</w:t>
        <w:br/>
        <w:t xml:space="preserve">        class UserService:</w:t>
        <w:br/>
        <w:t xml:space="preserve">            @classmethod</w:t>
        <w:br/>
        <w:t xml:space="preserve">            def register_user(cls, **data):</w:t>
        <w:br/>
        <w:t xml:space="preserve">                user = User.objects.create_user(**data)</w:t>
        <w:br/>
        <w:t xml:space="preserve">                emit_user_registered(user)</w:t>
        <w:br/>
        <w:t xml:space="preserve">                return user</w:t>
        <w:br/>
        <w:t xml:space="preserve">    """</w:t>
        <w:br/>
        <w:t xml:space="preserve">    user_registered.send(sender=user.__class__, user=user)</w:t>
        <w:br/>
        <w:t xml:space="preserve">    logger.info(f"Отправлен сигнал user_registered для user_id={user.id}")</w:t>
        <w:br/>
        <w:t>def emit_user_verified(user: Any) -&gt; None:</w:t>
        <w:br/>
        <w:t xml:space="preserve">    """Отправляет сигнал о верификации email пользователя."""</w:t>
        <w:br/>
        <w:t xml:space="preserve">    user_verified.send(sender=user.__class__, user=user)</w:t>
        <w:br/>
        <w:t xml:space="preserve">    logger.info(f"Отправлен сигнал user_verified для user_id={user.id}")</w:t>
        <w:br/>
        <w:t>def emit_password_changed(user: Any) -&gt; None:</w:t>
        <w:br/>
        <w:t xml:space="preserve">    """Отправляет сигнал о смене пароля."""</w:t>
        <w:br/>
        <w:t xml:space="preserve">    password_changed.send(sender=user.__class__, user=user)</w:t>
        <w:br/>
        <w:t xml:space="preserve">    logger.info(f"Отправлен сигнал password_changed для user_id={user.id}")</w:t>
      </w:r>
    </w:p>
    <w:p>
      <w:pPr>
        <w:pStyle w:val="Heading1"/>
      </w:pPr>
      <w:r>
        <w:t>src/apps/core/mixins.py</w:t>
      </w:r>
    </w:p>
    <w:p>
      <w:r>
        <w:t>"""</w:t>
        <w:br/>
        <w:t>Миксины для моделей Django.</w:t>
        <w:br/>
        <w:t>Предоставляют переиспользуемые поля и поведение для моделей:</w:t>
        <w:br/>
        <w:t>- TimestampMixin: created_at, updated_at</w:t>
        <w:br/>
        <w:t>- UUIDPrimaryKeyMixin: UUID вместо auto-increment ID</w:t>
        <w:br/>
        <w:t>- SoftDeleteMixin: мягкое удаление (is_deleted + deleted_at)</w:t>
        <w:br/>
        <w:t>- AuditMixin: created_by, updated_by (кто создал/изменил)</w:t>
        <w:br/>
        <w:t>- OrderableMixin: поле order для сортировки</w:t>
        <w:br/>
        <w:t>"""</w:t>
        <w:br/>
        <w:t>import uuid</w:t>
        <w:br/>
        <w:t>from typing import TYPE_CHECKING</w:t>
        <w:br/>
        <w:t>from django.conf import settings</w:t>
        <w:br/>
        <w:t>from django.db import models</w:t>
        <w:br/>
        <w:t>from django.utils import timezone</w:t>
        <w:br/>
        <w:t>from django.utils.translation import gettext_lazy as _</w:t>
        <w:br/>
        <w:t>if TYPE_CHECKING:</w:t>
        <w:br/>
        <w:t xml:space="preserve">    from django.db.models import QuerySet</w:t>
        <w:br/>
        <w:t>class TimestampMixin(models.Model):</w:t>
        <w:br/>
        <w:t xml:space="preserve">    """</w:t>
        <w:br/>
        <w:t xml:space="preserve">    Миксин для автоматических временных меток.</w:t>
        <w:br/>
        <w:t xml:space="preserve">    Поля:</w:t>
        <w:br/>
        <w:t xml:space="preserve">        created_at: Дата и время создания (автоматически)</w:t>
        <w:br/>
        <w:t xml:space="preserve">        updated_at: Дата и время последнего обновления (автоматически)</w:t>
        <w:br/>
        <w:t xml:space="preserve">    Использование:</w:t>
        <w:br/>
        <w:t xml:space="preserve">        class MyModel(TimestampMixin, models.Model):</w:t>
        <w:br/>
        <w:t xml:space="preserve">            name = models.CharField(max_length=100)</w:t>
        <w:br/>
        <w:t xml:space="preserve">            class Meta:</w:t>
        <w:br/>
        <w:t xml:space="preserve">                ordering = ['-created_at']</w:t>
        <w:br/>
        <w:t xml:space="preserve">    """</w:t>
        <w:br/>
        <w:t xml:space="preserve">    created_at = models.DateTimeField(</w:t>
        <w:br/>
        <w:t xml:space="preserve">        _("создано"),</w:t>
        <w:br/>
        <w:t xml:space="preserve">        auto_now_add=True,</w:t>
        <w:br/>
        <w:t xml:space="preserve">        db_index=True,</w:t>
        <w:br/>
        <w:t xml:space="preserve">        help_text=_("Дата и время создания записи"),</w:t>
        <w:br/>
        <w:t xml:space="preserve">    )</w:t>
        <w:br/>
        <w:t xml:space="preserve">    updated_at = models.DateTimeField(</w:t>
        <w:br/>
        <w:t xml:space="preserve">        _("обновлено"),</w:t>
        <w:br/>
        <w:t xml:space="preserve">        auto_now=True,</w:t>
        <w:br/>
        <w:t xml:space="preserve">        help_text=_("Дата и время последнего обновления"),</w:t>
        <w:br/>
        <w:t xml:space="preserve">    )</w:t>
        <w:br/>
        <w:t xml:space="preserve">    class Meta:</w:t>
        <w:br/>
        <w:t xml:space="preserve">        abstract = True</w:t>
        <w:br/>
        <w:t>class UUIDPrimaryKeyMixin(models.Model):</w:t>
        <w:br/>
        <w:t xml:space="preserve">    """</w:t>
        <w:br/>
        <w:t xml:space="preserve">    Миксин для использования UUID в качестве первичного ключа.</w:t>
        <w:br/>
        <w:t xml:space="preserve">    Преимущества:</w:t>
        <w:br/>
        <w:t xml:space="preserve">        - Глобальная уникальность</w:t>
        <w:br/>
        <w:t xml:space="preserve">        - Безопасность (нельзя угадать ID)</w:t>
        <w:br/>
        <w:t xml:space="preserve">        - Возможность генерации на клиенте</w:t>
        <w:br/>
        <w:t xml:space="preserve">    Использование:</w:t>
        <w:br/>
        <w:t xml:space="preserve">        class MyModel(UUIDPrimaryKeyMixin, models.Model):</w:t>
        <w:br/>
        <w:t xml:space="preserve">            name = models.CharField(max_length=100)</w:t>
        <w:br/>
        <w:t xml:space="preserve">    Примечание:</w:t>
        <w:br/>
        <w:t xml:space="preserve">        При использовании этого миксина НЕ нужно определять поле id.</w:t>
        <w:br/>
        <w:t xml:space="preserve">    """</w:t>
        <w:br/>
        <w:t xml:space="preserve">    id = models.UUIDField(</w:t>
        <w:br/>
        <w:t xml:space="preserve">        primary_key=True,</w:t>
        <w:br/>
        <w:t xml:space="preserve">        default=uuid.uuid4,</w:t>
        <w:br/>
        <w:t xml:space="preserve">        editable=False,</w:t>
        <w:br/>
        <w:t xml:space="preserve">        verbose_name=_("ID"),</w:t>
        <w:br/>
        <w:t xml:space="preserve">    )</w:t>
        <w:br/>
        <w:t xml:space="preserve">    class Meta:</w:t>
        <w:br/>
        <w:t xml:space="preserve">        abstract = True</w:t>
        <w:br/>
        <w:t>class SoftDeleteQuerySet(models.QuerySet):</w:t>
        <w:br/>
        <w:t xml:space="preserve">    """QuerySet с поддержкой мягкого удаления."""</w:t>
        <w:br/>
        <w:t xml:space="preserve">    def delete(self) -&gt; tuple[int, dict[str, int]]:</w:t>
        <w:br/>
        <w:t xml:space="preserve">        """Мягкое удаление всех объектов в QuerySet."""</w:t>
        <w:br/>
        <w:t xml:space="preserve">        return self.update(is_deleted=True, deleted_at=timezone.now()), {}</w:t>
        <w:br/>
        <w:t xml:space="preserve">    def hard_delete(self) -&gt; tuple[int, dict[str, int]]:</w:t>
        <w:br/>
        <w:t xml:space="preserve">        """Полное удаление из базы данных."""</w:t>
        <w:br/>
        <w:t xml:space="preserve">        return super().delete()</w:t>
        <w:br/>
        <w:t xml:space="preserve">    def alive(self) -&gt; "QuerySet":</w:t>
        <w:br/>
        <w:t xml:space="preserve">        """Только активные (не удалённые) записи."""</w:t>
        <w:br/>
        <w:t xml:space="preserve">        return self.filter(is_deleted=False)</w:t>
        <w:br/>
        <w:t xml:space="preserve">    def dead(self) -&gt; "QuerySet":</w:t>
        <w:br/>
        <w:t xml:space="preserve">        """Только удалённые записи."""</w:t>
        <w:br/>
        <w:t xml:space="preserve">        return self.filter(is_deleted=True)</w:t>
        <w:br/>
        <w:t>class SoftDeleteManager(models.Manager):</w:t>
        <w:br/>
        <w:t xml:space="preserve">    """</w:t>
        <w:br/>
        <w:t xml:space="preserve">    Менеджер с поддержкой мягкого удаления.</w:t>
        <w:br/>
        <w:t xml:space="preserve">    По умолчанию возвращает только активные записи.</w:t>
        <w:br/>
        <w:t xml:space="preserve">    Для доступа ко всем записям используйте `all_objects`.</w:t>
        <w:br/>
        <w:t xml:space="preserve">    """</w:t>
        <w:br/>
        <w:t xml:space="preserve">    def get_queryset(self) -&gt; SoftDeleteQuerySet:</w:t>
        <w:br/>
        <w:t xml:space="preserve">        """Возвращает только активные записи."""</w:t>
        <w:br/>
        <w:t xml:space="preserve">        return SoftDeleteQuerySet(self.model, using=self._db).alive()</w:t>
        <w:br/>
        <w:t xml:space="preserve">    def all_with_deleted(self) -&gt; SoftDeleteQuerySet:</w:t>
        <w:br/>
        <w:t xml:space="preserve">        """Возвращает все записи, включая удалённые."""</w:t>
        <w:br/>
        <w:t xml:space="preserve">        return SoftDeleteQuerySet(self.model, using=self._db)</w:t>
        <w:br/>
        <w:t xml:space="preserve">    def deleted_only(self) -&gt; SoftDeleteQuerySet:</w:t>
        <w:br/>
        <w:t xml:space="preserve">        """Возвращает только удалённые записи."""</w:t>
        <w:br/>
        <w:t xml:space="preserve">        return SoftDeleteQuerySet(self.model, using=self._db).dead()</w:t>
        <w:br/>
        <w:t>class AllObjectsManager(models.Manager):</w:t>
        <w:br/>
        <w:t xml:space="preserve">    """Менеджер для доступа ко всем записям (включая удалённые)."""</w:t>
        <w:br/>
        <w:t xml:space="preserve">    def get_queryset(self) -&gt; SoftDeleteQuerySet:</w:t>
        <w:br/>
        <w:t xml:space="preserve">        return SoftDeleteQuerySet(self.model, using=self._db)</w:t>
        <w:br/>
        <w:t>class SoftDeleteMixin(models.Model):</w:t>
        <w:br/>
        <w:t xml:space="preserve">    """</w:t>
        <w:br/>
        <w:t xml:space="preserve">    Миксин для мягкого удаления записей.</w:t>
        <w:br/>
        <w:t xml:space="preserve">    Вместо физического удаления записи помечаются как удалённые.</w:t>
        <w:br/>
        <w:t xml:space="preserve">    Это позволяет:</w:t>
        <w:br/>
        <w:t xml:space="preserve">        - Восстанавливать удалённые данные</w:t>
        <w:br/>
        <w:t xml:space="preserve">        - Вести историю удалений</w:t>
        <w:br/>
        <w:t xml:space="preserve">        - Сохранять ссылочную целостность</w:t>
        <w:br/>
        <w:t xml:space="preserve">    Поля:</w:t>
        <w:br/>
        <w:t xml:space="preserve">        is_deleted: Флаг удаления</w:t>
        <w:br/>
        <w:t xml:space="preserve">        deleted_at: Дата и время удаления</w:t>
        <w:br/>
        <w:t xml:space="preserve">    Менеджеры:</w:t>
        <w:br/>
        <w:t xml:space="preserve">        objects: Только активные записи (по умолчанию)</w:t>
        <w:br/>
        <w:t xml:space="preserve">        all_objects: Все записи, включая удалённые</w:t>
        <w:br/>
        <w:t xml:space="preserve">    Использование:</w:t>
        <w:br/>
        <w:t xml:space="preserve">        class MyModel(SoftDeleteMixin, models.Model):</w:t>
        <w:br/>
        <w:t xml:space="preserve">            name = models.CharField(max_length=100)</w:t>
        <w:br/>
        <w:t xml:space="preserve">        # Мягкое удаление</w:t>
        <w:br/>
        <w:t xml:space="preserve">        obj.delete()  # is_deleted=True, deleted_at=now()</w:t>
        <w:br/>
        <w:t xml:space="preserve">        # Восстановление</w:t>
        <w:br/>
        <w:t xml:space="preserve">        obj.restore()</w:t>
        <w:br/>
        <w:t xml:space="preserve">        # Полное удаление</w:t>
        <w:br/>
        <w:t xml:space="preserve">        obj.hard_delete()</w:t>
        <w:br/>
        <w:t xml:space="preserve">        # Получить все записи (включая удалённые)</w:t>
        <w:br/>
        <w:t xml:space="preserve">        MyModel.all_objects.all()</w:t>
        <w:br/>
        <w:t xml:space="preserve">        # Получить только удалённые</w:t>
        <w:br/>
        <w:t xml:space="preserve">        MyModel.all_objects.deleted_only()</w:t>
        <w:br/>
        <w:t xml:space="preserve">    """</w:t>
        <w:br/>
        <w:t xml:space="preserve">    is_deleted = models.BooleanField(</w:t>
        <w:br/>
        <w:t xml:space="preserve">        _("удалено"),</w:t>
        <w:br/>
        <w:t xml:space="preserve">        default=False,</w:t>
        <w:br/>
        <w:t xml:space="preserve">        db_index=True,</w:t>
        <w:br/>
        <w:t xml:space="preserve">        help_text=_("Помечена ли запись как удалённая"),</w:t>
        <w:br/>
        <w:t xml:space="preserve">    )</w:t>
        <w:br/>
        <w:t xml:space="preserve">    deleted_at = models.DateTimeField(</w:t>
        <w:br/>
        <w:t xml:space="preserve">        _("дата удаления"),</w:t>
        <w:br/>
        <w:t xml:space="preserve">        null=True,</w:t>
        <w:br/>
        <w:t xml:space="preserve">        blank=True,</w:t>
        <w:br/>
        <w:t xml:space="preserve">        help_text=_("Дата и время удаления записи"),</w:t>
        <w:br/>
        <w:t xml:space="preserve">    )</w:t>
        <w:br/>
        <w:t xml:space="preserve">    # Менеджеры</w:t>
        <w:br/>
        <w:t xml:space="preserve">    objects = SoftDeleteManager()</w:t>
        <w:br/>
        <w:t xml:space="preserve">    all_objects = AllObjectsManager()</w:t>
        <w:br/>
        <w:t xml:space="preserve">    class Meta:</w:t>
        <w:br/>
        <w:t xml:space="preserve">        abstract = True</w:t>
        <w:br/>
        <w:t xml:space="preserve">    def delete(self, using=None, keep_parents=False) -&gt; tuple[int, dict[str, int]]:</w:t>
        <w:br/>
        <w:t xml:space="preserve">        """Мягкое удаление записи."""</w:t>
        <w:br/>
        <w:t xml:space="preserve">        self.is_deleted = True</w:t>
        <w:br/>
        <w:t xml:space="preserve">        self.deleted_at = timezone.now()</w:t>
        <w:br/>
        <w:t xml:space="preserve">        self.save(update_fields=["is_deleted", "deleted_at"])</w:t>
        <w:br/>
        <w:t xml:space="preserve">        return 1, {self._meta.label: 1}</w:t>
        <w:br/>
        <w:t xml:space="preserve">    def hard_delete(self, using=None, keep_parents=False) -&gt; tuple[int, dict[str, int]]:</w:t>
        <w:br/>
        <w:t xml:space="preserve">        """Полное удаление записи из базы данных."""</w:t>
        <w:br/>
        <w:t xml:space="preserve">        return super().delete(using=using, keep_parents=keep_parents)</w:t>
        <w:br/>
        <w:t xml:space="preserve">    def restore(self) -&gt; None:</w:t>
        <w:br/>
        <w:t xml:space="preserve">        """Восстановление удалённой записи."""</w:t>
        <w:br/>
        <w:t xml:space="preserve">        self.is_deleted = False</w:t>
        <w:br/>
        <w:t xml:space="preserve">        self.deleted_at = None</w:t>
        <w:br/>
        <w:t xml:space="preserve">        self.save(update_fields=["is_deleted", "deleted_at"])</w:t>
        <w:br/>
        <w:t xml:space="preserve">    @property</w:t>
        <w:br/>
        <w:t xml:space="preserve">    def is_active(self) -&gt; bool:</w:t>
        <w:br/>
        <w:t xml:space="preserve">        """Проверка, активна ли запись (не удалена)."""</w:t>
        <w:br/>
        <w:t xml:space="preserve">        return not self.is_deleted</w:t>
        <w:br/>
        <w:t>class AuditMixin(models.Model):</w:t>
        <w:br/>
        <w:t xml:space="preserve">    """</w:t>
        <w:br/>
        <w:t xml:space="preserve">    Миксин для отслеживания автора создания и изменения.</w:t>
        <w:br/>
        <w:t xml:space="preserve">    Поля:</w:t>
        <w:br/>
        <w:t xml:space="preserve">        created_by: Пользователь, создавший запись</w:t>
        <w:br/>
        <w:t xml:space="preserve">        updated_by: Пользователь, последний изменивший запись</w:t>
        <w:br/>
        <w:t xml:space="preserve">    Использование:</w:t>
        <w:br/>
        <w:t xml:space="preserve">        class MyModel(AuditMixin, TimestampMixin, models.Model):</w:t>
        <w:br/>
        <w:t xml:space="preserve">            name = models.CharField(max_length=100)</w:t>
        <w:br/>
        <w:t xml:space="preserve">        # В сервисе или view:</w:t>
        <w:br/>
        <w:t xml:space="preserve">        obj = MyModel.objects.create(name="Test", created_by=request.user)</w:t>
        <w:br/>
        <w:t xml:space="preserve">        obj.updated_by = request.user</w:t>
        <w:br/>
        <w:t xml:space="preserve">        obj.save()</w:t>
        <w:br/>
        <w:t xml:space="preserve">    Примечание:</w:t>
        <w:br/>
        <w:t xml:space="preserve">        Поля created_by и updated_by нужно заполнять вручную</w:t>
        <w:br/>
        <w:t xml:space="preserve">        (в сервисе или через middleware).</w:t>
        <w:br/>
        <w:t xml:space="preserve">    """</w:t>
        <w:br/>
        <w:t xml:space="preserve">    created_by = models.ForeignKey(</w:t>
        <w:br/>
        <w:t xml:space="preserve">        settings.AUTH_USER_MODEL,</w:t>
        <w:br/>
        <w:t xml:space="preserve">        on_delete=models.SET_NULL,</w:t>
        <w:br/>
        <w:t xml:space="preserve">        null=True,</w:t>
        <w:br/>
        <w:t xml:space="preserve">        blank=True,</w:t>
        <w:br/>
        <w:t xml:space="preserve">        related_name="%(app_label)s_%(class)s_created",</w:t>
        <w:br/>
        <w:t xml:space="preserve">        verbose_name=_("создано пользователем"),</w:t>
        <w:br/>
        <w:t xml:space="preserve">        help_text=_("Пользователь, создавший запись"),</w:t>
        <w:br/>
        <w:t xml:space="preserve">    )</w:t>
        <w:br/>
        <w:t xml:space="preserve">    updated_by = models.ForeignKey(</w:t>
        <w:br/>
        <w:t xml:space="preserve">        settings.AUTH_USER_MODEL,</w:t>
        <w:br/>
        <w:t xml:space="preserve">        on_delete=models.SET_NULL,</w:t>
        <w:br/>
        <w:t xml:space="preserve">        null=True,</w:t>
        <w:br/>
        <w:t xml:space="preserve">        blank=True,</w:t>
        <w:br/>
        <w:t xml:space="preserve">        related_name="%(app_label)s_%(class)s_updated",</w:t>
        <w:br/>
        <w:t xml:space="preserve">        verbose_name=_("обновлено пользователем"),</w:t>
        <w:br/>
        <w:t xml:space="preserve">        help_text=_("Пользователь, последний изменивший запись"),</w:t>
        <w:br/>
        <w:t xml:space="preserve">    )</w:t>
        <w:br/>
        <w:t xml:space="preserve">    class Meta:</w:t>
        <w:br/>
        <w:t xml:space="preserve">        abstract = True</w:t>
        <w:br/>
        <w:t>class OrderableMixin(models.Model):</w:t>
        <w:br/>
        <w:t xml:space="preserve">    """</w:t>
        <w:br/>
        <w:t xml:space="preserve">    Миксин для упорядочивания записей.</w:t>
        <w:br/>
        <w:t xml:space="preserve">    Поля:</w:t>
        <w:br/>
        <w:t xml:space="preserve">        order: Порядковый номер для сортировки</w:t>
        <w:br/>
        <w:t xml:space="preserve">    Использование:</w:t>
        <w:br/>
        <w:t xml:space="preserve">        class MenuItem(OrderableMixin, models.Model):</w:t>
        <w:br/>
        <w:t xml:space="preserve">            name = models.CharField(max_length=100)</w:t>
        <w:br/>
        <w:t xml:space="preserve">            class Meta:</w:t>
        <w:br/>
        <w:t xml:space="preserve">                ordering = ['order']</w:t>
        <w:br/>
        <w:t xml:space="preserve">        # Перемещение элемента</w:t>
        <w:br/>
        <w:t xml:space="preserve">        item.move_up()</w:t>
        <w:br/>
        <w:t xml:space="preserve">        item.move_down()</w:t>
        <w:br/>
        <w:t xml:space="preserve">        item.move_to(5)</w:t>
        <w:br/>
        <w:t xml:space="preserve">    """</w:t>
        <w:br/>
        <w:t xml:space="preserve">    order = models.PositiveIntegerField(</w:t>
        <w:br/>
        <w:t xml:space="preserve">        _("порядок"),</w:t>
        <w:br/>
        <w:t xml:space="preserve">        default=0,</w:t>
        <w:br/>
        <w:t xml:space="preserve">        db_index=True,</w:t>
        <w:br/>
        <w:t xml:space="preserve">        help_text=_("Порядковый номер для сортировки"),</w:t>
        <w:br/>
        <w:t xml:space="preserve">    )</w:t>
        <w:br/>
        <w:t xml:space="preserve">    class Meta:</w:t>
        <w:br/>
        <w:t xml:space="preserve">        abstract = True</w:t>
        <w:br/>
        <w:t xml:space="preserve">        ordering = ["order"]</w:t>
        <w:br/>
        <w:t xml:space="preserve">    def move_up(self) -&gt; None:</w:t>
        <w:br/>
        <w:t xml:space="preserve">        """Переместить элемент вверх (уменьшить order)."""</w:t>
        <w:br/>
        <w:t xml:space="preserve">        if self.order &gt; 0:</w:t>
        <w:br/>
        <w:t xml:space="preserve">            self.order -= 1</w:t>
        <w:br/>
        <w:t xml:space="preserve">            self.save(update_fields=["order"])</w:t>
        <w:br/>
        <w:t xml:space="preserve">    def move_down(self) -&gt; None:</w:t>
        <w:br/>
        <w:t xml:space="preserve">        """Переместить элемент вниз (увеличить order)."""</w:t>
        <w:br/>
        <w:t xml:space="preserve">        self.order += 1</w:t>
        <w:br/>
        <w:t xml:space="preserve">        self.save(update_fields=["order"])</w:t>
        <w:br/>
        <w:t xml:space="preserve">    def move_to(self, position: int) -&gt; None:</w:t>
        <w:br/>
        <w:t xml:space="preserve">        """Переместить элемент на указанную позицию."""</w:t>
        <w:br/>
        <w:t xml:space="preserve">        if position &gt;= 0:</w:t>
        <w:br/>
        <w:t xml:space="preserve">            self.order = position</w:t>
        <w:br/>
        <w:t xml:space="preserve">            self.save(update_fields=["order"])</w:t>
        <w:br/>
        <w:t>class SlugMixin(models.Model):</w:t>
        <w:br/>
        <w:t xml:space="preserve">    """</w:t>
        <w:br/>
        <w:t xml:space="preserve">    Миксин для URL-friendly идентификатора.</w:t>
        <w:br/>
        <w:t xml:space="preserve">    Поля:</w:t>
        <w:br/>
        <w:t xml:space="preserve">        slug: Уникальный slug для URL</w:t>
        <w:br/>
        <w:t xml:space="preserve">    Использование:</w:t>
        <w:br/>
        <w:t xml:space="preserve">        class Article(SlugMixin, models.Model):</w:t>
        <w:br/>
        <w:t xml:space="preserve">            title = models.CharField(max_length=200)</w:t>
        <w:br/>
        <w:t xml:space="preserve">            def save(self, *args, **kwargs):</w:t>
        <w:br/>
        <w:t xml:space="preserve">                if not self.slug:</w:t>
        <w:br/>
        <w:t xml:space="preserve">                    self.slug = slugify(self.title)</w:t>
        <w:br/>
        <w:t xml:space="preserve">                super().save(*args, **kwargs)</w:t>
        <w:br/>
        <w:t xml:space="preserve">    """</w:t>
        <w:br/>
        <w:t xml:space="preserve">    slug = models.SlugField(</w:t>
        <w:br/>
        <w:t xml:space="preserve">        _("slug"),</w:t>
        <w:br/>
        <w:t xml:space="preserve">        max_length=255,</w:t>
        <w:br/>
        <w:t xml:space="preserve">        unique=True,</w:t>
        <w:br/>
        <w:t xml:space="preserve">        db_index=True,</w:t>
        <w:br/>
        <w:t xml:space="preserve">        help_text=_("URL-friendly идентификатор"),</w:t>
        <w:br/>
        <w:t xml:space="preserve">    )</w:t>
        <w:br/>
        <w:t xml:space="preserve">    class Meta:</w:t>
        <w:br/>
        <w:t xml:space="preserve">        abstract = True</w:t>
        <w:br/>
        <w:t>class StatusMixin(models.Model):</w:t>
        <w:br/>
        <w:t xml:space="preserve">    """</w:t>
        <w:br/>
        <w:t xml:space="preserve">    Миксин для статусов с типичными значениями.</w:t>
        <w:br/>
        <w:t xml:space="preserve">    Использование:</w:t>
        <w:br/>
        <w:t xml:space="preserve">        class Order(StatusMixin, models.Model):</w:t>
        <w:br/>
        <w:t xml:space="preserve">            total = models.DecimalField(...)</w:t>
        <w:br/>
        <w:t xml:space="preserve">        order = Order.objects.create(total=100)</w:t>
        <w:br/>
        <w:t xml:space="preserve">        order.activate()</w:t>
        <w:br/>
        <w:t xml:space="preserve">        order.deactivate()</w:t>
        <w:br/>
        <w:t xml:space="preserve">    """</w:t>
        <w:br/>
        <w:t xml:space="preserve">    class Status(models.TextChoices):</w:t>
        <w:br/>
        <w:t xml:space="preserve">        DRAFT = "draft", _("Черновик")</w:t>
        <w:br/>
        <w:t xml:space="preserve">        ACTIVE = "active", _("Активно")</w:t>
        <w:br/>
        <w:t xml:space="preserve">        INACTIVE = "inactive", _("Неактивно")</w:t>
        <w:br/>
        <w:t xml:space="preserve">        ARCHIVED = "archived", _("В архиве")</w:t>
        <w:br/>
        <w:t xml:space="preserve">    status = models.CharField(</w:t>
        <w:br/>
        <w:t xml:space="preserve">        _("статус"),</w:t>
        <w:br/>
        <w:t xml:space="preserve">        max_length=20,</w:t>
        <w:br/>
        <w:t xml:space="preserve">        choices=Status.choices,</w:t>
        <w:br/>
        <w:t xml:space="preserve">        default=Status.DRAFT,</w:t>
        <w:br/>
        <w:t xml:space="preserve">        db_index=True,</w:t>
        <w:br/>
        <w:t xml:space="preserve">    )</w:t>
        <w:br/>
        <w:t xml:space="preserve">    class Meta:</w:t>
        <w:br/>
        <w:t xml:space="preserve">        abstract = True</w:t>
        <w:br/>
        <w:t xml:space="preserve">    def activate(self) -&gt; None:</w:t>
        <w:br/>
        <w:t xml:space="preserve">        """Активировать запись."""</w:t>
        <w:br/>
        <w:t xml:space="preserve">        self.status = self.Status.ACTIVE</w:t>
        <w:br/>
        <w:t xml:space="preserve">        self.save(update_fields=["status"])</w:t>
        <w:br/>
        <w:t xml:space="preserve">    def deactivate(self) -&gt; None:</w:t>
        <w:br/>
        <w:t xml:space="preserve">        """Деактивировать запись."""</w:t>
        <w:br/>
        <w:t xml:space="preserve">        self.status = self.Status.INACTIVE</w:t>
        <w:br/>
        <w:t xml:space="preserve">        self.save(update_fields=["status"])</w:t>
        <w:br/>
        <w:t xml:space="preserve">    def archive(self) -&gt; None:</w:t>
        <w:br/>
        <w:t xml:space="preserve">        """Отправить в архив."""</w:t>
        <w:br/>
        <w:t xml:space="preserve">        self.status = self.Status.ARCHIVED</w:t>
        <w:br/>
        <w:t xml:space="preserve">        self.save(update_fields=["status"])</w:t>
        <w:br/>
        <w:t xml:space="preserve">    @property</w:t>
        <w:br/>
        <w:t xml:space="preserve">    def is_draft(self) -&gt; bool:</w:t>
        <w:br/>
        <w:t xml:space="preserve">        return self.status == self.Status.DRAFT</w:t>
        <w:br/>
        <w:t xml:space="preserve">    @property</w:t>
        <w:br/>
        <w:t xml:space="preserve">    def is_active_status(self) -&gt; bool:</w:t>
        <w:br/>
        <w:t xml:space="preserve">        return self.status == self.Status.ACTIVE</w:t>
        <w:br/>
        <w:t xml:space="preserve">    @property</w:t>
        <w:br/>
        <w:t xml:space="preserve">    def is_archived(self) -&gt; bool:</w:t>
        <w:br/>
        <w:t xml:space="preserve">        return self.status == self.Status.ARCHIVED</w:t>
      </w:r>
    </w:p>
    <w:p>
      <w:pPr>
        <w:pStyle w:val="Heading1"/>
      </w:pPr>
      <w:r>
        <w:t>src/apps/core/services.py</w:t>
      </w:r>
    </w:p>
    <w:p>
      <w:r>
        <w:t>"""</w:t>
        <w:br/>
        <w:t>Base service classes for business logic layer.</w:t>
        <w:br/>
        <w:t>Services encapsulate business logic and are independent of HTTP layer.</w:t>
        <w:br/>
        <w:t>They are easily testable and can manage transactions.</w:t>
        <w:br/>
        <w:t>"""</w:t>
        <w:br/>
        <w:t>import logging</w:t>
        <w:br/>
        <w:t>from typing import Any, Generic, TypeVar</w:t>
        <w:br/>
        <w:t>from apps.core.exceptions import NotFoundError</w:t>
        <w:br/>
        <w:t>from django.db import models, transaction</w:t>
        <w:br/>
        <w:t>from django.db.models import QuerySet</w:t>
        <w:br/>
        <w:t>logger = logging.getLogger(__name__)</w:t>
        <w:br/>
        <w:t># Type variable for model</w:t>
        <w:br/>
        <w:t>M = TypeVar("M", bound=models.Model)</w:t>
        <w:br/>
        <w:t>class BaseService(Generic[M]):</w:t>
        <w:br/>
        <w:t xml:space="preserve">    """</w:t>
        <w:br/>
        <w:t xml:space="preserve">    Base service class providing common CRUD operations.</w:t>
        <w:br/>
        <w:t xml:space="preserve">    Usage:</w:t>
        <w:br/>
        <w:t xml:space="preserve">        class UserService(BaseService[User]):</w:t>
        <w:br/>
        <w:t xml:space="preserve">            model = User</w:t>
        <w:br/>
        <w:t xml:space="preserve">            @classmethod</w:t>
        <w:br/>
        <w:t xml:space="preserve">            def create_user(cls, *, email: str, password: str) -&gt; User:</w:t>
        <w:br/>
        <w:t xml:space="preserve">                # Business logic here</w:t>
        <w:br/>
        <w:t xml:space="preserve">                user = cls.model.objects.create_user(email=email, password=password)</w:t>
        <w:br/>
        <w:t xml:space="preserve">                return user</w:t>
        <w:br/>
        <w:t xml:space="preserve">    """</w:t>
        <w:br/>
        <w:t xml:space="preserve">    model: type[M]</w:t>
        <w:br/>
        <w:t xml:space="preserve">    @classmethod</w:t>
        <w:br/>
        <w:t xml:space="preserve">    def get_queryset(cls) -&gt; QuerySet[M]:</w:t>
        <w:br/>
        <w:t xml:space="preserve">        """Get base queryset for the model. Override to add default filters."""</w:t>
        <w:br/>
        <w:t xml:space="preserve">        return cls.model.objects.all()</w:t>
        <w:br/>
        <w:t xml:space="preserve">    @classmethod</w:t>
        <w:br/>
        <w:t xml:space="preserve">    def get_by_id(cls, pk: Any) -&gt; M:</w:t>
        <w:br/>
        <w:t xml:space="preserve">        """</w:t>
        <w:br/>
        <w:t xml:space="preserve">        Get entity by primary key.</w:t>
        <w:br/>
        <w:t xml:space="preserve">        Raises:</w:t>
        <w:br/>
        <w:t xml:space="preserve">            NotFoundError: If entity not found</w:t>
        <w:br/>
        <w:t xml:space="preserve">        """</w:t>
        <w:br/>
        <w:t xml:space="preserve">        try:</w:t>
        <w:br/>
        <w:t xml:space="preserve">            return cls.get_queryset().get(pk=pk)</w:t>
        <w:br/>
        <w:t xml:space="preserve">        except cls.model.DoesNotExist as e:</w:t>
        <w:br/>
        <w:t xml:space="preserve">            raise NotFoundError(</w:t>
        <w:br/>
        <w:t xml:space="preserve">                message=f"{cls.model.__name__} with id={pk} not found",</w:t>
        <w:br/>
        <w:t xml:space="preserve">                code="not_found",</w:t>
        <w:br/>
        <w:t xml:space="preserve">                details={"model": cls.model.__name__, "id": pk},</w:t>
        <w:br/>
        <w:t xml:space="preserve">            ) from e</w:t>
        <w:br/>
        <w:t xml:space="preserve">    @classmethod</w:t>
        <w:br/>
        <w:t xml:space="preserve">    def get_by_id_or_none(cls, pk: Any) -&gt; M | None:</w:t>
        <w:br/>
        <w:t xml:space="preserve">        """Get entity by primary key or None if not found."""</w:t>
        <w:br/>
        <w:t xml:space="preserve">        try:</w:t>
        <w:br/>
        <w:t xml:space="preserve">            return cls.get_queryset().get(pk=pk)</w:t>
        <w:br/>
        <w:t xml:space="preserve">        except cls.model.DoesNotExist:</w:t>
        <w:br/>
        <w:t xml:space="preserve">            return None</w:t>
        <w:br/>
        <w:t xml:space="preserve">    @classmethod</w:t>
        <w:br/>
        <w:t xml:space="preserve">    def get_all(cls) -&gt; QuerySet[M]:</w:t>
        <w:br/>
        <w:t xml:space="preserve">        """Get all entities."""</w:t>
        <w:br/>
        <w:t xml:space="preserve">        return cls.get_queryset()</w:t>
        <w:br/>
        <w:t xml:space="preserve">    @classmethod</w:t>
        <w:br/>
        <w:t xml:space="preserve">    def filter(cls, **kwargs: Any) -&gt; QuerySet[M]:</w:t>
        <w:br/>
        <w:t xml:space="preserve">        """Filter entities by given criteria."""</w:t>
        <w:br/>
        <w:t xml:space="preserve">        return cls.get_queryset().filter(**kwargs)</w:t>
        <w:br/>
        <w:t xml:space="preserve">    @classmethod</w:t>
        <w:br/>
        <w:t xml:space="preserve">    def exists(cls, **kwargs: Any) -&gt; bool:</w:t>
        <w:br/>
        <w:t xml:space="preserve">        """Check if entity with given criteria exists."""</w:t>
        <w:br/>
        <w:t xml:space="preserve">        return cls.get_queryset().filter(**kwargs).exists()</w:t>
        <w:br/>
        <w:t xml:space="preserve">    @classmethod</w:t>
        <w:br/>
        <w:t xml:space="preserve">    def count(cls, **kwargs: Any) -&gt; int:</w:t>
        <w:br/>
        <w:t xml:space="preserve">        """Count entities matching criteria."""</w:t>
        <w:br/>
        <w:t xml:space="preserve">        if kwargs:</w:t>
        <w:br/>
        <w:t xml:space="preserve">            return cls.get_queryset().filter(**kwargs).count()</w:t>
        <w:br/>
        <w:t xml:space="preserve">        return cls.get_queryset().count()</w:t>
        <w:br/>
        <w:t xml:space="preserve">    @classmethod</w:t>
        <w:br/>
        <w:t xml:space="preserve">    @transaction.atomic</w:t>
        <w:br/>
        <w:t xml:space="preserve">    def create(cls, **kwargs: Any) -&gt; M:</w:t>
        <w:br/>
        <w:t xml:space="preserve">        """</w:t>
        <w:br/>
        <w:t xml:space="preserve">        Create new entity.</w:t>
        <w:br/>
        <w:t xml:space="preserve">        Override this method to add business logic before/after creation.</w:t>
        <w:br/>
        <w:t xml:space="preserve">        """</w:t>
        <w:br/>
        <w:t xml:space="preserve">        return cls.model.objects.create(**kwargs)</w:t>
        <w:br/>
        <w:t xml:space="preserve">    @classmethod</w:t>
        <w:br/>
        <w:t xml:space="preserve">    @transaction.atomic</w:t>
        <w:br/>
        <w:t xml:space="preserve">    def update(cls, instance: M, **kwargs: Any) -&gt; M:</w:t>
        <w:br/>
        <w:t xml:space="preserve">        """</w:t>
        <w:br/>
        <w:t xml:space="preserve">        Update entity fields.</w:t>
        <w:br/>
        <w:t xml:space="preserve">        Override this method to add business logic before/after update.</w:t>
        <w:br/>
        <w:t xml:space="preserve">        """</w:t>
        <w:br/>
        <w:t xml:space="preserve">        for field, value in kwargs.items():</w:t>
        <w:br/>
        <w:t xml:space="preserve">            setattr(instance, field, value)</w:t>
        <w:br/>
        <w:t xml:space="preserve">        update_fields = set(kwargs.keys())</w:t>
        <w:br/>
        <w:t xml:space="preserve">        if hasattr(instance, "updated_at"):</w:t>
        <w:br/>
        <w:t xml:space="preserve">            update_fields.add("updated_at")</w:t>
        <w:br/>
        <w:t xml:space="preserve">        instance.save(update_fields=list(update_fields))</w:t>
        <w:br/>
        <w:t xml:space="preserve">        return instance</w:t>
        <w:br/>
        <w:t xml:space="preserve">    @classmethod</w:t>
        <w:br/>
        <w:t xml:space="preserve">    @transaction.atomic</w:t>
        <w:br/>
        <w:t xml:space="preserve">    def delete(cls, instance: M) -&gt; None:</w:t>
        <w:br/>
        <w:t xml:space="preserve">        """</w:t>
        <w:br/>
        <w:t xml:space="preserve">        Delete entity.</w:t>
        <w:br/>
        <w:t xml:space="preserve">        Override this method to implement soft delete or add business logic.</w:t>
        <w:br/>
        <w:t xml:space="preserve">        """</w:t>
        <w:br/>
        <w:t xml:space="preserve">        instance.delete()</w:t>
        <w:br/>
        <w:t xml:space="preserve">    @classmethod</w:t>
        <w:br/>
        <w:t xml:space="preserve">    @transaction.atomic</w:t>
        <w:br/>
        <w:t xml:space="preserve">    def bulk_create(cls, instances: list[M], **kwargs: Any) -&gt; list[M]:</w:t>
        <w:br/>
        <w:t xml:space="preserve">        """Bulk create entities."""</w:t>
        <w:br/>
        <w:t xml:space="preserve">        return cls.model.objects.bulk_create(instances, **kwargs)</w:t>
        <w:br/>
        <w:t xml:space="preserve">    @classmethod</w:t>
        <w:br/>
        <w:t xml:space="preserve">    @transaction.atomic</w:t>
        <w:br/>
        <w:t xml:space="preserve">    def bulk_update(cls, instances: list[M], fields: list[str], **kwargs: Any) -&gt; int:</w:t>
        <w:br/>
        <w:t xml:space="preserve">        """Bulk update entities."""</w:t>
        <w:br/>
        <w:t xml:space="preserve">        return cls.model.objects.bulk_update(instances, fields, **kwargs)</w:t>
        <w:br/>
        <w:t>class BaseReadOnlyService(Generic[M]):</w:t>
        <w:br/>
        <w:t xml:space="preserve">    """</w:t>
        <w:br/>
        <w:t xml:space="preserve">    Read-only service for entities that should not be modified via API.</w:t>
        <w:br/>
        <w:t xml:space="preserve">    Useful for reference data, logs, audit trails, etc.</w:t>
        <w:br/>
        <w:t xml:space="preserve">    """</w:t>
        <w:br/>
        <w:t xml:space="preserve">    model: type[M]</w:t>
        <w:br/>
        <w:t xml:space="preserve">    @classmethod</w:t>
        <w:br/>
        <w:t xml:space="preserve">    def get_queryset(cls) -&gt; QuerySet[M]:</w:t>
        <w:br/>
        <w:t xml:space="preserve">        """Get base queryset for the model."""</w:t>
        <w:br/>
        <w:t xml:space="preserve">        return cls.model.objects.all()</w:t>
        <w:br/>
        <w:t xml:space="preserve">    @classmethod</w:t>
        <w:br/>
        <w:t xml:space="preserve">    def get_by_id(cls, pk: Any) -&gt; M:</w:t>
        <w:br/>
        <w:t xml:space="preserve">        """Get entity by primary key."""</w:t>
        <w:br/>
        <w:t xml:space="preserve">        try:</w:t>
        <w:br/>
        <w:t xml:space="preserve">            return cls.get_queryset().get(pk=pk)</w:t>
        <w:br/>
        <w:t xml:space="preserve">        except cls.model.DoesNotExist as e:</w:t>
        <w:br/>
        <w:t xml:space="preserve">            raise NotFoundError(</w:t>
        <w:br/>
        <w:t xml:space="preserve">                message=f"{cls.model.__name__} with id={pk} not found",</w:t>
        <w:br/>
        <w:t xml:space="preserve">                code="not_found",</w:t>
        <w:br/>
        <w:t xml:space="preserve">            ) from e</w:t>
        <w:br/>
        <w:t xml:space="preserve">    @classmethod</w:t>
        <w:br/>
        <w:t xml:space="preserve">    def get_all(cls) -&gt; QuerySet[M]:</w:t>
        <w:br/>
        <w:t xml:space="preserve">        """Get all entities."""</w:t>
        <w:br/>
        <w:t xml:space="preserve">        return cls.get_queryset()</w:t>
        <w:br/>
        <w:t xml:space="preserve">    @classmethod</w:t>
        <w:br/>
        <w:t xml:space="preserve">    def filter(cls, **kwargs: Any) -&gt; QuerySet[M]:</w:t>
        <w:br/>
        <w:t xml:space="preserve">        """Filter entities by given criteria."""</w:t>
        <w:br/>
        <w:t xml:space="preserve">        return cls.get_queryset().filter(**kwargs)</w:t>
        <w:br/>
        <w:t>class TransactionMixin:</w:t>
        <w:br/>
        <w:t xml:space="preserve">    """</w:t>
        <w:br/>
        <w:t xml:space="preserve">    Mixin providing transaction helpers for services.</w:t>
        <w:br/>
        <w:t xml:space="preserve">    Usage:</w:t>
        <w:br/>
        <w:t xml:space="preserve">        class PaymentService(TransactionMixin, BaseService[Payment]):</w:t>
        <w:br/>
        <w:t xml:space="preserve">            @classmethod</w:t>
        <w:br/>
        <w:t xml:space="preserve">            def process_payment(cls, order_id: int) -&gt; Payment:</w:t>
        <w:br/>
        <w:t xml:space="preserve">                with cls.atomic():</w:t>
        <w:br/>
        <w:t xml:space="preserve">                    # Multiple operations in single transaction</w:t>
        <w:br/>
        <w:t xml:space="preserve">                    ...</w:t>
        <w:br/>
        <w:t xml:space="preserve">    """</w:t>
        <w:br/>
        <w:t xml:space="preserve">    @classmethod</w:t>
        <w:br/>
        <w:t xml:space="preserve">    def atomic(cls):</w:t>
        <w:br/>
        <w:t xml:space="preserve">        """Get atomic transaction context manager."""</w:t>
        <w:br/>
        <w:t xml:space="preserve">        return transaction.atomic()</w:t>
        <w:br/>
        <w:t xml:space="preserve">    @classmethod</w:t>
        <w:br/>
        <w:t xml:space="preserve">    def on_commit(cls, func):</w:t>
        <w:br/>
        <w:t xml:space="preserve">        """Register function to be called after transaction commits."""</w:t>
        <w:br/>
        <w:t xml:space="preserve">        transaction.on_commit(func)</w:t>
        <w:br/>
        <w:t xml:space="preserve">    @classmethod</w:t>
        <w:br/>
        <w:t xml:space="preserve">    def savepoint(cls):</w:t>
        <w:br/>
        <w:t xml:space="preserve">        """Create a savepoint within current transaction."""</w:t>
        <w:br/>
        <w:t xml:space="preserve">        return transaction.savepoint()</w:t>
        <w:br/>
        <w:t xml:space="preserve">    @classmethod</w:t>
        <w:br/>
        <w:t xml:space="preserve">    def savepoint_rollback(cls, sid):</w:t>
        <w:br/>
        <w:t xml:space="preserve">        """Rollback to a savepoint."""</w:t>
        <w:br/>
        <w:t xml:space="preserve">        transaction.savepoint_rollback(sid)</w:t>
        <w:br/>
        <w:t xml:space="preserve">    @classmethod</w:t>
        <w:br/>
        <w:t xml:space="preserve">    def savepoint_commit(cls, sid):</w:t>
        <w:br/>
        <w:t xml:space="preserve">        """Commit a savepoint."""</w:t>
        <w:br/>
        <w:t xml:space="preserve">        transaction.savepoint_commit(sid)</w:t>
        <w:br/>
        <w:t>class BulkOperationsMixin:</w:t>
        <w:br/>
        <w:t xml:space="preserve">    """</w:t>
        <w:br/>
        <w:t xml:space="preserve">    Миксин для расширенных массовых операций.</w:t>
        <w:br/>
        <w:t xml:space="preserve">    Дополняет BaseService методами:</w:t>
        <w:br/>
        <w:t xml:space="preserve">    - bulk_create_chunked: создание чанками для больших данных</w:t>
        <w:br/>
        <w:t xml:space="preserve">    - bulk_update_or_create: upsert операция</w:t>
        <w:br/>
        <w:t xml:space="preserve">    - bulk_delete: удаление по списку ID</w:t>
        <w:br/>
        <w:t xml:space="preserve">    - bulk_update_fields: обновление полей по фильтру</w:t>
        <w:br/>
        <w:t xml:space="preserve">    Использование:</w:t>
        <w:br/>
        <w:t xml:space="preserve">        class ProductService(BulkOperationsMixin, BaseService[Product]):</w:t>
        <w:br/>
        <w:t xml:space="preserve">            model = Product</w:t>
        <w:br/>
        <w:t xml:space="preserve">        # Создание 10000 записей чанками по 500</w:t>
        <w:br/>
        <w:t xml:space="preserve">        ProductService.bulk_create_chunked(products, chunk_size=500)</w:t>
        <w:br/>
        <w:t xml:space="preserve">        # Upsert по уникальному полю</w:t>
        <w:br/>
        <w:t xml:space="preserve">        ProductService.bulk_update_or_create(</w:t>
        <w:br/>
        <w:t xml:space="preserve">            items=data,</w:t>
        <w:br/>
        <w:t xml:space="preserve">            unique_fields=['sku'],</w:t>
        <w:br/>
        <w:t xml:space="preserve">            update_fields=['price', 'quantity']</w:t>
        <w:br/>
        <w:t xml:space="preserve">        )</w:t>
        <w:br/>
        <w:t xml:space="preserve">    """</w:t>
        <w:br/>
        <w:t xml:space="preserve">    model: type[models.Model]</w:t>
        <w:br/>
        <w:t xml:space="preserve">    @classmethod</w:t>
        <w:br/>
        <w:t xml:space="preserve">    @transaction.atomic</w:t>
        <w:br/>
        <w:t xml:space="preserve">    def bulk_create_chunked(</w:t>
        <w:br/>
        <w:t xml:space="preserve">        cls,</w:t>
        <w:br/>
        <w:t xml:space="preserve">        instances: list,</w:t>
        <w:br/>
        <w:t xml:space="preserve">        *,</w:t>
        <w:br/>
        <w:t xml:space="preserve">        chunk_size: int = 500,</w:t>
        <w:br/>
        <w:t xml:space="preserve">        ignore_conflicts: bool = False,</w:t>
        <w:br/>
        <w:t xml:space="preserve">        update_conflicts: bool = False,</w:t>
        <w:br/>
        <w:t xml:space="preserve">        update_fields: list[str] | None = None,</w:t>
        <w:br/>
        <w:t xml:space="preserve">        unique_fields: list[str] | None = None,</w:t>
        <w:br/>
        <w:t xml:space="preserve">    ) -&gt; int:</w:t>
        <w:br/>
        <w:t xml:space="preserve">        """</w:t>
        <w:br/>
        <w:t xml:space="preserve">        Массовое создание чанками для больших объёмов.</w:t>
        <w:br/>
        <w:t xml:space="preserve">        Args:</w:t>
        <w:br/>
        <w:t xml:space="preserve">            instances: Список объектов для создания</w:t>
        <w:br/>
        <w:t xml:space="preserve">            chunk_size: Размер чанка (по умолчанию 500)</w:t>
        <w:br/>
        <w:t xml:space="preserve">            ignore_conflicts: Игнорировать конфликты</w:t>
        <w:br/>
        <w:t xml:space="preserve">            update_conflicts: Обновлять при конфликтах (upsert)</w:t>
        <w:br/>
        <w:t xml:space="preserve">            update_fields: Поля для обновления при конфликте</w:t>
        <w:br/>
        <w:t xml:space="preserve">            unique_fields: Уникальные поля для определения конфликта</w:t>
        <w:br/>
        <w:t xml:space="preserve">        Returns:</w:t>
        <w:br/>
        <w:t xml:space="preserve">            Количество созданных записей</w:t>
        <w:br/>
        <w:t xml:space="preserve">        """</w:t>
        <w:br/>
        <w:t xml:space="preserve">        total_created = 0</w:t>
        <w:br/>
        <w:t xml:space="preserve">        for i in range(0, len(instances), chunk_size):</w:t>
        <w:br/>
        <w:t xml:space="preserve">            chunk = instances[i : i + chunk_size]</w:t>
        <w:br/>
        <w:t xml:space="preserve">            kwargs = {</w:t>
        <w:br/>
        <w:t xml:space="preserve">                "ignore_conflicts": ignore_conflicts,</w:t>
        <w:br/>
        <w:t xml:space="preserve">            }</w:t>
        <w:br/>
        <w:t xml:space="preserve">            # Django 4.1+ поддерживает update_conflicts</w:t>
        <w:br/>
        <w:t xml:space="preserve">            if update_conflicts and update_fields and unique_fields:</w:t>
        <w:br/>
        <w:t xml:space="preserve">                kwargs["update_conflicts"] = True</w:t>
        <w:br/>
        <w:t xml:space="preserve">                kwargs["update_fields"] = update_fields</w:t>
        <w:br/>
        <w:t xml:space="preserve">                kwargs["unique_fields"] = unique_fields</w:t>
        <w:br/>
        <w:t xml:space="preserve">            created = cls.model.objects.bulk_create(chunk, **kwargs)</w:t>
        <w:br/>
        <w:t xml:space="preserve">            total_created += len(created)</w:t>
        <w:br/>
        <w:t xml:space="preserve">        return total_created</w:t>
        <w:br/>
        <w:t xml:space="preserve">    @classmethod</w:t>
        <w:br/>
        <w:t xml:space="preserve">    @transaction.atomic</w:t>
        <w:br/>
        <w:t xml:space="preserve">    def bulk_update_or_create(</w:t>
        <w:br/>
        <w:t xml:space="preserve">        cls,</w:t>
        <w:br/>
        <w:t xml:space="preserve">        items: list[dict],</w:t>
        <w:br/>
        <w:t xml:space="preserve">        *,</w:t>
        <w:br/>
        <w:t xml:space="preserve">        unique_fields: list[str],</w:t>
        <w:br/>
        <w:t xml:space="preserve">        update_fields: list[str],</w:t>
        <w:br/>
        <w:t xml:space="preserve">        create_defaults: dict | None = None,</w:t>
        <w:br/>
        <w:t xml:space="preserve">    ) -&gt; tuple[int, int]:</w:t>
        <w:br/>
        <w:t xml:space="preserve">        """</w:t>
        <w:br/>
        <w:t xml:space="preserve">        Upsert: обновить существующие или создать новые.</w:t>
        <w:br/>
        <w:t xml:space="preserve">        Args:</w:t>
        <w:br/>
        <w:t xml:space="preserve">            items: Список словарей с данными</w:t>
        <w:br/>
        <w:t xml:space="preserve">            unique_fields: Поля для поиска существующих</w:t>
        <w:br/>
        <w:t xml:space="preserve">            update_fields: Поля для обновления</w:t>
        <w:br/>
        <w:t xml:space="preserve">            create_defaults: Значения по умолчанию для создания</w:t>
        <w:br/>
        <w:t xml:space="preserve">        Returns:</w:t>
        <w:br/>
        <w:t xml:space="preserve">            (created_count, updated_count)</w:t>
        <w:br/>
        <w:t xml:space="preserve">        """</w:t>
        <w:br/>
        <w:t xml:space="preserve">        created_count = 0</w:t>
        <w:br/>
        <w:t xml:space="preserve">        updated_count = 0</w:t>
        <w:br/>
        <w:t xml:space="preserve">        defaults = create_defaults or {}</w:t>
        <w:br/>
        <w:t xml:space="preserve">        for item in items:</w:t>
        <w:br/>
        <w:t xml:space="preserve">            lookup = {field: item[field] for field in unique_fields}</w:t>
        <w:br/>
        <w:t xml:space="preserve">            update_data = {</w:t>
        <w:br/>
        <w:t xml:space="preserve">                field: item[field] for field in update_fields if field in item</w:t>
        <w:br/>
        <w:t xml:space="preserve">            }</w:t>
        <w:br/>
        <w:t xml:space="preserve">            obj, created = cls.model.objects.update_or_create(</w:t>
        <w:br/>
        <w:t xml:space="preserve">                **lookup,</w:t>
        <w:br/>
        <w:t xml:space="preserve">                defaults={**update_data, **defaults},</w:t>
        <w:br/>
        <w:t xml:space="preserve">            )</w:t>
        <w:br/>
        <w:t xml:space="preserve">            if created:</w:t>
        <w:br/>
        <w:t xml:space="preserve">                created_count += 1</w:t>
        <w:br/>
        <w:t xml:space="preserve">            else:</w:t>
        <w:br/>
        <w:t xml:space="preserve">                updated_count += 1</w:t>
        <w:br/>
        <w:t xml:space="preserve">        return created_count, updated_count</w:t>
        <w:br/>
        <w:t xml:space="preserve">    @classmethod</w:t>
        <w:br/>
        <w:t xml:space="preserve">    @transaction.atomic</w:t>
        <w:br/>
        <w:t xml:space="preserve">    def bulk_delete(</w:t>
        <w:br/>
        <w:t xml:space="preserve">        cls,</w:t>
        <w:br/>
        <w:t xml:space="preserve">        ids: list,</w:t>
        <w:br/>
        <w:t xml:space="preserve">        *,</w:t>
        <w:br/>
        <w:t xml:space="preserve">        hard_delete: bool = True,</w:t>
        <w:br/>
        <w:t xml:space="preserve">    ) -&gt; int:</w:t>
        <w:br/>
        <w:t xml:space="preserve">        """</w:t>
        <w:br/>
        <w:t xml:space="preserve">        Массовое удаление по списку ID.</w:t>
        <w:br/>
        <w:t xml:space="preserve">        Args:</w:t>
        <w:br/>
        <w:t xml:space="preserve">            ids: Список ID для удаления</w:t>
        <w:br/>
        <w:t xml:space="preserve">            hard_delete: Физическое удаление (игнорирует SoftDelete)</w:t>
        <w:br/>
        <w:t xml:space="preserve">        Returns:</w:t>
        <w:br/>
        <w:t xml:space="preserve">            Количество удалённых записей</w:t>
        <w:br/>
        <w:t xml:space="preserve">        """</w:t>
        <w:br/>
        <w:t xml:space="preserve">        queryset = cls.model.objects.filter(pk__in=ids)</w:t>
        <w:br/>
        <w:t xml:space="preserve">        if hard_delete:</w:t>
        <w:br/>
        <w:t xml:space="preserve">            # Для SoftDelete моделей используем all_objects</w:t>
        <w:br/>
        <w:t xml:space="preserve">            if hasattr(cls.model, "all_objects"):</w:t>
        <w:br/>
        <w:t xml:space="preserve">                queryset = cls.model.all_objects.filter(pk__in=ids)</w:t>
        <w:br/>
        <w:t xml:space="preserve">            deleted, _ = queryset.delete()</w:t>
        <w:br/>
        <w:t xml:space="preserve">        else:</w:t>
        <w:br/>
        <w:t xml:space="preserve">            # Мягкое удаление</w:t>
        <w:br/>
        <w:t xml:space="preserve">            from django.utils import timezone</w:t>
        <w:br/>
        <w:t xml:space="preserve">            deleted = queryset.update(is_deleted=True, deleted_at=timezone.now())</w:t>
        <w:br/>
        <w:t xml:space="preserve">        return deleted</w:t>
        <w:br/>
        <w:t xml:space="preserve">    @classmethod</w:t>
        <w:br/>
        <w:t xml:space="preserve">    @transaction.atomic</w:t>
        <w:br/>
        <w:t xml:space="preserve">    def bulk_update_fields(</w:t>
        <w:br/>
        <w:t xml:space="preserve">        cls,</w:t>
        <w:br/>
        <w:t xml:space="preserve">        filters: dict,</w:t>
        <w:br/>
        <w:t xml:space="preserve">        updates: dict,</w:t>
        <w:br/>
        <w:t xml:space="preserve">    ) -&gt; int:</w:t>
        <w:br/>
        <w:t xml:space="preserve">        """</w:t>
        <w:br/>
        <w:t xml:space="preserve">        Массовое обновление полей по фильтру.</w:t>
        <w:br/>
        <w:t xml:space="preserve">        Args:</w:t>
        <w:br/>
        <w:t xml:space="preserve">            filters: Фильтры для выборки</w:t>
        <w:br/>
        <w:t xml:space="preserve">            updates: Поля и значения для обновления</w:t>
        <w:br/>
        <w:t xml:space="preserve">        Returns:</w:t>
        <w:br/>
        <w:t xml:space="preserve">            Количество обновлённых записей</w:t>
        <w:br/>
        <w:t xml:space="preserve">        Пример:</w:t>
        <w:br/>
        <w:t xml:space="preserve">            ProductService.bulk_update_fields(</w:t>
        <w:br/>
        <w:t xml:space="preserve">                filters={'category': 'electronics'},</w:t>
        <w:br/>
        <w:t xml:space="preserve">                updates={'discount': 10, 'is_featured': True}</w:t>
        <w:br/>
        <w:t xml:space="preserve">            )</w:t>
        <w:br/>
        <w:t xml:space="preserve">        """</w:t>
        <w:br/>
        <w:t xml:space="preserve">        return cls.model.objects.filter(**filters).update(**updates)</w:t>
        <w:br/>
        <w:t>class QueryOptimizerMixin:</w:t>
        <w:br/>
        <w:t xml:space="preserve">    """</w:t>
        <w:br/>
        <w:t xml:space="preserve">    Миксин для автоматической оптимизации запросов.</w:t>
        <w:br/>
        <w:t xml:space="preserve">    Декларативный подход к select_related/prefetch_related.</w:t>
        <w:br/>
        <w:t xml:space="preserve">    Атрибуты:</w:t>
        <w:br/>
        <w:t xml:space="preserve">        select_related: Список полей для select_related</w:t>
        <w:br/>
        <w:t xml:space="preserve">        prefetch_related: Список полей для prefetch_related</w:t>
        <w:br/>
        <w:t xml:space="preserve">        default_only: Поля для only() (ограничение столбцов)</w:t>
        <w:br/>
        <w:t xml:space="preserve">        default_defer: Поля для defer() (исключение столбцов)</w:t>
        <w:br/>
        <w:t xml:space="preserve">    Использование:</w:t>
        <w:br/>
        <w:t xml:space="preserve">        class OrderService(QueryOptimizerMixin, BaseService[Order]):</w:t>
        <w:br/>
        <w:t xml:space="preserve">            model = Order</w:t>
        <w:br/>
        <w:t xml:space="preserve">            select_related = ['user', 'shipping_address']</w:t>
        <w:br/>
        <w:t xml:space="preserve">            prefetch_related = ['items', 'items__product']</w:t>
        <w:br/>
        <w:t xml:space="preserve">            default_defer = ['description', 'internal_notes']</w:t>
        <w:br/>
        <w:t xml:space="preserve">        # Автоматически применяет оптимизации</w:t>
        <w:br/>
        <w:t xml:space="preserve">        orders = OrderService.get_optimized_queryset()</w:t>
        <w:br/>
        <w:t xml:space="preserve">    """</w:t>
        <w:br/>
        <w:t xml:space="preserve">    model: type[models.Model]</w:t>
        <w:br/>
        <w:t xml:space="preserve">    select_related: list[str] = []</w:t>
        <w:br/>
        <w:t xml:space="preserve">    prefetch_related: list[str] = []</w:t>
        <w:br/>
        <w:t xml:space="preserve">    default_only: list[str] = []</w:t>
        <w:br/>
        <w:t xml:space="preserve">    default_defer: list[str] = []</w:t>
        <w:br/>
        <w:t xml:space="preserve">    @classmethod</w:t>
        <w:br/>
        <w:t xml:space="preserve">    def get_optimized_queryset(cls) -&gt; QuerySet:</w:t>
        <w:br/>
        <w:t xml:space="preserve">        """</w:t>
        <w:br/>
        <w:t xml:space="preserve">        Получить оптимизированный queryset.</w:t>
        <w:br/>
        <w:t xml:space="preserve">        Применяет все объявленные оптимизации.</w:t>
        <w:br/>
        <w:t xml:space="preserve">        """</w:t>
        <w:br/>
        <w:t xml:space="preserve">        queryset = cls.model.objects.all()</w:t>
        <w:br/>
        <w:t xml:space="preserve">        return cls.apply_optimizations(queryset)</w:t>
        <w:br/>
        <w:t xml:space="preserve">    @classmethod</w:t>
        <w:br/>
        <w:t xml:space="preserve">    def apply_optimizations(</w:t>
        <w:br/>
        <w:t xml:space="preserve">        cls,</w:t>
        <w:br/>
        <w:t xml:space="preserve">        queryset: QuerySet,</w:t>
        <w:br/>
        <w:t xml:space="preserve">        *,</w:t>
        <w:br/>
        <w:t xml:space="preserve">        include_select: bool = True,</w:t>
        <w:br/>
        <w:t xml:space="preserve">        include_prefetch: bool = True,</w:t>
        <w:br/>
        <w:t xml:space="preserve">        include_only: bool = True,</w:t>
        <w:br/>
        <w:t xml:space="preserve">        include_defer: bool = True,</w:t>
        <w:br/>
        <w:t xml:space="preserve">    ) -&gt; QuerySet:</w:t>
        <w:br/>
        <w:t xml:space="preserve">        """</w:t>
        <w:br/>
        <w:t xml:space="preserve">        Применить оптимизации к queryset.</w:t>
        <w:br/>
        <w:t xml:space="preserve">        Args:</w:t>
        <w:br/>
        <w:t xml:space="preserve">            queryset: Исходный queryset</w:t>
        <w:br/>
        <w:t xml:space="preserve">            include_select: Применять select_related</w:t>
        <w:br/>
        <w:t xml:space="preserve">            include_prefetch: Применять prefetch_related</w:t>
        <w:br/>
        <w:t xml:space="preserve">            include_only: Применять only()</w:t>
        <w:br/>
        <w:t xml:space="preserve">            include_defer: Применять defer()</w:t>
        <w:br/>
        <w:t xml:space="preserve">        """</w:t>
        <w:br/>
        <w:t xml:space="preserve">        if include_select and cls.select_related:</w:t>
        <w:br/>
        <w:t xml:space="preserve">            queryset = queryset.select_related(*cls.select_related)</w:t>
        <w:br/>
        <w:t xml:space="preserve">        if include_prefetch and cls.prefetch_related:</w:t>
        <w:br/>
        <w:t xml:space="preserve">            queryset = queryset.prefetch_related(*cls.prefetch_related)</w:t>
        <w:br/>
        <w:t xml:space="preserve">        if include_only and cls.default_only:</w:t>
        <w:br/>
        <w:t xml:space="preserve">            queryset = queryset.only(*cls.default_only)</w:t>
        <w:br/>
        <w:t xml:space="preserve">        if include_defer and cls.default_defer:</w:t>
        <w:br/>
        <w:t xml:space="preserve">            queryset = queryset.defer(*cls.default_defer)</w:t>
        <w:br/>
        <w:t xml:space="preserve">        return queryset</w:t>
        <w:br/>
        <w:t xml:space="preserve">    @classmethod</w:t>
        <w:br/>
        <w:t xml:space="preserve">    def get_list_queryset(cls) -&gt; QuerySet:</w:t>
        <w:br/>
        <w:t xml:space="preserve">        """</w:t>
        <w:br/>
        <w:t xml:space="preserve">        Queryset для списков (может исключать тяжёлые поля).</w:t>
        <w:br/>
        <w:t xml:space="preserve">        """</w:t>
        <w:br/>
        <w:t xml:space="preserve">        return cls.apply_optimizations(</w:t>
        <w:br/>
        <w:t xml:space="preserve">            cls.model.objects.all(),</w:t>
        <w:br/>
        <w:t xml:space="preserve">            include_only=True,</w:t>
        <w:br/>
        <w:t xml:space="preserve">            include_defer=True,</w:t>
        <w:br/>
        <w:t xml:space="preserve">        )</w:t>
        <w:br/>
        <w:t xml:space="preserve">    @classmethod</w:t>
        <w:br/>
        <w:t xml:space="preserve">    def get_detail_queryset(cls) -&gt; QuerySet:</w:t>
        <w:br/>
        <w:t xml:space="preserve">        """</w:t>
        <w:br/>
        <w:t xml:space="preserve">        Queryset для детального просмотра (все поля).</w:t>
        <w:br/>
        <w:t xml:space="preserve">        """</w:t>
        <w:br/>
        <w:t xml:space="preserve">        return cls.apply_optimizations(</w:t>
        <w:br/>
        <w:t xml:space="preserve">            cls.model.objects.all(),</w:t>
        <w:br/>
        <w:t xml:space="preserve">            include_only=False,</w:t>
        <w:br/>
        <w:t xml:space="preserve">            include_defer=False,</w:t>
        <w:br/>
        <w:t xml:space="preserve">        )</w:t>
        <w:br/>
        <w:t xml:space="preserve">    @classmethod</w:t>
        <w:br/>
        <w:t xml:space="preserve">    def with_counts(cls, queryset: QuerySet, *count_fields: str) -&gt; QuerySet:</w:t>
        <w:br/>
        <w:t xml:space="preserve">        """</w:t>
        <w:br/>
        <w:t xml:space="preserve">        Добавить аннотации Count.</w:t>
        <w:br/>
        <w:t xml:space="preserve">        Args:</w:t>
        <w:br/>
        <w:t xml:space="preserve">            queryset: Исходный queryset</w:t>
        <w:br/>
        <w:t xml:space="preserve">            count_fields: Поля для подсчёта</w:t>
        <w:br/>
        <w:t xml:space="preserve">        Пример:</w:t>
        <w:br/>
        <w:t xml:space="preserve">            # Добавит items_count и reviews_count</w:t>
        <w:br/>
        <w:t xml:space="preserve">            qs = ProductService.with_counts(qs, 'items', 'reviews')</w:t>
        <w:br/>
        <w:t xml:space="preserve">        """</w:t>
        <w:br/>
        <w:t xml:space="preserve">        from django.db.models import Count</w:t>
        <w:br/>
        <w:t xml:space="preserve">        annotations = {f"{field}_count": Count(field) for field in count_fields}</w:t>
        <w:br/>
        <w:t xml:space="preserve">        return queryset.annotate(**annotations)</w:t>
        <w:br/>
        <w:t xml:space="preserve">    @classmethod</w:t>
        <w:br/>
        <w:t xml:space="preserve">    def with_exists(cls, queryset: QuerySet, **subqueries: QuerySet) -&gt; QuerySet:</w:t>
        <w:br/>
        <w:t xml:space="preserve">        """</w:t>
        <w:br/>
        <w:t xml:space="preserve">        Добавить аннотации Exists.</w:t>
        <w:br/>
        <w:t xml:space="preserve">        Пример:</w:t>
        <w:br/>
        <w:t xml:space="preserve">            from apps.reviews.models import Review</w:t>
        <w:br/>
        <w:t xml:space="preserve">            qs = ProductService.with_exists(</w:t>
        <w:br/>
        <w:t xml:space="preserve">                qs,</w:t>
        <w:br/>
        <w:t xml:space="preserve">                has_reviews=Review.objects.filter(product=OuterRef('pk'))</w:t>
        <w:br/>
        <w:t xml:space="preserve">            )</w:t>
        <w:br/>
        <w:t xml:space="preserve">        """</w:t>
        <w:br/>
        <w:t xml:space="preserve">        from django.db.models import Exists</w:t>
        <w:br/>
        <w:t xml:space="preserve">        annotations = {name: Exists(subquery) for name, subquery in subqueries.items()}</w:t>
        <w:br/>
        <w:t xml:space="preserve">        return queryset.annotate(**annotations)</w:t>
        <w:br/>
        <w:t>class BackgroundJobService(BaseReadOnlyService):</w:t>
        <w:br/>
        <w:t xml:space="preserve">    """</w:t>
        <w:br/>
        <w:t xml:space="preserve">    Сервис для управления фоновыми задачами.</w:t>
        <w:br/>
        <w:t xml:space="preserve">    Использование:</w:t>
        <w:br/>
        <w:t xml:space="preserve">        # Создание задачи</w:t>
        <w:br/>
        <w:t xml:space="preserve">        job = BackgroundJobService.create_job(</w:t>
        <w:br/>
        <w:t xml:space="preserve">            task_id="abc-123",</w:t>
        <w:br/>
        <w:t xml:space="preserve">            task_name="apps.myapp.tasks.process_data",</w:t>
        <w:br/>
        <w:t xml:space="preserve">            user_id=request.user.id,</w:t>
        <w:br/>
        <w:t xml:space="preserve">        )</w:t>
        <w:br/>
        <w:t xml:space="preserve">        # Получение статуса</w:t>
        <w:br/>
        <w:t xml:space="preserve">        job = BackgroundJobService.get_by_task_id("abc-123")</w:t>
        <w:br/>
        <w:t xml:space="preserve">        # Список задач пользователя</w:t>
        <w:br/>
        <w:t xml:space="preserve">        jobs = BackgroundJobService.get_user_jobs(user_id=1)</w:t>
        <w:br/>
        <w:t xml:space="preserve">    """</w:t>
        <w:br/>
        <w:t xml:space="preserve">    # Импорт модели внутри методов для избежания circular import</w:t>
        <w:br/>
        <w:t xml:space="preserve">    @classmethod</w:t>
        <w:br/>
        <w:t xml:space="preserve">    def get_model(cls):</w:t>
        <w:br/>
        <w:t xml:space="preserve">        """Ленивый импорт модели."""</w:t>
        <w:br/>
        <w:t xml:space="preserve">        from apps.core.models import BackgroundJob</w:t>
        <w:br/>
        <w:t xml:space="preserve">        return BackgroundJob</w:t>
        <w:br/>
        <w:t xml:space="preserve">    @classmethod</w:t>
        <w:br/>
        <w:t xml:space="preserve">    def get_queryset(cls):</w:t>
        <w:br/>
        <w:t xml:space="preserve">        """Get base queryset."""</w:t>
        <w:br/>
        <w:t xml:space="preserve">        return cls.get_model().objects.all()</w:t>
        <w:br/>
        <w:t xml:space="preserve">    @classmethod</w:t>
        <w:br/>
        <w:t xml:space="preserve">    def create_job(</w:t>
        <w:br/>
        <w:t xml:space="preserve">        cls,</w:t>
        <w:br/>
        <w:t xml:space="preserve">        *,</w:t>
        <w:br/>
        <w:t xml:space="preserve">        task_id: str,</w:t>
        <w:br/>
        <w:t xml:space="preserve">        task_name: str,</w:t>
        <w:br/>
        <w:t xml:space="preserve">        user_id: int | None = None,</w:t>
        <w:br/>
        <w:t xml:space="preserve">        meta: dict | None = None,</w:t>
        <w:br/>
        <w:t xml:space="preserve">    ):</w:t>
        <w:br/>
        <w:t xml:space="preserve">        """</w:t>
        <w:br/>
        <w:t xml:space="preserve">        Создать запись о фоновой задаче.</w:t>
        <w:br/>
        <w:t xml:space="preserve">        Args:</w:t>
        <w:br/>
        <w:t xml:space="preserve">            task_id: ID задачи Celery</w:t>
        <w:br/>
        <w:t xml:space="preserve">            task_name: Имя задачи</w:t>
        <w:br/>
        <w:t xml:space="preserve">            user_id: ID пользователя (опционально)</w:t>
        <w:br/>
        <w:t xml:space="preserve">            meta: Дополнительные метаданные</w:t>
        <w:br/>
        <w:t xml:space="preserve">        Returns:</w:t>
        <w:br/>
        <w:t xml:space="preserve">            BackgroundJob instance</w:t>
        <w:br/>
        <w:t xml:space="preserve">        """</w:t>
        <w:br/>
        <w:t xml:space="preserve">        BackgroundJob = cls.get_model()</w:t>
        <w:br/>
        <w:t xml:space="preserve">        return BackgroundJob.objects.create(</w:t>
        <w:br/>
        <w:t xml:space="preserve">            task_id=task_id,</w:t>
        <w:br/>
        <w:t xml:space="preserve">            task_name=task_name,</w:t>
        <w:br/>
        <w:t xml:space="preserve">            user_id=user_id,</w:t>
        <w:br/>
        <w:t xml:space="preserve">            meta=meta or {},</w:t>
        <w:br/>
        <w:t xml:space="preserve">        )</w:t>
        <w:br/>
        <w:t xml:space="preserve">    @classmethod</w:t>
        <w:br/>
        <w:t xml:space="preserve">    def get_by_task_id(cls, task_id: str):</w:t>
        <w:br/>
        <w:t xml:space="preserve">        """</w:t>
        <w:br/>
        <w:t xml:space="preserve">        Получить задачу по ID Celery.</w:t>
        <w:br/>
        <w:t xml:space="preserve">        Raises:</w:t>
        <w:br/>
        <w:t xml:space="preserve">            NotFoundError: Если задача не найдена</w:t>
        <w:br/>
        <w:t xml:space="preserve">        """</w:t>
        <w:br/>
        <w:t xml:space="preserve">        BackgroundJob = cls.get_model()</w:t>
        <w:br/>
        <w:t xml:space="preserve">        try:</w:t>
        <w:br/>
        <w:t xml:space="preserve">            return BackgroundJob.objects.get(task_id=task_id)</w:t>
        <w:br/>
        <w:t xml:space="preserve">        except BackgroundJob.DoesNotExist as e:</w:t>
        <w:br/>
        <w:t xml:space="preserve">            raise NotFoundError(</w:t>
        <w:br/>
        <w:t xml:space="preserve">                message=f"Job with task_id={task_id} not found",</w:t>
        <w:br/>
        <w:t xml:space="preserve">                code="job_not_found",</w:t>
        <w:br/>
        <w:t xml:space="preserve">            ) from e</w:t>
        <w:br/>
        <w:t xml:space="preserve">    @classmethod</w:t>
        <w:br/>
        <w:t xml:space="preserve">    def get_by_task_id_or_none(cls, task_id: str):</w:t>
        <w:br/>
        <w:t xml:space="preserve">        """Получить задачу по ID или None."""</w:t>
        <w:br/>
        <w:t xml:space="preserve">        BackgroundJob = cls.get_model()</w:t>
        <w:br/>
        <w:t xml:space="preserve">        try:</w:t>
        <w:br/>
        <w:t xml:space="preserve">            return BackgroundJob.objects.get(task_id=task_id)</w:t>
        <w:br/>
        <w:t xml:space="preserve">        except BackgroundJob.DoesNotExist:</w:t>
        <w:br/>
        <w:t xml:space="preserve">            return None</w:t>
        <w:br/>
        <w:t xml:space="preserve">    @classmethod</w:t>
        <w:br/>
        <w:t xml:space="preserve">    def get_user_jobs(</w:t>
        <w:br/>
        <w:t xml:space="preserve">        cls,</w:t>
        <w:br/>
        <w:t xml:space="preserve">        user_id: int,</w:t>
        <w:br/>
        <w:t xml:space="preserve">        *,</w:t>
        <w:br/>
        <w:t xml:space="preserve">        status: str | None = None,</w:t>
        <w:br/>
        <w:t xml:space="preserve">        limit: int = 50,</w:t>
        <w:br/>
        <w:t xml:space="preserve">    ):</w:t>
        <w:br/>
        <w:t xml:space="preserve">        """</w:t>
        <w:br/>
        <w:t xml:space="preserve">        Получить задачи пользователя.</w:t>
        <w:br/>
        <w:t xml:space="preserve">        Args:</w:t>
        <w:br/>
        <w:t xml:space="preserve">            user_id: ID пользователя</w:t>
        <w:br/>
        <w:t xml:space="preserve">            status: Фильтр по статусу (опционально)</w:t>
        <w:br/>
        <w:t xml:space="preserve">            limit: Максимальное количество записей</w:t>
        <w:br/>
        <w:t xml:space="preserve">        Returns:</w:t>
        <w:br/>
        <w:t xml:space="preserve">            QuerySet задач</w:t>
        <w:br/>
        <w:t xml:space="preserve">        """</w:t>
        <w:br/>
        <w:t xml:space="preserve">        qs = cls.get_queryset().filter(user_id=user_id)</w:t>
        <w:br/>
        <w:t xml:space="preserve">        if status:</w:t>
        <w:br/>
        <w:t xml:space="preserve">            qs = qs.filter(status=status)</w:t>
        <w:br/>
        <w:t xml:space="preserve">        return qs[:limit]</w:t>
        <w:br/>
        <w:t xml:space="preserve">    @classmethod</w:t>
        <w:br/>
        <w:t xml:space="preserve">    def get_active_jobs(cls, user_id: int | None = None):</w:t>
        <w:br/>
        <w:t xml:space="preserve">        """</w:t>
        <w:br/>
        <w:t xml:space="preserve">        Получить активные (незавершённые) задачи.</w:t>
        <w:br/>
        <w:t xml:space="preserve">        Args:</w:t>
        <w:br/>
        <w:t xml:space="preserve">            user_id: Фильтр по пользователю (опционально)</w:t>
        <w:br/>
        <w:t xml:space="preserve">        """</w:t>
        <w:br/>
        <w:t xml:space="preserve">        from apps.core.models import JobStatus</w:t>
        <w:br/>
        <w:t xml:space="preserve">        qs = cls.get_queryset().filter(</w:t>
        <w:br/>
        <w:t xml:space="preserve">            status__in=[JobStatus.PENDING, JobStatus.STARTED, JobStatus.RETRY]</w:t>
        <w:br/>
        <w:t xml:space="preserve">        )</w:t>
        <w:br/>
        <w:t xml:space="preserve">        if user_id:</w:t>
        <w:br/>
        <w:t xml:space="preserve">            qs = qs.filter(user_id=user_id)</w:t>
        <w:br/>
        <w:t xml:space="preserve">        return qs</w:t>
        <w:br/>
        <w:t xml:space="preserve">    @classmethod</w:t>
        <w:br/>
        <w:t xml:space="preserve">    def cleanup_old_jobs(cls, *, days: int = 30) -&gt; int:</w:t>
        <w:br/>
        <w:t xml:space="preserve">        """</w:t>
        <w:br/>
        <w:t xml:space="preserve">        Удалить старые завершённые задачи.</w:t>
        <w:br/>
        <w:t xml:space="preserve">        Args:</w:t>
        <w:br/>
        <w:t xml:space="preserve">            days: Количество дней (задачи старше будут удалены)</w:t>
        <w:br/>
        <w:t xml:space="preserve">        Returns:</w:t>
        <w:br/>
        <w:t xml:space="preserve">            Количество удалённых записей</w:t>
        <w:br/>
        <w:t xml:space="preserve">        """</w:t>
        <w:br/>
        <w:t xml:space="preserve">        from datetime import timedelta</w:t>
        <w:br/>
        <w:t xml:space="preserve">        from apps.core.models import JobStatus</w:t>
        <w:br/>
        <w:t xml:space="preserve">        from django.utils import timezone</w:t>
        <w:br/>
        <w:t xml:space="preserve">        cutoff = timezone.now() - timedelta(days=days)</w:t>
        <w:br/>
        <w:t xml:space="preserve">        deleted, _ = (</w:t>
        <w:br/>
        <w:t xml:space="preserve">            cls.get_queryset()</w:t>
        <w:br/>
        <w:t xml:space="preserve">            .filter(</w:t>
        <w:br/>
        <w:t xml:space="preserve">                status__in=[JobStatus.SUCCESS, JobStatus.FAILURE, JobStatus.REVOKED],</w:t>
        <w:br/>
        <w:t xml:space="preserve">                completed_at__lt=cutoff,</w:t>
        <w:br/>
        <w:t xml:space="preserve">            )</w:t>
        <w:br/>
        <w:t xml:space="preserve">            .delete()</w:t>
        <w:br/>
        <w:t xml:space="preserve">        )</w:t>
        <w:br/>
        <w:t xml:space="preserve">        return deleted</w:t>
      </w:r>
    </w:p>
    <w:p>
      <w:pPr>
        <w:pStyle w:val="Heading1"/>
      </w:pPr>
      <w:r>
        <w:t>src/apps/core/tasks.py</w:t>
      </w:r>
    </w:p>
    <w:p>
      <w:r>
        <w:t>"""</w:t>
        <w:br/>
        <w:t>Базовые классы для Celery задач.</w:t>
        <w:br/>
        <w:t>Предоставляет переиспользуемые базовые классы с логированием,</w:t>
        <w:br/>
        <w:t>обработкой ошибок и retry логикой.</w:t>
        <w:br/>
        <w:t>"""</w:t>
        <w:br/>
        <w:t>import logging</w:t>
        <w:br/>
        <w:t>import time</w:t>
        <w:br/>
        <w:t>from typing import Any</w:t>
        <w:br/>
        <w:t>from celery import Task</w:t>
        <w:br/>
        <w:t>from django.db import transaction</w:t>
        <w:br/>
        <w:t>logger = logging.getLogger(__name__)</w:t>
        <w:br/>
        <w:t>class BaseTask(Task):</w:t>
        <w:br/>
        <w:t xml:space="preserve">    """</w:t>
        <w:br/>
        <w:t xml:space="preserve">    Базовый класс для всех Celery задач.</w:t>
        <w:br/>
        <w:t xml:space="preserve">    Особенности:</w:t>
        <w:br/>
        <w:t xml:space="preserve">    - Автоматическое логирование начала/завершения</w:t>
        <w:br/>
        <w:t xml:space="preserve">    - Измерение времени выполнения</w:t>
        <w:br/>
        <w:t xml:space="preserve">    - Обработка ошибок с retry</w:t>
        <w:br/>
        <w:t xml:space="preserve">    - Логирование исключений</w:t>
        <w:br/>
        <w:t xml:space="preserve">    Пример использования:</w:t>
        <w:br/>
        <w:t xml:space="preserve">        from config.celery import app</w:t>
        <w:br/>
        <w:t xml:space="preserve">        @app.task(base=BaseTask, bind=True)</w:t>
        <w:br/>
        <w:t xml:space="preserve">        def my_task(self, arg1, arg2):</w:t>
        <w:br/>
        <w:t xml:space="preserve">            # Логика задачи</w:t>
        <w:br/>
        <w:t xml:space="preserve">            return result</w:t>
        <w:br/>
        <w:t xml:space="preserve">    """</w:t>
        <w:br/>
        <w:t xml:space="preserve">    # Настройки retry по умолчанию</w:t>
        <w:br/>
        <w:t xml:space="preserve">    autoretry_for = (Exception,)</w:t>
        <w:br/>
        <w:t xml:space="preserve">    retry_backoff = True</w:t>
        <w:br/>
        <w:t xml:space="preserve">    retry_backoff_max = 600  # Максимум 10 минут между retry</w:t>
        <w:br/>
        <w:t xml:space="preserve">    retry_jitter = True</w:t>
        <w:br/>
        <w:t xml:space="preserve">    max_retries = 3</w:t>
        <w:br/>
        <w:t xml:space="preserve">    # Не пересоздавать задачу при перезапуске worker'а</w:t>
        <w:br/>
        <w:t xml:space="preserve">    acks_late = True</w:t>
        <w:br/>
        <w:t xml:space="preserve">    reject_on_worker_lost = True</w:t>
        <w:br/>
        <w:t xml:space="preserve">    def before_start(</w:t>
        <w:br/>
        <w:t xml:space="preserve">        self,</w:t>
        <w:br/>
        <w:t xml:space="preserve">        task_id: str,</w:t>
        <w:br/>
        <w:t xml:space="preserve">        args: tuple[Any, ...],</w:t>
        <w:br/>
        <w:t xml:space="preserve">        kwargs: dict[str, Any],</w:t>
        <w:br/>
        <w:t xml:space="preserve">    ) -&gt; None:</w:t>
        <w:br/>
        <w:t xml:space="preserve">        """Вызывается перед началом выполнения задачи."""</w:t>
        <w:br/>
        <w:t xml:space="preserve">        logger.info(</w:t>
        <w:br/>
        <w:t xml:space="preserve">            f"Задача {self.name}[{task_id}] запущена",</w:t>
        <w:br/>
        <w:t xml:space="preserve">            extra={</w:t>
        <w:br/>
        <w:t xml:space="preserve">                "task_id": task_id,</w:t>
        <w:br/>
        <w:t xml:space="preserve">                "task_name": self.name,</w:t>
        <w:br/>
        <w:t xml:space="preserve">                "args": str(args)[:200],</w:t>
        <w:br/>
        <w:t xml:space="preserve">                "kwargs": str(kwargs)[:200],</w:t>
        <w:br/>
        <w:t xml:space="preserve">            },</w:t>
        <w:br/>
        <w:t xml:space="preserve">        )</w:t>
        <w:br/>
        <w:t xml:space="preserve">    def on_success(</w:t>
        <w:br/>
        <w:t xml:space="preserve">        self,</w:t>
        <w:br/>
        <w:t xml:space="preserve">        retval: Any,</w:t>
        <w:br/>
        <w:t xml:space="preserve">        task_id: str,</w:t>
        <w:br/>
        <w:t xml:space="preserve">        args: tuple[Any, ...],</w:t>
        <w:br/>
        <w:t xml:space="preserve">        kwargs: dict[str, Any],</w:t>
        <w:br/>
        <w:t xml:space="preserve">    ) -&gt; None:</w:t>
        <w:br/>
        <w:t xml:space="preserve">        """Вызывается при успешном завершении задачи."""</w:t>
        <w:br/>
        <w:t xml:space="preserve">        logger.info(</w:t>
        <w:br/>
        <w:t xml:space="preserve">            f"Задача {self.name}[{task_id}] завершена успешно",</w:t>
        <w:br/>
        <w:t xml:space="preserve">            extra={</w:t>
        <w:br/>
        <w:t xml:space="preserve">                "task_id": task_id,</w:t>
        <w:br/>
        <w:t xml:space="preserve">                "task_name": self.name,</w:t>
        <w:br/>
        <w:t xml:space="preserve">                "result": str(retval)[:200] if retval else None,</w:t>
        <w:br/>
        <w:t xml:space="preserve">            },</w:t>
        <w:br/>
        <w:t xml:space="preserve">        )</w:t>
        <w:br/>
        <w:t xml:space="preserve">    def on_failure(</w:t>
        <w:br/>
        <w:t xml:space="preserve">        self,</w:t>
        <w:br/>
        <w:t xml:space="preserve">        exc: Exception,</w:t>
        <w:br/>
        <w:t xml:space="preserve">        task_id: str,</w:t>
        <w:br/>
        <w:t xml:space="preserve">        args: tuple[Any, ...],</w:t>
        <w:br/>
        <w:t xml:space="preserve">        kwargs: dict[str, Any],</w:t>
        <w:br/>
        <w:t xml:space="preserve">        einfo: Any,</w:t>
        <w:br/>
        <w:t xml:space="preserve">    ) -&gt; None:</w:t>
        <w:br/>
        <w:t xml:space="preserve">        """Вызывается при ошибке выполнения задачи."""</w:t>
        <w:br/>
        <w:t xml:space="preserve">        logger.error(</w:t>
        <w:br/>
        <w:t xml:space="preserve">            f"Задача {self.name}[{task_id}] завершена с ошибкой: {exc}",</w:t>
        <w:br/>
        <w:t xml:space="preserve">            extra={</w:t>
        <w:br/>
        <w:t xml:space="preserve">                "task_id": task_id,</w:t>
        <w:br/>
        <w:t xml:space="preserve">                "task_name": self.name,</w:t>
        <w:br/>
        <w:t xml:space="preserve">                "exception": str(exc),</w:t>
        <w:br/>
        <w:t xml:space="preserve">                "args": str(args)[:200],</w:t>
        <w:br/>
        <w:t xml:space="preserve">                "kwargs": str(kwargs)[:200],</w:t>
        <w:br/>
        <w:t xml:space="preserve">            },</w:t>
        <w:br/>
        <w:t xml:space="preserve">            exc_info=True,</w:t>
        <w:br/>
        <w:t xml:space="preserve">        )</w:t>
        <w:br/>
        <w:t xml:space="preserve">    def on_retry(</w:t>
        <w:br/>
        <w:t xml:space="preserve">        self,</w:t>
        <w:br/>
        <w:t xml:space="preserve">        exc: Exception,</w:t>
        <w:br/>
        <w:t xml:space="preserve">        task_id: str,</w:t>
        <w:br/>
        <w:t xml:space="preserve">        args: tuple[Any, ...],</w:t>
        <w:br/>
        <w:t xml:space="preserve">        kwargs: dict[str, Any],</w:t>
        <w:br/>
        <w:t xml:space="preserve">        einfo: Any,</w:t>
        <w:br/>
        <w:t xml:space="preserve">    ) -&gt; None:</w:t>
        <w:br/>
        <w:t xml:space="preserve">        """Вызывается при повторной попытке выполнения."""</w:t>
        <w:br/>
        <w:t xml:space="preserve">        logger.warning(</w:t>
        <w:br/>
        <w:t xml:space="preserve">            f"Задача {self.name}[{task_id}] будет повторена: {exc}",</w:t>
        <w:br/>
        <w:t xml:space="preserve">            extra={</w:t>
        <w:br/>
        <w:t xml:space="preserve">                "task_id": task_id,</w:t>
        <w:br/>
        <w:t xml:space="preserve">                "task_name": self.name,</w:t>
        <w:br/>
        <w:t xml:space="preserve">                "exception": str(exc),</w:t>
        <w:br/>
        <w:t xml:space="preserve">                "retry_count": self.request.retries,</w:t>
        <w:br/>
        <w:t xml:space="preserve">            },</w:t>
        <w:br/>
        <w:t xml:space="preserve">        )</w:t>
        <w:br/>
        <w:t>class TransactionalTask(BaseTask):</w:t>
        <w:br/>
        <w:t xml:space="preserve">    """</w:t>
        <w:br/>
        <w:t xml:space="preserve">    Задача с поддержкой транзакций.</w:t>
        <w:br/>
        <w:t xml:space="preserve">    Выполняет задачу в рамках database transaction.</w:t>
        <w:br/>
        <w:t xml:space="preserve">    При ошибке транзакция откатывается.</w:t>
        <w:br/>
        <w:t xml:space="preserve">    Пример использования:</w:t>
        <w:br/>
        <w:t xml:space="preserve">        @app.task(base=TransactionalTask, bind=True)</w:t>
        <w:br/>
        <w:t xml:space="preserve">        def update_user_stats(self, user_id):</w:t>
        <w:br/>
        <w:t xml:space="preserve">            # Все операции в одной транзакции</w:t>
        <w:br/>
        <w:t xml:space="preserve">            user = User.objects.get(id=user_id)</w:t>
        <w:br/>
        <w:t xml:space="preserve">            user.stats.update()</w:t>
        <w:br/>
        <w:t xml:space="preserve">            user.save()</w:t>
        <w:br/>
        <w:t xml:space="preserve">    """</w:t>
        <w:br/>
        <w:t xml:space="preserve">    def __call__(self, *args: Any, **kwargs: Any) -&gt; Any:</w:t>
        <w:br/>
        <w:t xml:space="preserve">        """Выполняет задачу в транзакции."""</w:t>
        <w:br/>
        <w:t xml:space="preserve">        with transaction.atomic():</w:t>
        <w:br/>
        <w:t xml:space="preserve">            return super().__call__(*args, **kwargs)</w:t>
        <w:br/>
        <w:t>class IdempotentTask(BaseTask):</w:t>
        <w:br/>
        <w:t xml:space="preserve">    """</w:t>
        <w:br/>
        <w:t xml:space="preserve">    Идемпотентная задача.</w:t>
        <w:br/>
        <w:t xml:space="preserve">    Гарантирует, что задача с одинаковыми аргументами</w:t>
        <w:br/>
        <w:t xml:space="preserve">    не будет выполнена повторно в течение lock_timeout.</w:t>
        <w:br/>
        <w:t xml:space="preserve">    Пример использования:</w:t>
        <w:br/>
        <w:t xml:space="preserve">        @app.task(base=IdempotentTask, bind=True)</w:t>
        <w:br/>
        <w:t xml:space="preserve">        def send_notification(self, user_id, message):</w:t>
        <w:br/>
        <w:t xml:space="preserve">            # Не отправит дважды одно уведомление</w:t>
        <w:br/>
        <w:t xml:space="preserve">            send_email(user_id, message)</w:t>
        <w:br/>
        <w:t xml:space="preserve">    """</w:t>
        <w:br/>
        <w:t xml:space="preserve">    lock_timeout = 3600  # 1 час по умолчанию</w:t>
        <w:br/>
        <w:t xml:space="preserve">    def __call__(self, *args: Any, **kwargs: Any) -&gt; Any:</w:t>
        <w:br/>
        <w:t xml:space="preserve">        """Выполняет задачу с проверкой идемпотентности."""</w:t>
        <w:br/>
        <w:t xml:space="preserve">        from django.core.cache import cache</w:t>
        <w:br/>
        <w:t xml:space="preserve">        # Формируем ключ блокировки</w:t>
        <w:br/>
        <w:t xml:space="preserve">        lock_key = (</w:t>
        <w:br/>
        <w:t xml:space="preserve">            f"task_lock:{self.name}:{hash((args, tuple(sorted(kwargs.items()))))}"</w:t>
        <w:br/>
        <w:t xml:space="preserve">        )</w:t>
        <w:br/>
        <w:t xml:space="preserve">        # Пробуем получить блокировку</w:t>
        <w:br/>
        <w:t xml:space="preserve">        if not cache.add(lock_key, True, self.lock_timeout):</w:t>
        <w:br/>
        <w:t xml:space="preserve">            logger.info(</w:t>
        <w:br/>
        <w:t xml:space="preserve">                f"Задача {self.name} пропущена (идемпотентность)",</w:t>
        <w:br/>
        <w:t xml:space="preserve">                extra={"lock_key": lock_key},</w:t>
        <w:br/>
        <w:t xml:space="preserve">            )</w:t>
        <w:br/>
        <w:t xml:space="preserve">            return None</w:t>
        <w:br/>
        <w:t xml:space="preserve">        try:</w:t>
        <w:br/>
        <w:t xml:space="preserve">            return super().__call__(*args, **kwargs)</w:t>
        <w:br/>
        <w:t xml:space="preserve">        finally:</w:t>
        <w:br/>
        <w:t xml:space="preserve">            # Не удаляем блокировку - она истечёт по таймауту</w:t>
        <w:br/>
        <w:t xml:space="preserve">            pass</w:t>
        <w:br/>
        <w:t>class TimedTask(BaseTask):</w:t>
        <w:br/>
        <w:t xml:space="preserve">    """</w:t>
        <w:br/>
        <w:t xml:space="preserve">    Задача с измерением времени выполнения.</w:t>
        <w:br/>
        <w:t xml:space="preserve">    Логирует время выполнения и предупреждает о медленных задачах.</w:t>
        <w:br/>
        <w:t xml:space="preserve">    Атрибуты:</w:t>
        <w:br/>
        <w:t xml:space="preserve">        slow_threshold: Порог для предупреждения (в секундах)</w:t>
        <w:br/>
        <w:t xml:space="preserve">    Пример использования:</w:t>
        <w:br/>
        <w:t xml:space="preserve">        @app.task(base=TimedTask, bind=True)</w:t>
        <w:br/>
        <w:t xml:space="preserve">        def process_data(self):</w:t>
        <w:br/>
        <w:t xml:space="preserve">            # Время выполнения будет залогировано</w:t>
        <w:br/>
        <w:t xml:space="preserve">            process_heavy_data()</w:t>
        <w:br/>
        <w:t xml:space="preserve">    """</w:t>
        <w:br/>
        <w:t xml:space="preserve">    slow_threshold = 60  # 1 минута по умолчанию</w:t>
        <w:br/>
        <w:t xml:space="preserve">    def __call__(self, *args: Any, **kwargs: Any) -&gt; Any:</w:t>
        <w:br/>
        <w:t xml:space="preserve">        """Выполняет задачу с измерением времени."""</w:t>
        <w:br/>
        <w:t xml:space="preserve">        start_time = time.time()</w:t>
        <w:br/>
        <w:t xml:space="preserve">        try:</w:t>
        <w:br/>
        <w:t xml:space="preserve">            return super().__call__(*args, **kwargs)</w:t>
        <w:br/>
        <w:t xml:space="preserve">        finally:</w:t>
        <w:br/>
        <w:t xml:space="preserve">            elapsed = time.time() - start_time</w:t>
        <w:br/>
        <w:t xml:space="preserve">            log_extra = {</w:t>
        <w:br/>
        <w:t xml:space="preserve">                "task_id": self.request.id,</w:t>
        <w:br/>
        <w:t xml:space="preserve">                "task_name": self.name,</w:t>
        <w:br/>
        <w:t xml:space="preserve">                "elapsed_seconds": round(elapsed, 2),</w:t>
        <w:br/>
        <w:t xml:space="preserve">            }</w:t>
        <w:br/>
        <w:t xml:space="preserve">            if elapsed &gt; self.slow_threshold:</w:t>
        <w:br/>
        <w:t xml:space="preserve">                logger.warning(</w:t>
        <w:br/>
        <w:t xml:space="preserve">                    f"Задача {self.name} выполнялась {elapsed:.2f}с "</w:t>
        <w:br/>
        <w:t xml:space="preserve">                    f"(порог: {self.slow_threshold}с)",</w:t>
        <w:br/>
        <w:t xml:space="preserve">                    extra=log_extra,</w:t>
        <w:br/>
        <w:t xml:space="preserve">                )</w:t>
        <w:br/>
        <w:t xml:space="preserve">            else:</w:t>
        <w:br/>
        <w:t xml:space="preserve">                logger.debug(</w:t>
        <w:br/>
        <w:t xml:space="preserve">                    f"Задача {self.name} выполнена за {elapsed:.2f}с",</w:t>
        <w:br/>
        <w:t xml:space="preserve">                    extra=log_extra,</w:t>
        <w:br/>
        <w:t xml:space="preserve">                )</w:t>
        <w:br/>
        <w:t>class PeriodicTask(TimedTask):</w:t>
        <w:br/>
        <w:t xml:space="preserve">    """</w:t>
        <w:br/>
        <w:t xml:space="preserve">    Базовый класс для периодических задач.</w:t>
        <w:br/>
        <w:t xml:space="preserve">    Объединяет TimedTask с дополнительной логикой</w:t>
        <w:br/>
        <w:t xml:space="preserve">    для периодических задач (beat).</w:t>
        <w:br/>
        <w:t xml:space="preserve">    Пример использования:</w:t>
        <w:br/>
        <w:t xml:space="preserve">        @app.task(base=PeriodicTask, bind=True)</w:t>
        <w:br/>
        <w:t xml:space="preserve">        def cleanup_old_data(self):</w:t>
        <w:br/>
        <w:t xml:space="preserve">            # Периодическая очистка</w:t>
        <w:br/>
        <w:t xml:space="preserve">            OldData.objects.filter(created_at__lt=threshold).delete()</w:t>
        <w:br/>
        <w:t xml:space="preserve">        # В beat_schedule:</w:t>
        <w:br/>
        <w:t xml:space="preserve">        app.conf.beat_schedule = {</w:t>
        <w:br/>
        <w:t xml:space="preserve">            'cleanup-every-day': {</w:t>
        <w:br/>
        <w:t xml:space="preserve">                'task': 'tasks.cleanup_old_data',</w:t>
        <w:br/>
        <w:t xml:space="preserve">                'schedule': crontab(hour=3, minute=0),</w:t>
        <w:br/>
        <w:t xml:space="preserve">            },</w:t>
        <w:br/>
        <w:t xml:space="preserve">        }</w:t>
        <w:br/>
        <w:t xml:space="preserve">    """</w:t>
        <w:br/>
        <w:t xml:space="preserve">    # Периодические задачи обычно не требуют retry</w:t>
        <w:br/>
        <w:t xml:space="preserve">    max_retries = 1</w:t>
        <w:br/>
        <w:t xml:space="preserve">    autoretry_for = ()</w:t>
        <w:br/>
        <w:t xml:space="preserve">    def before_start(</w:t>
        <w:br/>
        <w:t xml:space="preserve">        self,</w:t>
        <w:br/>
        <w:t xml:space="preserve">        task_id: str,</w:t>
        <w:br/>
        <w:t xml:space="preserve">        args: tuple[Any, ...],</w:t>
        <w:br/>
        <w:t xml:space="preserve">        kwargs: dict[str, Any],</w:t>
        <w:br/>
        <w:t xml:space="preserve">    ) -&gt; None:</w:t>
        <w:br/>
        <w:t xml:space="preserve">        """Логирует запуск периодической задачи."""</w:t>
        <w:br/>
        <w:t xml:space="preserve">        logger.info(</w:t>
        <w:br/>
        <w:t xml:space="preserve">            f"Периодическая задача {self.name}[{task_id}] запущена",</w:t>
        <w:br/>
        <w:t xml:space="preserve">            extra={</w:t>
        <w:br/>
        <w:t xml:space="preserve">                "task_id": task_id,</w:t>
        <w:br/>
        <w:t xml:space="preserve">                "task_name": self.name,</w:t>
        <w:br/>
        <w:t xml:space="preserve">                "periodic": True,</w:t>
        <w:br/>
        <w:t xml:space="preserve">            },</w:t>
        <w:br/>
        <w:t xml:space="preserve">        )</w:t>
        <w:br/>
        <w:t>class TrackedTask(TimedTask):</w:t>
        <w:br/>
        <w:t xml:space="preserve">    """</w:t>
        <w:br/>
        <w:t xml:space="preserve">    Задача с отслеживанием в BackgroundJob.</w:t>
        <w:br/>
        <w:t xml:space="preserve">    Автоматически создаёт запись BackgroundJob при запуске</w:t>
        <w:br/>
        <w:t xml:space="preserve">    и обновляет статус при завершении.</w:t>
        <w:br/>
        <w:t xml:space="preserve">    Пример использования:</w:t>
        <w:br/>
        <w:t xml:space="preserve">        @app.task(base=TrackedTask, bind=True)</w:t>
        <w:br/>
        <w:t xml:space="preserve">        def process_excel_file(self, file_path: str, user_id: int):</w:t>
        <w:br/>
        <w:t xml:space="preserve">            job = self.get_job()</w:t>
        <w:br/>
        <w:t xml:space="preserve">            job.update_progress(10, "Загрузка файла...")</w:t>
        <w:br/>
        <w:t xml:space="preserve">            # ... обработка ...</w:t>
        <w:br/>
        <w:t xml:space="preserve">            job.update_progress(50, "Обработка данных...")</w:t>
        <w:br/>
        <w:t xml:space="preserve">            # ... обработка ...</w:t>
        <w:br/>
        <w:t xml:space="preserve">            return {"loaded": 100}</w:t>
        <w:br/>
        <w:t xml:space="preserve">        # Запуск:</w:t>
        <w:br/>
        <w:t xml:space="preserve">        task = process_excel_file.delay(file_path, user_id=request.user.id)</w:t>
        <w:br/>
        <w:t xml:space="preserve">        # task.id содержит task_id для отслеживания</w:t>
        <w:br/>
        <w:t xml:space="preserve">    """</w:t>
        <w:br/>
        <w:t xml:space="preserve">    # Не делать авто-retry для отслеживаемых задач</w:t>
        <w:br/>
        <w:t xml:space="preserve">    autoretry_for = ()</w:t>
        <w:br/>
        <w:t xml:space="preserve">    max_retries = 0</w:t>
        <w:br/>
        <w:t xml:space="preserve">    def before_start(</w:t>
        <w:br/>
        <w:t xml:space="preserve">        self,</w:t>
        <w:br/>
        <w:t xml:space="preserve">        task_id: str,</w:t>
        <w:br/>
        <w:t xml:space="preserve">        args: tuple[Any, ...],</w:t>
        <w:br/>
        <w:t xml:space="preserve">        kwargs: dict[str, Any],</w:t>
        <w:br/>
        <w:t xml:space="preserve">    ) -&gt; None:</w:t>
        <w:br/>
        <w:t xml:space="preserve">        """Создаёт запись BackgroundJob при старте."""</w:t>
        <w:br/>
        <w:t xml:space="preserve">        super().before_start(task_id, args, kwargs)</w:t>
        <w:br/>
        <w:t xml:space="preserve">        from apps.core.services import BackgroundJobService</w:t>
        <w:br/>
        <w:t xml:space="preserve">        # Получаем user_id из kwargs если есть</w:t>
        <w:br/>
        <w:t xml:space="preserve">        user_id = kwargs.get("user_id")</w:t>
        <w:br/>
        <w:t xml:space="preserve">        BackgroundJobService.create_job(</w:t>
        <w:br/>
        <w:t xml:space="preserve">            task_id=task_id,</w:t>
        <w:br/>
        <w:t xml:space="preserve">            task_name=self.name,</w:t>
        <w:br/>
        <w:t xml:space="preserve">            user_id=user_id,</w:t>
        <w:br/>
        <w:t xml:space="preserve">            meta={"args": str(args)[:500], "kwargs": str(kwargs)[:500]},</w:t>
        <w:br/>
        <w:t xml:space="preserve">        )</w:t>
        <w:br/>
        <w:t xml:space="preserve">        # Отмечаем как запущенную</w:t>
        <w:br/>
        <w:t xml:space="preserve">        job = BackgroundJobService.get_by_task_id(task_id)</w:t>
        <w:br/>
        <w:t xml:space="preserve">        job.mark_started()</w:t>
        <w:br/>
        <w:t xml:space="preserve">    def on_success(</w:t>
        <w:br/>
        <w:t xml:space="preserve">        self,</w:t>
        <w:br/>
        <w:t xml:space="preserve">        retval: Any,</w:t>
        <w:br/>
        <w:t xml:space="preserve">        task_id: str,</w:t>
        <w:br/>
        <w:t xml:space="preserve">        args: tuple[Any, ...],</w:t>
        <w:br/>
        <w:t xml:space="preserve">        kwargs: dict[str, Any],</w:t>
        <w:br/>
        <w:t xml:space="preserve">    ) -&gt; None:</w:t>
        <w:br/>
        <w:t xml:space="preserve">        """Отмечает задачу как успешно завершённую."""</w:t>
        <w:br/>
        <w:t xml:space="preserve">        super().on_success(retval, task_id, args, kwargs)</w:t>
        <w:br/>
        <w:t xml:space="preserve">        from apps.core.services import BackgroundJobService</w:t>
        <w:br/>
        <w:t xml:space="preserve">        job = BackgroundJobService.get_by_task_id_or_none(task_id)</w:t>
        <w:br/>
        <w:t xml:space="preserve">        if job:</w:t>
        <w:br/>
        <w:t xml:space="preserve">            job.complete(result=retval)</w:t>
        <w:br/>
        <w:t xml:space="preserve">    def on_failure(</w:t>
        <w:br/>
        <w:t xml:space="preserve">        self,</w:t>
        <w:br/>
        <w:t xml:space="preserve">        exc: Exception,</w:t>
        <w:br/>
        <w:t xml:space="preserve">        task_id: str,</w:t>
        <w:br/>
        <w:t xml:space="preserve">        args: tuple[Any, ...],</w:t>
        <w:br/>
        <w:t xml:space="preserve">        kwargs: dict[str, Any],</w:t>
        <w:br/>
        <w:t xml:space="preserve">        einfo: Any,</w:t>
        <w:br/>
        <w:t xml:space="preserve">    ) -&gt; None:</w:t>
        <w:br/>
        <w:t xml:space="preserve">        """Отмечает задачу как завершённую с ошибкой."""</w:t>
        <w:br/>
        <w:t xml:space="preserve">        super().on_failure(exc, task_id, args, kwargs, einfo)</w:t>
        <w:br/>
        <w:t xml:space="preserve">        from apps.core.services import BackgroundJobService</w:t>
        <w:br/>
        <w:t xml:space="preserve">        job = BackgroundJobService.get_by_task_id_or_none(task_id)</w:t>
        <w:br/>
        <w:t xml:space="preserve">        if job:</w:t>
        <w:br/>
        <w:t xml:space="preserve">            job.fail(</w:t>
        <w:br/>
        <w:t xml:space="preserve">                error=str(exc),</w:t>
        <w:br/>
        <w:t xml:space="preserve">                traceback_str=str(einfo) if einfo else "",</w:t>
        <w:br/>
        <w:t xml:space="preserve">            )</w:t>
        <w:br/>
        <w:t xml:space="preserve">    def get_job(self):</w:t>
        <w:br/>
        <w:t xml:space="preserve">        """</w:t>
        <w:br/>
        <w:t xml:space="preserve">        Получить объект BackgroundJob для текущей задачи.</w:t>
        <w:br/>
        <w:t xml:space="preserve">        Использовать внутри задачи для обновления прогресса.</w:t>
        <w:br/>
        <w:t xml:space="preserve">        """</w:t>
        <w:br/>
        <w:t xml:space="preserve">        from apps.core.services import BackgroundJobService</w:t>
        <w:br/>
        <w:t xml:space="preserve">        return BackgroundJobService.get_by_task_id(self.request.id)</w:t>
      </w:r>
    </w:p>
    <w:p>
      <w:pPr>
        <w:pStyle w:val="Heading1"/>
      </w:pPr>
      <w:r>
        <w:t>src/apps/core/models.py</w:t>
      </w:r>
    </w:p>
    <w:p>
      <w:r>
        <w:t>"""</w:t>
        <w:br/>
        <w:t>Background Job Tracking - отслеживание статуса Celery задач.</w:t>
        <w:br/>
        <w:t>Предоставляет:</w:t>
        <w:br/>
        <w:t>- Модель для хранения информации о задачах</w:t>
        <w:br/>
        <w:t>- Сервис для управления задачами</w:t>
        <w:br/>
        <w:t>- API эндпоинты для получения статуса</w:t>
        <w:br/>
        <w:t>"""</w:t>
        <w:br/>
        <w:t>import uuid</w:t>
        <w:br/>
        <w:t>from typing import Any</w:t>
        <w:br/>
        <w:t>from apps.core.mixins import TimestampMixin</w:t>
        <w:br/>
        <w:t>from django.db import models</w:t>
        <w:br/>
        <w:t>from django.utils import timezone</w:t>
        <w:br/>
        <w:t>from django.utils.translation import gettext_lazy as _</w:t>
        <w:br/>
        <w:t>class JobStatus(models.TextChoices):</w:t>
        <w:br/>
        <w:t xml:space="preserve">    """Статусы фоновых задач."""</w:t>
        <w:br/>
        <w:t xml:space="preserve">    PENDING = "pending", _("Ожидает")</w:t>
        <w:br/>
        <w:t xml:space="preserve">    STARTED = "started", _("Выполняется")</w:t>
        <w:br/>
        <w:t xml:space="preserve">    SUCCESS = "success", _("Успешно")</w:t>
        <w:br/>
        <w:t xml:space="preserve">    FAILURE = "failure", _("Ошибка")</w:t>
        <w:br/>
        <w:t xml:space="preserve">    REVOKED = "revoked", _("Отменена")</w:t>
        <w:br/>
        <w:t xml:space="preserve">    RETRY = "retry", _("Повтор")</w:t>
        <w:br/>
        <w:t>class BackgroundJob(TimestampMixin, models.Model):</w:t>
        <w:br/>
        <w:t xml:space="preserve">    """</w:t>
        <w:br/>
        <w:t xml:space="preserve">    Модель для отслеживания фоновых задач Celery.</w:t>
        <w:br/>
        <w:t xml:space="preserve">    Позволяет:</w:t>
        <w:br/>
        <w:t xml:space="preserve">        - Отслеживать статус выполнения</w:t>
        <w:br/>
        <w:t xml:space="preserve">        - Хранить результат или ошибку</w:t>
        <w:br/>
        <w:t xml:space="preserve">        - Отображать прогресс выполнения</w:t>
        <w:br/>
        <w:t xml:space="preserve">        - Связывать задачу с пользователем</w:t>
        <w:br/>
        <w:t xml:space="preserve">    Использование в таске:</w:t>
        <w:br/>
        <w:t xml:space="preserve">        @shared_task(bind=True, base=TrackedTask)</w:t>
        <w:br/>
        <w:t xml:space="preserve">        def my_task(self, data):</w:t>
        <w:br/>
        <w:t xml:space="preserve">            job = BackgroundJob.objects.get(task_id=self.request.id)</w:t>
        <w:br/>
        <w:t xml:space="preserve">            job.update_progress(50, "Обработка...")</w:t>
        <w:br/>
        <w:t xml:space="preserve">            # ... логика</w:t>
        <w:br/>
        <w:t xml:space="preserve">            job.complete(result={"count": 100})</w:t>
        <w:br/>
        <w:t xml:space="preserve">    """</w:t>
        <w:br/>
        <w:t xml:space="preserve">    id = models.UUIDField(</w:t>
        <w:br/>
        <w:t xml:space="preserve">        primary_key=True,</w:t>
        <w:br/>
        <w:t xml:space="preserve">        default=uuid.uuid4,</w:t>
        <w:br/>
        <w:t xml:space="preserve">        editable=False,</w:t>
        <w:br/>
        <w:t xml:space="preserve">    )</w:t>
        <w:br/>
        <w:t xml:space="preserve">    task_id = models.CharField(</w:t>
        <w:br/>
        <w:t xml:space="preserve">        _("ID задачи Celery"),</w:t>
        <w:br/>
        <w:t xml:space="preserve">        max_length=255,</w:t>
        <w:br/>
        <w:t xml:space="preserve">        unique=True,</w:t>
        <w:br/>
        <w:t xml:space="preserve">        db_index=True,</w:t>
        <w:br/>
        <w:t xml:space="preserve">        help_text=_("Идентификатор задачи в Celery"),</w:t>
        <w:br/>
        <w:t xml:space="preserve">    )</w:t>
        <w:br/>
        <w:t xml:space="preserve">    task_name = models.CharField(</w:t>
        <w:br/>
        <w:t xml:space="preserve">        _("имя задачи"),</w:t>
        <w:br/>
        <w:t xml:space="preserve">        max_length=255,</w:t>
        <w:br/>
        <w:t xml:space="preserve">        db_index=True,</w:t>
        <w:br/>
        <w:t xml:space="preserve">        help_text=_("Полное имя задачи (например, apps.myapp.tasks.process_data)"),</w:t>
        <w:br/>
        <w:t xml:space="preserve">    )</w:t>
        <w:br/>
        <w:t xml:space="preserve">    status = models.CharField(</w:t>
        <w:br/>
        <w:t xml:space="preserve">        _("статус"),</w:t>
        <w:br/>
        <w:t xml:space="preserve">        max_length=20,</w:t>
        <w:br/>
        <w:t xml:space="preserve">        choices=JobStatus.choices,</w:t>
        <w:br/>
        <w:t xml:space="preserve">        default=JobStatus.PENDING,</w:t>
        <w:br/>
        <w:t xml:space="preserve">        db_index=True,</w:t>
        <w:br/>
        <w:t xml:space="preserve">    )</w:t>
        <w:br/>
        <w:t xml:space="preserve">    progress = models.PositiveSmallIntegerField(</w:t>
        <w:br/>
        <w:t xml:space="preserve">        _("прогресс"),</w:t>
        <w:br/>
        <w:t xml:space="preserve">        default=0,</w:t>
        <w:br/>
        <w:t xml:space="preserve">        help_text=_("Прогресс выполнения в процентах (0-100)"),</w:t>
        <w:br/>
        <w:t xml:space="preserve">    )</w:t>
        <w:br/>
        <w:t xml:space="preserve">    progress_message = models.CharField(</w:t>
        <w:br/>
        <w:t xml:space="preserve">        _("сообщение о прогрессе"),</w:t>
        <w:br/>
        <w:t xml:space="preserve">        max_length=500,</w:t>
        <w:br/>
        <w:t xml:space="preserve">        blank=True,</w:t>
        <w:br/>
        <w:t xml:space="preserve">        default="",</w:t>
        <w:br/>
        <w:t xml:space="preserve">    )</w:t>
        <w:br/>
        <w:t xml:space="preserve">    result = models.JSONField(</w:t>
        <w:br/>
        <w:t xml:space="preserve">        _("результат"),</w:t>
        <w:br/>
        <w:t xml:space="preserve">        null=True,</w:t>
        <w:br/>
        <w:t xml:space="preserve">        blank=True,</w:t>
        <w:br/>
        <w:t xml:space="preserve">        help_text=_("Результат выполнения задачи (JSON)"),</w:t>
        <w:br/>
        <w:t xml:space="preserve">    )</w:t>
        <w:br/>
        <w:t xml:space="preserve">    error = models.TextField(</w:t>
        <w:br/>
        <w:t xml:space="preserve">        _("ошибка"),</w:t>
        <w:br/>
        <w:t xml:space="preserve">        blank=True,</w:t>
        <w:br/>
        <w:t xml:space="preserve">        default="",</w:t>
        <w:br/>
        <w:t xml:space="preserve">        help_text=_("Текст ошибки при неудачном выполнении"),</w:t>
        <w:br/>
        <w:t xml:space="preserve">    )</w:t>
        <w:br/>
        <w:t xml:space="preserve">    traceback = models.TextField(</w:t>
        <w:br/>
        <w:t xml:space="preserve">        _("traceback"),</w:t>
        <w:br/>
        <w:t xml:space="preserve">        blank=True,</w:t>
        <w:br/>
        <w:t xml:space="preserve">        default="",</w:t>
        <w:br/>
        <w:t xml:space="preserve">        help_text=_("Полный traceback ошибки"),</w:t>
        <w:br/>
        <w:t xml:space="preserve">    )</w:t>
        <w:br/>
        <w:t xml:space="preserve">    started_at = models.DateTimeField(</w:t>
        <w:br/>
        <w:t xml:space="preserve">        _("время начала"),</w:t>
        <w:br/>
        <w:t xml:space="preserve">        null=True,</w:t>
        <w:br/>
        <w:t xml:space="preserve">        blank=True,</w:t>
        <w:br/>
        <w:t xml:space="preserve">    )</w:t>
        <w:br/>
        <w:t xml:space="preserve">    completed_at = models.DateTimeField(</w:t>
        <w:br/>
        <w:t xml:space="preserve">        _("время завершения"),</w:t>
        <w:br/>
        <w:t xml:space="preserve">        null=True,</w:t>
        <w:br/>
        <w:t xml:space="preserve">        blank=True,</w:t>
        <w:br/>
        <w:t xml:space="preserve">    )</w:t>
        <w:br/>
        <w:t xml:space="preserve">    # Опционально: связь с пользователем</w:t>
        <w:br/>
        <w:t xml:space="preserve">    user_id = models.PositiveIntegerField(</w:t>
        <w:br/>
        <w:t xml:space="preserve">        _("ID пользователя"),</w:t>
        <w:br/>
        <w:t xml:space="preserve">        null=True,</w:t>
        <w:br/>
        <w:t xml:space="preserve">        blank=True,</w:t>
        <w:br/>
        <w:t xml:space="preserve">        db_index=True,</w:t>
        <w:br/>
        <w:t xml:space="preserve">        help_text=_("ID пользователя, запустившего задачу"),</w:t>
        <w:br/>
        <w:t xml:space="preserve">    )</w:t>
        <w:br/>
        <w:t xml:space="preserve">    # Метаданные</w:t>
        <w:br/>
        <w:t xml:space="preserve">    meta = models.JSONField(</w:t>
        <w:br/>
        <w:t xml:space="preserve">        _("метаданные"),</w:t>
        <w:br/>
        <w:t xml:space="preserve">        default=dict,</w:t>
        <w:br/>
        <w:t xml:space="preserve">        blank=True,</w:t>
        <w:br/>
        <w:t xml:space="preserve">        help_text=_("Дополнительные данные задачи"),</w:t>
        <w:br/>
        <w:t xml:space="preserve">    )</w:t>
        <w:br/>
        <w:t xml:space="preserve">    class Meta:</w:t>
        <w:br/>
        <w:t xml:space="preserve">        verbose_name = _("фоновая задача")</w:t>
        <w:br/>
        <w:t xml:space="preserve">        verbose_name_plural = _("фоновые задачи")</w:t>
        <w:br/>
        <w:t xml:space="preserve">        ordering = ["-created_at"]</w:t>
        <w:br/>
        <w:t xml:space="preserve">        indexes = [</w:t>
        <w:br/>
        <w:t xml:space="preserve">            models.Index(fields=["status", "created_at"]),</w:t>
        <w:br/>
        <w:t xml:space="preserve">            models.Index(fields=["user_id", "status"]),</w:t>
        <w:br/>
        <w:t xml:space="preserve">            models.Index(fields=["task_name", "status"]),</w:t>
        <w:br/>
        <w:t xml:space="preserve">        ]</w:t>
        <w:br/>
        <w:t xml:space="preserve">    def __str__(self) -&gt; str:</w:t>
        <w:br/>
        <w:t xml:space="preserve">        return f"{self.task_name} ({self.status})"</w:t>
        <w:br/>
        <w:t xml:space="preserve">    # ==================== Методы обновления статуса ====================</w:t>
        <w:br/>
        <w:t xml:space="preserve">    def mark_started(self) -&gt; None:</w:t>
        <w:br/>
        <w:t xml:space="preserve">        """Отметить задачу как начатую."""</w:t>
        <w:br/>
        <w:t xml:space="preserve">        self.status = JobStatus.STARTED</w:t>
        <w:br/>
        <w:t xml:space="preserve">        self.started_at = timezone.now()</w:t>
        <w:br/>
        <w:t xml:space="preserve">        self.save(update_fields=["status", "started_at", "updated_at"])</w:t>
        <w:br/>
        <w:t xml:space="preserve">    def update_progress(self, progress: int, message: str = "") -&gt; None:</w:t>
        <w:br/>
        <w:t xml:space="preserve">        """</w:t>
        <w:br/>
        <w:t xml:space="preserve">        Обновить прогресс выполнения.</w:t>
        <w:br/>
        <w:t xml:space="preserve">        Args:</w:t>
        <w:br/>
        <w:t xml:space="preserve">            progress: Процент выполнения (0-100)</w:t>
        <w:br/>
        <w:t xml:space="preserve">            message: Описание текущего этапа</w:t>
        <w:br/>
        <w:t xml:space="preserve">        """</w:t>
        <w:br/>
        <w:t xml:space="preserve">        self.progress = min(max(progress, 0), 100)</w:t>
        <w:br/>
        <w:t xml:space="preserve">        self.progress_message = message</w:t>
        <w:br/>
        <w:t xml:space="preserve">        self.save(update_fields=["progress", "progress_message", "updated_at"])</w:t>
        <w:br/>
        <w:t xml:space="preserve">    def complete(self, result: Any = None) -&gt; None:</w:t>
        <w:br/>
        <w:t xml:space="preserve">        """</w:t>
        <w:br/>
        <w:t xml:space="preserve">        Отметить задачу как успешно завершённую.</w:t>
        <w:br/>
        <w:t xml:space="preserve">        Args:</w:t>
        <w:br/>
        <w:t xml:space="preserve">            result: Результат выполнения (сериализуемый в JSON)</w:t>
        <w:br/>
        <w:t xml:space="preserve">        """</w:t>
        <w:br/>
        <w:t xml:space="preserve">        self.status = JobStatus.SUCCESS</w:t>
        <w:br/>
        <w:t xml:space="preserve">        self.progress = 100</w:t>
        <w:br/>
        <w:t xml:space="preserve">        self.result = result</w:t>
        <w:br/>
        <w:t xml:space="preserve">        self.completed_at = timezone.now()</w:t>
        <w:br/>
        <w:t xml:space="preserve">        self.save(</w:t>
        <w:br/>
        <w:t xml:space="preserve">            update_fields=[</w:t>
        <w:br/>
        <w:t xml:space="preserve">                "status",</w:t>
        <w:br/>
        <w:t xml:space="preserve">                "progress",</w:t>
        <w:br/>
        <w:t xml:space="preserve">                "result",</w:t>
        <w:br/>
        <w:t xml:space="preserve">                "completed_at",</w:t>
        <w:br/>
        <w:t xml:space="preserve">                "updated_at",</w:t>
        <w:br/>
        <w:t xml:space="preserve">            ]</w:t>
        <w:br/>
        <w:t xml:space="preserve">        )</w:t>
        <w:br/>
        <w:t xml:space="preserve">    def fail(self, error: str, traceback_str: str = "") -&gt; None:</w:t>
        <w:br/>
        <w:t xml:space="preserve">        """</w:t>
        <w:br/>
        <w:t xml:space="preserve">        Отметить задачу как завершённую с ошибкой.</w:t>
        <w:br/>
        <w:t xml:space="preserve">        Args:</w:t>
        <w:br/>
        <w:t xml:space="preserve">            error: Текст ошибки</w:t>
        <w:br/>
        <w:t xml:space="preserve">            traceback_str: Полный traceback</w:t>
        <w:br/>
        <w:t xml:space="preserve">        """</w:t>
        <w:br/>
        <w:t xml:space="preserve">        self.status = JobStatus.FAILURE</w:t>
        <w:br/>
        <w:t xml:space="preserve">        self.error = str(error)</w:t>
        <w:br/>
        <w:t xml:space="preserve">        self.traceback = traceback_str</w:t>
        <w:br/>
        <w:t xml:space="preserve">        self.completed_at = timezone.now()</w:t>
        <w:br/>
        <w:t xml:space="preserve">        self.save(</w:t>
        <w:br/>
        <w:t xml:space="preserve">            update_fields=[</w:t>
        <w:br/>
        <w:t xml:space="preserve">                "status",</w:t>
        <w:br/>
        <w:t xml:space="preserve">                "error",</w:t>
        <w:br/>
        <w:t xml:space="preserve">                "traceback",</w:t>
        <w:br/>
        <w:t xml:space="preserve">                "completed_at",</w:t>
        <w:br/>
        <w:t xml:space="preserve">                "updated_at",</w:t>
        <w:br/>
        <w:t xml:space="preserve">            ]</w:t>
        <w:br/>
        <w:t xml:space="preserve">        )</w:t>
        <w:br/>
        <w:t xml:space="preserve">    def revoke(self) -&gt; None:</w:t>
        <w:br/>
        <w:t xml:space="preserve">        """Отметить задачу как отменённую."""</w:t>
        <w:br/>
        <w:t xml:space="preserve">        self.status = JobStatus.REVOKED</w:t>
        <w:br/>
        <w:t xml:space="preserve">        self.completed_at = timezone.now()</w:t>
        <w:br/>
        <w:t xml:space="preserve">        self.save(update_fields=["status", "completed_at", "updated_at"])</w:t>
        <w:br/>
        <w:t xml:space="preserve">    def mark_retry(self) -&gt; None:</w:t>
        <w:br/>
        <w:t xml:space="preserve">        """Отметить, что задача будет повторена."""</w:t>
        <w:br/>
        <w:t xml:space="preserve">        self.status = JobStatus.RETRY</w:t>
        <w:br/>
        <w:t xml:space="preserve">        self.save(update_fields=["status", "updated_at"])</w:t>
        <w:br/>
        <w:t xml:space="preserve">    # ==================== Свойства ====================</w:t>
        <w:br/>
        <w:t xml:space="preserve">    @property</w:t>
        <w:br/>
        <w:t xml:space="preserve">    def is_finished(self) -&gt; bool:</w:t>
        <w:br/>
        <w:t xml:space="preserve">        """Проверка, завершена ли задача."""</w:t>
        <w:br/>
        <w:t xml:space="preserve">        return self.status in (</w:t>
        <w:br/>
        <w:t xml:space="preserve">            JobStatus.SUCCESS,</w:t>
        <w:br/>
        <w:t xml:space="preserve">            JobStatus.FAILURE,</w:t>
        <w:br/>
        <w:t xml:space="preserve">            JobStatus.REVOKED,</w:t>
        <w:br/>
        <w:t xml:space="preserve">        )</w:t>
        <w:br/>
        <w:t xml:space="preserve">    @property</w:t>
        <w:br/>
        <w:t xml:space="preserve">    def is_successful(self) -&gt; bool:</w:t>
        <w:br/>
        <w:t xml:space="preserve">        """Проверка успешного завершения."""</w:t>
        <w:br/>
        <w:t xml:space="preserve">        return self.status == JobStatus.SUCCESS</w:t>
        <w:br/>
        <w:t xml:space="preserve">    @property</w:t>
        <w:br/>
        <w:t xml:space="preserve">    def duration(self) -&gt; float | None:</w:t>
        <w:br/>
        <w:t xml:space="preserve">        """Длительность выполнения в секундах."""</w:t>
        <w:br/>
        <w:t xml:space="preserve">        if self.started_at and self.completed_at:</w:t>
        <w:br/>
        <w:t xml:space="preserve">            return (self.completed_at - self.started_at).total_seconds()</w:t>
        <w:br/>
        <w:t xml:space="preserve">        return None</w:t>
      </w:r>
    </w:p>
    <w:p>
      <w:pPr>
        <w:pStyle w:val="Heading1"/>
      </w:pPr>
      <w:r>
        <w:t>src/apps/core/openapi.py</w:t>
      </w:r>
    </w:p>
    <w:p>
      <w:r>
        <w:t>"""</w:t>
        <w:br/>
        <w:t>Утилиты для документирования API (OpenAPI/Swagger).</w:t>
        <w:br/>
        <w:t>Предоставляет декораторы и утилиты для улучшения</w:t>
        <w:br/>
        <w:t>автоматически генерируемой документации.</w:t>
        <w:br/>
        <w:t>"""</w:t>
        <w:br/>
        <w:t>from typing import Any</w:t>
        <w:br/>
        <w:t>from drf_yasg import openapi</w:t>
        <w:br/>
        <w:t>from drf_yasg.utils import swagger_auto_schema</w:t>
        <w:br/>
        <w:t>def api_docs(</w:t>
        <w:br/>
        <w:t xml:space="preserve">    *,</w:t>
        <w:br/>
        <w:t xml:space="preserve">    summary: str,</w:t>
        <w:br/>
        <w:t xml:space="preserve">    description: str | None = None,</w:t>
        <w:br/>
        <w:t xml:space="preserve">    request_body: Any = None,</w:t>
        <w:br/>
        <w:t xml:space="preserve">    responses: dict[int, Any] | None = None,</w:t>
        <w:br/>
        <w:t xml:space="preserve">    tags: list[str] | None = None,</w:t>
        <w:br/>
        <w:t xml:space="preserve">    operation_id: str | None = None,</w:t>
        <w:br/>
        <w:t xml:space="preserve">    deprecated: bool = False,</w:t>
        <w:br/>
        <w:t xml:space="preserve">    security: list[dict[str, list[str]]] | None = None,</w:t>
        <w:br/>
        <w:t xml:space="preserve">    manual_parameters: list[openapi.Parameter] | None = None,</w:t>
        <w:br/>
        <w:t>):</w:t>
        <w:br/>
        <w:t xml:space="preserve">    """</w:t>
        <w:br/>
        <w:t xml:space="preserve">    Декоратор для документирования API эндпоинтов.</w:t>
        <w:br/>
        <w:t xml:space="preserve">    Упрощённая обёртка над swagger_auto_schema с поддержкой</w:t>
        <w:br/>
        <w:t xml:space="preserve">    типовых паттернов документирования.</w:t>
        <w:br/>
        <w:t xml:space="preserve">    Args:</w:t>
        <w:br/>
        <w:t xml:space="preserve">        summary: Краткое описание эндпоинта (отображается в списке)</w:t>
        <w:br/>
        <w:t xml:space="preserve">        description: Подробное описание (отображается при раскрытии)</w:t>
        <w:br/>
        <w:t xml:space="preserve">        request_body: Схема тела запроса (serializer или openapi.Schema)</w:t>
        <w:br/>
        <w:t xml:space="preserve">        responses: Словарь возможных ответов {status_code: schema}</w:t>
        <w:br/>
        <w:t xml:space="preserve">        tags: Теги для группировки в документации</w:t>
        <w:br/>
        <w:t xml:space="preserve">        operation_id: Уникальный идентификатор операции</w:t>
        <w:br/>
        <w:t xml:space="preserve">        deprecated: Пометить как устаревший</w:t>
        <w:br/>
        <w:t xml:space="preserve">        security: Требования безопасности</w:t>
        <w:br/>
        <w:t xml:space="preserve">        manual_parameters: Дополнительные параметры запроса</w:t>
        <w:br/>
        <w:t xml:space="preserve">    Пример использования:</w:t>
        <w:br/>
        <w:t xml:space="preserve">        class UserView(APIView):</w:t>
        <w:br/>
        <w:t xml:space="preserve">            @api_docs(</w:t>
        <w:br/>
        <w:t xml:space="preserve">                summary="Получить текущего пользователя",</w:t>
        <w:br/>
        <w:t xml:space="preserve">                description="Возвращает данные аутентифицированного пользователя",</w:t>
        <w:br/>
        <w:t xml:space="preserve">                responses={</w:t>
        <w:br/>
        <w:t xml:space="preserve">                    200: UserSerializer,</w:t>
        <w:br/>
        <w:t xml:space="preserve">                    401: "Не авторизован",</w:t>
        <w:br/>
        <w:t xml:space="preserve">                },</w:t>
        <w:br/>
        <w:t xml:space="preserve">                tags=["Пользователи"],</w:t>
        <w:br/>
        <w:t xml:space="preserve">            )</w:t>
        <w:br/>
        <w:t xml:space="preserve">            def get(self, request):</w:t>
        <w:br/>
        <w:t xml:space="preserve">                ...</w:t>
        <w:br/>
        <w:t xml:space="preserve">    """</w:t>
        <w:br/>
        <w:t xml:space="preserve">    # Преобразуем упрощённые responses в формат openapi</w:t>
        <w:br/>
        <w:t xml:space="preserve">    formatted_responses = {}</w:t>
        <w:br/>
        <w:t xml:space="preserve">    if responses:</w:t>
        <w:br/>
        <w:t xml:space="preserve">        for code, schema in responses.items():</w:t>
        <w:br/>
        <w:t xml:space="preserve">            if isinstance(schema, str):</w:t>
        <w:br/>
        <w:t xml:space="preserve">                # Простое текстовое описание</w:t>
        <w:br/>
        <w:t xml:space="preserve">                formatted_responses[code] = openapi.Response(description=schema)</w:t>
        <w:br/>
        <w:t xml:space="preserve">            elif isinstance(schema, type):</w:t>
        <w:br/>
        <w:t xml:space="preserve">                # Serializer class</w:t>
        <w:br/>
        <w:t xml:space="preserve">                formatted_responses[code] = openapi.Response(</w:t>
        <w:br/>
        <w:t xml:space="preserve">                    description=_get_status_description(code),</w:t>
        <w:br/>
        <w:t xml:space="preserve">                    schema=schema,</w:t>
        <w:br/>
        <w:t xml:space="preserve">                )</w:t>
        <w:br/>
        <w:t xml:space="preserve">            elif isinstance(schema, openapi.Response):</w:t>
        <w:br/>
        <w:t xml:space="preserve">                formatted_responses[code] = schema</w:t>
        <w:br/>
        <w:t xml:space="preserve">            else:</w:t>
        <w:br/>
        <w:t xml:space="preserve">                formatted_responses[code] = schema</w:t>
        <w:br/>
        <w:t xml:space="preserve">    return swagger_auto_schema(</w:t>
        <w:br/>
        <w:t xml:space="preserve">        operation_summary=summary,</w:t>
        <w:br/>
        <w:t xml:space="preserve">        operation_description=description,</w:t>
        <w:br/>
        <w:t xml:space="preserve">        request_body=request_body,</w:t>
        <w:br/>
        <w:t xml:space="preserve">        responses=formatted_responses or None,</w:t>
        <w:br/>
        <w:t xml:space="preserve">        tags=tags,</w:t>
        <w:br/>
        <w:t xml:space="preserve">        operation_id=operation_id,</w:t>
        <w:br/>
        <w:t xml:space="preserve">        deprecated=deprecated,</w:t>
        <w:br/>
        <w:t xml:space="preserve">        security=security,</w:t>
        <w:br/>
        <w:t xml:space="preserve">        manual_parameters=manual_parameters,</w:t>
        <w:br/>
        <w:t xml:space="preserve">    )</w:t>
        <w:br/>
        <w:t>def _get_status_description(status_code: int) -&gt; str:</w:t>
        <w:br/>
        <w:t xml:space="preserve">    """Возвращает описание HTTP статуса на русском."""</w:t>
        <w:br/>
        <w:t xml:space="preserve">    descriptions = {</w:t>
        <w:br/>
        <w:t xml:space="preserve">        200: "Успешный запрос",</w:t>
        <w:br/>
        <w:t xml:space="preserve">        201: "Ресурс создан",</w:t>
        <w:br/>
        <w:t xml:space="preserve">        204: "Успешно, без содержимого",</w:t>
        <w:br/>
        <w:t xml:space="preserve">        400: "Некорректный запрос",</w:t>
        <w:br/>
        <w:t xml:space="preserve">        401: "Не авторизован",</w:t>
        <w:br/>
        <w:t xml:space="preserve">        403: "Доступ запрещён",</w:t>
        <w:br/>
        <w:t xml:space="preserve">        404: "Ресурс не найден",</w:t>
        <w:br/>
        <w:t xml:space="preserve">        409: "Конфликт",</w:t>
        <w:br/>
        <w:t xml:space="preserve">        422: "Ошибка валидации",</w:t>
        <w:br/>
        <w:t xml:space="preserve">        429: "Слишком много запросов",</w:t>
        <w:br/>
        <w:t xml:space="preserve">        500: "Внутренняя ошибка сервера",</w:t>
        <w:br/>
        <w:t xml:space="preserve">    }</w:t>
        <w:br/>
        <w:t xml:space="preserve">    return descriptions.get(status_code, f"HTTP {status_code}")</w:t>
        <w:br/>
        <w:t># Предопределённые схемы ответов</w:t>
        <w:br/>
        <w:t>class CommonResponses:</w:t>
        <w:br/>
        <w:t xml:space="preserve">    """</w:t>
        <w:br/>
        <w:t xml:space="preserve">    Общие схемы ответов для документации.</w:t>
        <w:br/>
        <w:t xml:space="preserve">    Пример использования:</w:t>
        <w:br/>
        <w:t xml:space="preserve">        @api_docs(</w:t>
        <w:br/>
        <w:t xml:space="preserve">            summary="Удалить ресурс",</w:t>
        <w:br/>
        <w:t xml:space="preserve">            responses={</w:t>
        <w:br/>
        <w:t xml:space="preserve">                204: CommonResponses.NO_CONTENT,</w:t>
        <w:br/>
        <w:t xml:space="preserve">                404: CommonResponses.NOT_FOUND,</w:t>
        <w:br/>
        <w:t xml:space="preserve">            },</w:t>
        <w:br/>
        <w:t xml:space="preserve">        )</w:t>
        <w:br/>
        <w:t xml:space="preserve">        def delete(self, request, pk):</w:t>
        <w:br/>
        <w:t xml:space="preserve">            ...</w:t>
        <w:br/>
        <w:t xml:space="preserve">    """</w:t>
        <w:br/>
        <w:t xml:space="preserve">    SUCCESS = openapi.Response(</w:t>
        <w:br/>
        <w:t xml:space="preserve">        description="Успешный запрос",</w:t>
        <w:br/>
        <w:t xml:space="preserve">        schema=openapi.Schema(</w:t>
        <w:br/>
        <w:t xml:space="preserve">            type=openapi.TYPE_OBJECT,</w:t>
        <w:br/>
        <w:t xml:space="preserve">            properties={</w:t>
        <w:br/>
        <w:t xml:space="preserve">                "success": openapi.Schema(type=openapi.TYPE_BOOLEAN, default=True),</w:t>
        <w:br/>
        <w:t xml:space="preserve">                "data": openapi.Schema(type=openapi.TYPE_OBJECT),</w:t>
        <w:br/>
        <w:t xml:space="preserve">            },</w:t>
        <w:br/>
        <w:t xml:space="preserve">        ),</w:t>
        <w:br/>
        <w:t xml:space="preserve">    )</w:t>
        <w:br/>
        <w:t xml:space="preserve">    CREATED = openapi.Response(</w:t>
        <w:br/>
        <w:t xml:space="preserve">        description="Ресурс успешно создан",</w:t>
        <w:br/>
        <w:t xml:space="preserve">        schema=openapi.Schema(</w:t>
        <w:br/>
        <w:t xml:space="preserve">            type=openapi.TYPE_OBJECT,</w:t>
        <w:br/>
        <w:t xml:space="preserve">            properties={</w:t>
        <w:br/>
        <w:t xml:space="preserve">                "success": openapi.Schema(type=openapi.TYPE_BOOLEAN, default=True),</w:t>
        <w:br/>
        <w:t xml:space="preserve">                "data": openapi.Schema(type=openapi.TYPE_OBJECT),</w:t>
        <w:br/>
        <w:t xml:space="preserve">            },</w:t>
        <w:br/>
        <w:t xml:space="preserve">        ),</w:t>
        <w:br/>
        <w:t xml:space="preserve">    )</w:t>
        <w:br/>
        <w:t xml:space="preserve">    NO_CONTENT = openapi.Response(description="Успешно, без содержимого")</w:t>
        <w:br/>
        <w:t xml:space="preserve">    BAD_REQUEST = openapi.Response(</w:t>
        <w:br/>
        <w:t xml:space="preserve">        description="Некорректный запрос",</w:t>
        <w:br/>
        <w:t xml:space="preserve">        schema=openapi.Schema(</w:t>
        <w:br/>
        <w:t xml:space="preserve">            type=openapi.TYPE_OBJECT,</w:t>
        <w:br/>
        <w:t xml:space="preserve">            properties={</w:t>
        <w:br/>
        <w:t xml:space="preserve">                "success": openapi.Schema(type=openapi.TYPE_BOOLEAN, default=False),</w:t>
        <w:br/>
        <w:t xml:space="preserve">                "errors": openapi.Schema(</w:t>
        <w:br/>
        <w:t xml:space="preserve">                    type=openapi.TYPE_ARRAY,</w:t>
        <w:br/>
        <w:t xml:space="preserve">                    items=openapi.Schema(</w:t>
        <w:br/>
        <w:t xml:space="preserve">                        type=openapi.TYPE_OBJECT,</w:t>
        <w:br/>
        <w:t xml:space="preserve">                        properties={</w:t>
        <w:br/>
        <w:t xml:space="preserve">                            "code": openapi.Schema(type=openapi.TYPE_STRING),</w:t>
        <w:br/>
        <w:t xml:space="preserve">                            "message": openapi.Schema(type=openapi.TYPE_STRING),</w:t>
        <w:br/>
        <w:t xml:space="preserve">                        },</w:t>
        <w:br/>
        <w:t xml:space="preserve">                    ),</w:t>
        <w:br/>
        <w:t xml:space="preserve">                ),</w:t>
        <w:br/>
        <w:t xml:space="preserve">            },</w:t>
        <w:br/>
        <w:t xml:space="preserve">        ),</w:t>
        <w:br/>
        <w:t xml:space="preserve">    )</w:t>
        <w:br/>
        <w:t xml:space="preserve">    UNAUTHORIZED = openapi.Response(</w:t>
        <w:br/>
        <w:t xml:space="preserve">        description="Требуется аутентификация",</w:t>
        <w:br/>
        <w:t xml:space="preserve">        schema=openapi.Schema(</w:t>
        <w:br/>
        <w:t xml:space="preserve">            type=openapi.TYPE_OBJECT,</w:t>
        <w:br/>
        <w:t xml:space="preserve">            properties={</w:t>
        <w:br/>
        <w:t xml:space="preserve">                "detail": openapi.Schema(</w:t>
        <w:br/>
        <w:t xml:space="preserve">                    type=openapi.TYPE_STRING,</w:t>
        <w:br/>
        <w:t xml:space="preserve">                    default="Учётные данные не предоставлены.",</w:t>
        <w:br/>
        <w:t xml:space="preserve">                ),</w:t>
        <w:br/>
        <w:t xml:space="preserve">            },</w:t>
        <w:br/>
        <w:t xml:space="preserve">        ),</w:t>
        <w:br/>
        <w:t xml:space="preserve">    )</w:t>
        <w:br/>
        <w:t xml:space="preserve">    FORBIDDEN = openapi.Response(</w:t>
        <w:br/>
        <w:t xml:space="preserve">        description="Доступ запрещён",</w:t>
        <w:br/>
        <w:t xml:space="preserve">        schema=openapi.Schema(</w:t>
        <w:br/>
        <w:t xml:space="preserve">            type=openapi.TYPE_OBJECT,</w:t>
        <w:br/>
        <w:t xml:space="preserve">            properties={</w:t>
        <w:br/>
        <w:t xml:space="preserve">                "detail": openapi.Schema(</w:t>
        <w:br/>
        <w:t xml:space="preserve">                    type=openapi.TYPE_STRING,</w:t>
        <w:br/>
        <w:t xml:space="preserve">                    default="У вас нет прав для выполнения этого действия.",</w:t>
        <w:br/>
        <w:t xml:space="preserve">                ),</w:t>
        <w:br/>
        <w:t xml:space="preserve">            },</w:t>
        <w:br/>
        <w:t xml:space="preserve">        ),</w:t>
        <w:br/>
        <w:t xml:space="preserve">    )</w:t>
        <w:br/>
        <w:t xml:space="preserve">    NOT_FOUND = openapi.Response(</w:t>
        <w:br/>
        <w:t xml:space="preserve">        description="Ресурс не найден",</w:t>
        <w:br/>
        <w:t xml:space="preserve">        schema=openapi.Schema(</w:t>
        <w:br/>
        <w:t xml:space="preserve">            type=openapi.TYPE_OBJECT,</w:t>
        <w:br/>
        <w:t xml:space="preserve">            properties={</w:t>
        <w:br/>
        <w:t xml:space="preserve">                "success": openapi.Schema(type=openapi.TYPE_BOOLEAN, default=False),</w:t>
        <w:br/>
        <w:t xml:space="preserve">                "errors": openapi.Schema(</w:t>
        <w:br/>
        <w:t xml:space="preserve">                    type=openapi.TYPE_ARRAY,</w:t>
        <w:br/>
        <w:t xml:space="preserve">                    items=openapi.Schema(</w:t>
        <w:br/>
        <w:t xml:space="preserve">                        type=openapi.TYPE_OBJECT,</w:t>
        <w:br/>
        <w:t xml:space="preserve">                        properties={</w:t>
        <w:br/>
        <w:t xml:space="preserve">                            "code": openapi.Schema(</w:t>
        <w:br/>
        <w:t xml:space="preserve">                                type=openapi.TYPE_STRING, default="not_found"</w:t>
        <w:br/>
        <w:t xml:space="preserve">                            ),</w:t>
        <w:br/>
        <w:t xml:space="preserve">                            "message": openapi.Schema(</w:t>
        <w:br/>
        <w:t xml:space="preserve">                                type=openapi.TYPE_STRING, default="Ресурс не найден"</w:t>
        <w:br/>
        <w:t xml:space="preserve">                            ),</w:t>
        <w:br/>
        <w:t xml:space="preserve">                        },</w:t>
        <w:br/>
        <w:t xml:space="preserve">                    ),</w:t>
        <w:br/>
        <w:t xml:space="preserve">                ),</w:t>
        <w:br/>
        <w:t xml:space="preserve">            },</w:t>
        <w:br/>
        <w:t xml:space="preserve">        ),</w:t>
        <w:br/>
        <w:t xml:space="preserve">    )</w:t>
        <w:br/>
        <w:t xml:space="preserve">    VALIDATION_ERROR = openapi.Response(</w:t>
        <w:br/>
        <w:t xml:space="preserve">        description="Ошибка валидации",</w:t>
        <w:br/>
        <w:t xml:space="preserve">        schema=openapi.Schema(</w:t>
        <w:br/>
        <w:t xml:space="preserve">            type=openapi.TYPE_OBJECT,</w:t>
        <w:br/>
        <w:t xml:space="preserve">            properties={</w:t>
        <w:br/>
        <w:t xml:space="preserve">                "success": openapi.Schema(type=openapi.TYPE_BOOLEAN, default=False),</w:t>
        <w:br/>
        <w:t xml:space="preserve">                "errors": openapi.Schema(</w:t>
        <w:br/>
        <w:t xml:space="preserve">                    type=openapi.TYPE_ARRAY,</w:t>
        <w:br/>
        <w:t xml:space="preserve">                    items=openapi.Schema(</w:t>
        <w:br/>
        <w:t xml:space="preserve">                        type=openapi.TYPE_OBJECT,</w:t>
        <w:br/>
        <w:t xml:space="preserve">                        properties={</w:t>
        <w:br/>
        <w:t xml:space="preserve">                            "code": openapi.Schema(type=openapi.TYPE_STRING),</w:t>
        <w:br/>
        <w:t xml:space="preserve">                            "message": openapi.Schema(type=openapi.TYPE_STRING),</w:t>
        <w:br/>
        <w:t xml:space="preserve">                            "details": openapi.Schema(type=openapi.TYPE_OBJECT),</w:t>
        <w:br/>
        <w:t xml:space="preserve">                        },</w:t>
        <w:br/>
        <w:t xml:space="preserve">                    ),</w:t>
        <w:br/>
        <w:t xml:space="preserve">                ),</w:t>
        <w:br/>
        <w:t xml:space="preserve">            },</w:t>
        <w:br/>
        <w:t xml:space="preserve">        ),</w:t>
        <w:br/>
        <w:t xml:space="preserve">    )</w:t>
        <w:br/>
        <w:t xml:space="preserve">    RATE_LIMITED = openapi.Response(</w:t>
        <w:br/>
        <w:t xml:space="preserve">        description="Превышен лимит запросов",</w:t>
        <w:br/>
        <w:t xml:space="preserve">        schema=openapi.Schema(</w:t>
        <w:br/>
        <w:t xml:space="preserve">            type=openapi.TYPE_OBJECT,</w:t>
        <w:br/>
        <w:t xml:space="preserve">            properties={</w:t>
        <w:br/>
        <w:t xml:space="preserve">                "detail": openapi.Schema(</w:t>
        <w:br/>
        <w:t xml:space="preserve">                    type=openapi.TYPE_STRING,</w:t>
        <w:br/>
        <w:t xml:space="preserve">                    default="Превышен лимит запросов. Повторите позже.",</w:t>
        <w:br/>
        <w:t xml:space="preserve">                ),</w:t>
        <w:br/>
        <w:t xml:space="preserve">            },</w:t>
        <w:br/>
        <w:t xml:space="preserve">        ),</w:t>
        <w:br/>
        <w:t xml:space="preserve">    )</w:t>
        <w:br/>
        <w:t xml:space="preserve">    SERVER_ERROR = openapi.Response(</w:t>
        <w:br/>
        <w:t xml:space="preserve">        description="Внутренняя ошибка сервера",</w:t>
        <w:br/>
        <w:t xml:space="preserve">        schema=openapi.Schema(</w:t>
        <w:br/>
        <w:t xml:space="preserve">            type=openapi.TYPE_OBJECT,</w:t>
        <w:br/>
        <w:t xml:space="preserve">            properties={</w:t>
        <w:br/>
        <w:t xml:space="preserve">                "success": openapi.Schema(type=openapi.TYPE_BOOLEAN, default=False),</w:t>
        <w:br/>
        <w:t xml:space="preserve">                "errors": openapi.Schema(</w:t>
        <w:br/>
        <w:t xml:space="preserve">                    type=openapi.TYPE_ARRAY,</w:t>
        <w:br/>
        <w:t xml:space="preserve">                    items=openapi.Schema(</w:t>
        <w:br/>
        <w:t xml:space="preserve">                        type=openapi.TYPE_OBJECT,</w:t>
        <w:br/>
        <w:t xml:space="preserve">                        properties={</w:t>
        <w:br/>
        <w:t xml:space="preserve">                            "code": openapi.Schema(</w:t>
        <w:br/>
        <w:t xml:space="preserve">                                type=openapi.TYPE_STRING, default="internal_error"</w:t>
        <w:br/>
        <w:t xml:space="preserve">                            ),</w:t>
        <w:br/>
        <w:t xml:space="preserve">                            "message": openapi.Schema(</w:t>
        <w:br/>
        <w:t xml:space="preserve">                                type=openapi.TYPE_STRING,</w:t>
        <w:br/>
        <w:t xml:space="preserve">                                default="Внутренняя ошибка сервера",</w:t>
        <w:br/>
        <w:t xml:space="preserve">                            ),</w:t>
        <w:br/>
        <w:t xml:space="preserve">                        },</w:t>
        <w:br/>
        <w:t xml:space="preserve">                    ),</w:t>
        <w:br/>
        <w:t xml:space="preserve">                ),</w:t>
        <w:br/>
        <w:t xml:space="preserve">            },</w:t>
        <w:br/>
        <w:t xml:space="preserve">        ),</w:t>
        <w:br/>
        <w:t xml:space="preserve">    )</w:t>
        <w:br/>
        <w:t># Параметры запроса</w:t>
        <w:br/>
        <w:t>class CommonParameters:</w:t>
        <w:br/>
        <w:t xml:space="preserve">    """</w:t>
        <w:br/>
        <w:t xml:space="preserve">    Общие параметры для документации API.</w:t>
        <w:br/>
        <w:t xml:space="preserve">    Пример использования:</w:t>
        <w:br/>
        <w:t xml:space="preserve">        @api_docs(</w:t>
        <w:br/>
        <w:t xml:space="preserve">            summary="Список ресурсов",</w:t>
        <w:br/>
        <w:t xml:space="preserve">            manual_parameters=[</w:t>
        <w:br/>
        <w:t xml:space="preserve">                CommonParameters.PAGE,</w:t>
        <w:br/>
        <w:t xml:space="preserve">                CommonParameters.PAGE_SIZE,</w:t>
        <w:br/>
        <w:t xml:space="preserve">                CommonParameters.SEARCH,</w:t>
        <w:br/>
        <w:t xml:space="preserve">            ],</w:t>
        <w:br/>
        <w:t xml:space="preserve">        )</w:t>
        <w:br/>
        <w:t xml:space="preserve">        def get(self, request):</w:t>
        <w:br/>
        <w:t xml:space="preserve">            ...</w:t>
        <w:br/>
        <w:t xml:space="preserve">    """</w:t>
        <w:br/>
        <w:t xml:space="preserve">    PAGE = openapi.Parameter(</w:t>
        <w:br/>
        <w:t xml:space="preserve">        name="page",</w:t>
        <w:br/>
        <w:t xml:space="preserve">        in_=openapi.IN_QUERY,</w:t>
        <w:br/>
        <w:t xml:space="preserve">        type=openapi.TYPE_INTEGER,</w:t>
        <w:br/>
        <w:t xml:space="preserve">        description="Номер страницы",</w:t>
        <w:br/>
        <w:t xml:space="preserve">        default=1,</w:t>
        <w:br/>
        <w:t xml:space="preserve">    )</w:t>
        <w:br/>
        <w:t xml:space="preserve">    PAGE_SIZE = openapi.Parameter(</w:t>
        <w:br/>
        <w:t xml:space="preserve">        name="page_size",</w:t>
        <w:br/>
        <w:t xml:space="preserve">        in_=openapi.IN_QUERY,</w:t>
        <w:br/>
        <w:t xml:space="preserve">        type=openapi.TYPE_INTEGER,</w:t>
        <w:br/>
        <w:t xml:space="preserve">        description="Количество элементов на странице",</w:t>
        <w:br/>
        <w:t xml:space="preserve">        default=20,</w:t>
        <w:br/>
        <w:t xml:space="preserve">    )</w:t>
        <w:br/>
        <w:t xml:space="preserve">    SEARCH = openapi.Parameter(</w:t>
        <w:br/>
        <w:t xml:space="preserve">        name="search",</w:t>
        <w:br/>
        <w:t xml:space="preserve">        in_=openapi.IN_QUERY,</w:t>
        <w:br/>
        <w:t xml:space="preserve">        type=openapi.TYPE_STRING,</w:t>
        <w:br/>
        <w:t xml:space="preserve">        description="Поисковый запрос",</w:t>
        <w:br/>
        <w:t xml:space="preserve">    )</w:t>
        <w:br/>
        <w:t xml:space="preserve">    ORDERING = openapi.Parameter(</w:t>
        <w:br/>
        <w:t xml:space="preserve">        name="ordering",</w:t>
        <w:br/>
        <w:t xml:space="preserve">        in_=openapi.IN_QUERY,</w:t>
        <w:br/>
        <w:t xml:space="preserve">        type=openapi.TYPE_STRING,</w:t>
        <w:br/>
        <w:t xml:space="preserve">        description="Поле сортировки (префикс '-' для убывания)",</w:t>
        <w:br/>
        <w:t xml:space="preserve">    )</w:t>
        <w:br/>
        <w:t xml:space="preserve">    ID = openapi.Parameter(</w:t>
        <w:br/>
        <w:t xml:space="preserve">        name="id",</w:t>
        <w:br/>
        <w:t xml:space="preserve">        in_=openapi.IN_PATH,</w:t>
        <w:br/>
        <w:t xml:space="preserve">        type=openapi.TYPE_INTEGER,</w:t>
        <w:br/>
        <w:t xml:space="preserve">        description="ID ресурса",</w:t>
        <w:br/>
        <w:t xml:space="preserve">        required=True,</w:t>
        <w:br/>
        <w:t xml:space="preserve">    )</w:t>
        <w:br/>
        <w:t>def paginated_response(serializer_class: type) -&gt; openapi.Response:</w:t>
        <w:br/>
        <w:t xml:space="preserve">    """</w:t>
        <w:br/>
        <w:t xml:space="preserve">    Создаёт схему пагинированного ответа.</w:t>
        <w:br/>
        <w:t xml:space="preserve">    Пример использования:</w:t>
        <w:br/>
        <w:t xml:space="preserve">        @api_docs(</w:t>
        <w:br/>
        <w:t xml:space="preserve">            summary="Список пользователей",</w:t>
        <w:br/>
        <w:t xml:space="preserve">            responses={200: paginated_response(UserSerializer)},</w:t>
        <w:br/>
        <w:t xml:space="preserve">        )</w:t>
        <w:br/>
        <w:t xml:space="preserve">        def get(self, request):</w:t>
        <w:br/>
        <w:t xml:space="preserve">            ...</w:t>
        <w:br/>
        <w:t xml:space="preserve">    """</w:t>
        <w:br/>
        <w:t xml:space="preserve">    return openapi.Response(</w:t>
        <w:br/>
        <w:t xml:space="preserve">        description="Пагинированный список",</w:t>
        <w:br/>
        <w:t xml:space="preserve">        schema=openapi.Schema(</w:t>
        <w:br/>
        <w:t xml:space="preserve">            type=openapi.TYPE_OBJECT,</w:t>
        <w:br/>
        <w:t xml:space="preserve">            properties={</w:t>
        <w:br/>
        <w:t xml:space="preserve">                "success": openapi.Schema(type=openapi.TYPE_BOOLEAN, default=True),</w:t>
        <w:br/>
        <w:t xml:space="preserve">                "data": openapi.Schema(</w:t>
        <w:br/>
        <w:t xml:space="preserve">                    type=openapi.TYPE_ARRAY,</w:t>
        <w:br/>
        <w:t xml:space="preserve">                    items=openapi.Schema(type=openapi.TYPE_OBJECT),</w:t>
        <w:br/>
        <w:t xml:space="preserve">                ),</w:t>
        <w:br/>
        <w:t xml:space="preserve">                "meta": openapi.Schema(</w:t>
        <w:br/>
        <w:t xml:space="preserve">                    type=openapi.TYPE_OBJECT,</w:t>
        <w:br/>
        <w:t xml:space="preserve">                    properties={</w:t>
        <w:br/>
        <w:t xml:space="preserve">                        "pagination": openapi.Schema(</w:t>
        <w:br/>
        <w:t xml:space="preserve">                            type=openapi.TYPE_OBJECT,</w:t>
        <w:br/>
        <w:t xml:space="preserve">                            properties={</w:t>
        <w:br/>
        <w:t xml:space="preserve">                                "count": openapi.Schema(type=openapi.TYPE_INTEGER),</w:t>
        <w:br/>
        <w:t xml:space="preserve">                                "page": openapi.Schema(type=openapi.TYPE_INTEGER),</w:t>
        <w:br/>
        <w:t xml:space="preserve">                                "page_size": openapi.Schema(type=openapi.TYPE_INTEGER),</w:t>
        <w:br/>
        <w:t xml:space="preserve">                                "total_pages": openapi.Schema(</w:t>
        <w:br/>
        <w:t xml:space="preserve">                                    type=openapi.TYPE_INTEGER</w:t>
        <w:br/>
        <w:t xml:space="preserve">                                ),</w:t>
        <w:br/>
        <w:t xml:space="preserve">                            },</w:t>
        <w:br/>
        <w:t xml:space="preserve">                        ),</w:t>
        <w:br/>
        <w:t xml:space="preserve">                    },</w:t>
        <w:br/>
        <w:t xml:space="preserve">                ),</w:t>
        <w:br/>
        <w:t xml:space="preserve">            },</w:t>
        <w:br/>
        <w:t xml:space="preserve">        ),</w:t>
        <w:br/>
        <w:t xml:space="preserve">    )</w:t>
      </w:r>
    </w:p>
    <w:p>
      <w:pPr>
        <w:pStyle w:val="Heading1"/>
      </w:pPr>
      <w:r>
        <w:t>src/apps/core/viewsets.py</w:t>
      </w:r>
    </w:p>
    <w:p>
      <w:r>
        <w:t>"""</w:t>
        <w:br/>
        <w:t>Базовые ViewSet классы для API.</w:t>
        <w:br/>
        <w:t>Предоставляет переиспользуемые ViewSet с общей логикой.</w:t>
        <w:br/>
        <w:t>"""</w:t>
        <w:br/>
        <w:t>import logging</w:t>
        <w:br/>
        <w:t>from typing import Any, Generic, TypeVar</w:t>
        <w:br/>
        <w:t>from apps.core.pagination import StandardPagination</w:t>
        <w:br/>
        <w:t>from apps.core.response import api_error_response, api_response</w:t>
        <w:br/>
        <w:t>from django.db.models import Model, QuerySet</w:t>
        <w:br/>
        <w:t>from django_filters import rest_framework as filters</w:t>
        <w:br/>
        <w:t>from rest_framework import status, viewsets</w:t>
        <w:br/>
        <w:t>from rest_framework.filters import OrderingFilter, SearchFilter</w:t>
        <w:br/>
        <w:t>from rest_framework.permissions import IsAuthenticated</w:t>
        <w:br/>
        <w:t>from rest_framework.request import Request</w:t>
        <w:br/>
        <w:t>from rest_framework.response import Response</w:t>
        <w:br/>
        <w:t>from rest_framework.serializers import Serializer</w:t>
        <w:br/>
        <w:t>logger = logging.getLogger(__name__)</w:t>
        <w:br/>
        <w:t>M = TypeVar("M", bound=Model)</w:t>
        <w:br/>
        <w:t>class BaseViewSet(viewsets.ModelViewSet, Generic[M]):</w:t>
        <w:br/>
        <w:t xml:space="preserve">    """</w:t>
        <w:br/>
        <w:t xml:space="preserve">    Базовый ViewSet с общей логикой для CRUD операций.</w:t>
        <w:br/>
        <w:t xml:space="preserve">    Особенности:</w:t>
        <w:br/>
        <w:t xml:space="preserve">    - Унифицированный формат ответов</w:t>
        <w:br/>
        <w:t xml:space="preserve">    - Стандартная пагинация</w:t>
        <w:br/>
        <w:t xml:space="preserve">    - Фильтрация, поиск, сортировка</w:t>
        <w:br/>
        <w:t xml:space="preserve">    - Логирование операций</w:t>
        <w:br/>
        <w:t xml:space="preserve">    - Автоматическая оптимизация запросов</w:t>
        <w:br/>
        <w:t xml:space="preserve">    - Обработка ошибок</w:t>
        <w:br/>
        <w:t xml:space="preserve">    Пример использования:</w:t>
        <w:br/>
        <w:t xml:space="preserve">        class ArticleViewSet(BaseViewSet[Article]):</w:t>
        <w:br/>
        <w:t xml:space="preserve">            queryset = Article.objects.all()</w:t>
        <w:br/>
        <w:t xml:space="preserve">            serializer_class = ArticleSerializer</w:t>
        <w:br/>
        <w:t xml:space="preserve">            filterset_class = ArticleFilter</w:t>
        <w:br/>
        <w:t xml:space="preserve">            search_fields = ['title', 'content']</w:t>
        <w:br/>
        <w:t xml:space="preserve">            ordering_fields = ['created_at', 'title']</w:t>
        <w:br/>
        <w:t xml:space="preserve">            # Оптимизация запросов (декларативно)</w:t>
        <w:br/>
        <w:t xml:space="preserve">            select_related_fields = ['author', 'category']</w:t>
        <w:br/>
        <w:t xml:space="preserve">            prefetch_related_fields = ['tags', 'comments']</w:t>
        <w:br/>
        <w:t xml:space="preserve">            defer_fields = ['full_text']  # Тяжёлые поля</w:t>
        <w:br/>
        <w:t xml:space="preserve">    """</w:t>
        <w:br/>
        <w:t xml:space="preserve">    pagination_class = StandardPagination</w:t>
        <w:br/>
        <w:t xml:space="preserve">    permission_classes = [IsAuthenticated]</w:t>
        <w:br/>
        <w:t xml:space="preserve">    filter_backends = [</w:t>
        <w:br/>
        <w:t xml:space="preserve">        filters.DjangoFilterBackend,</w:t>
        <w:br/>
        <w:t xml:space="preserve">        SearchFilter,</w:t>
        <w:br/>
        <w:t xml:space="preserve">        OrderingFilter,</w:t>
        <w:br/>
        <w:t xml:space="preserve">    ]</w:t>
        <w:br/>
        <w:t xml:space="preserve">    ordering = ["-created_at"]</w:t>
        <w:br/>
        <w:t xml:space="preserve">    # Оптимизация запросов (декларативный подход)</w:t>
        <w:br/>
        <w:t xml:space="preserve">    select_related_fields: list[str] = []</w:t>
        <w:br/>
        <w:t xml:space="preserve">    prefetch_related_fields: list[str] = []</w:t>
        <w:br/>
        <w:t xml:space="preserve">    only_fields: list[str] = []  # Только эти поля (list)</w:t>
        <w:br/>
        <w:t xml:space="preserve">    defer_fields: list[str] = []  # Исключить эти поля (detail)</w:t>
        <w:br/>
        <w:t xml:space="preserve">    # Можно переопределить для разных action'ов</w:t>
        <w:br/>
        <w:t xml:space="preserve">    serializer_classes: dict[str, type[Serializer[Any]]] = {}</w:t>
        <w:br/>
        <w:t xml:space="preserve">    def get_serializer_class(self) -&gt; type[Serializer[Any]]:</w:t>
        <w:br/>
        <w:t xml:space="preserve">        """Возвращает serializer в зависимости от action."""</w:t>
        <w:br/>
        <w:t xml:space="preserve">        if self.action in self.serializer_classes:</w:t>
        <w:br/>
        <w:t xml:space="preserve">            return self.serializer_classes[self.action]</w:t>
        <w:br/>
        <w:t xml:space="preserve">        return super().get_serializer_class()</w:t>
        <w:br/>
        <w:t xml:space="preserve">    def get_queryset(self) -&gt; QuerySet[M]:</w:t>
        <w:br/>
        <w:t xml:space="preserve">        """Возвращает базовый queryset с оптимизациями."""</w:t>
        <w:br/>
        <w:t xml:space="preserve">        queryset = super().get_queryset()</w:t>
        <w:br/>
        <w:t xml:space="preserve">        # Декларативные оптимизации (новый стиль)</w:t>
        <w:br/>
        <w:t xml:space="preserve">        if self.select_related_fields:</w:t>
        <w:br/>
        <w:t xml:space="preserve">            queryset = queryset.select_related(*self.select_related_fields)</w:t>
        <w:br/>
        <w:t xml:space="preserve">        if self.prefetch_related_fields:</w:t>
        <w:br/>
        <w:t xml:space="preserve">            queryset = queryset.prefetch_related(*self.prefetch_related_fields)</w:t>
        <w:br/>
        <w:t xml:space="preserve">        # only/defer только для list</w:t>
        <w:br/>
        <w:t xml:space="preserve">        if self.action == "list":</w:t>
        <w:br/>
        <w:t xml:space="preserve">            if self.only_fields:</w:t>
        <w:br/>
        <w:t xml:space="preserve">                queryset = queryset.only(*self.only_fields)</w:t>
        <w:br/>
        <w:t xml:space="preserve">            elif self.defer_fields:</w:t>
        <w:br/>
        <w:t xml:space="preserve">                queryset = queryset.defer(*self.defer_fields)</w:t>
        <w:br/>
        <w:t xml:space="preserve">        # Старый стиль (обратная совместимость)</w:t>
        <w:br/>
        <w:t xml:space="preserve">        if (</w:t>
        <w:br/>
        <w:t xml:space="preserve">            hasattr(self, "select_related_fields")</w:t>
        <w:br/>
        <w:t xml:space="preserve">            and not self.select_related_fields</w:t>
        <w:br/>
        <w:t xml:space="preserve">            and hasattr(self, "_select_related")</w:t>
        <w:br/>
        <w:t xml:space="preserve">        ):</w:t>
        <w:br/>
        <w:t xml:space="preserve">            queryset = queryset.select_related(*self._select_related)</w:t>
        <w:br/>
        <w:t xml:space="preserve">        if (</w:t>
        <w:br/>
        <w:t xml:space="preserve">            hasattr(self, "prefetch_related_fields")</w:t>
        <w:br/>
        <w:t xml:space="preserve">            and not self.prefetch_related_fields</w:t>
        <w:br/>
        <w:t xml:space="preserve">            and hasattr(self, "_prefetch_related")</w:t>
        <w:br/>
        <w:t xml:space="preserve">        ):</w:t>
        <w:br/>
        <w:t xml:space="preserve">            queryset = queryset.prefetch_related(*self._prefetch_related)</w:t>
        <w:br/>
        <w:t xml:space="preserve">        return queryset</w:t>
        <w:br/>
        <w:t xml:space="preserve">    def list(self, request: Request, *args: Any, **kwargs: Any) -&gt; Response:</w:t>
        <w:br/>
        <w:t xml:space="preserve">        """Получение списка объектов."""</w:t>
        <w:br/>
        <w:t xml:space="preserve">        queryset = self.filter_queryset(self.get_queryset())</w:t>
        <w:br/>
        <w:t xml:space="preserve">        page = self.paginate_queryset(queryset)</w:t>
        <w:br/>
        <w:t xml:space="preserve">        if page is not None:</w:t>
        <w:br/>
        <w:t xml:space="preserve">            serializer = self.get_serializer(page, many=True)</w:t>
        <w:br/>
        <w:t xml:space="preserve">            return self.get_paginated_response(serializer.data)</w:t>
        <w:br/>
        <w:t xml:space="preserve">        serializer = self.get_serializer(queryset, many=True)</w:t>
        <w:br/>
        <w:t xml:space="preserve">        return api_response(serializer.data)</w:t>
        <w:br/>
        <w:t xml:space="preserve">    def retrieve(self, request: Request, *args: Any, **kwargs: Any) -&gt; Response:</w:t>
        <w:br/>
        <w:t xml:space="preserve">        """Получение одного объекта."""</w:t>
        <w:br/>
        <w:t xml:space="preserve">        instance = self.get_object()</w:t>
        <w:br/>
        <w:t xml:space="preserve">        serializer = self.get_serializer(instance)</w:t>
        <w:br/>
        <w:t xml:space="preserve">        return api_response(serializer.data)</w:t>
        <w:br/>
        <w:t xml:space="preserve">    def create(self, request: Request, *args: Any, **kwargs: Any) -&gt; Response:</w:t>
        <w:br/>
        <w:t xml:space="preserve">        """Создание объекта."""</w:t>
        <w:br/>
        <w:t xml:space="preserve">        serializer = self.get_serializer(data=request.data)</w:t>
        <w:br/>
        <w:t xml:space="preserve">        serializer.is_valid(raise_exception=True)</w:t>
        <w:br/>
        <w:t xml:space="preserve">        self.perform_create(serializer)</w:t>
        <w:br/>
        <w:t xml:space="preserve">        logger.info(</w:t>
        <w:br/>
        <w:t xml:space="preserve">            f"Created {self.get_queryset().model.__name__}",</w:t>
        <w:br/>
        <w:t xml:space="preserve">            extra={</w:t>
        <w:br/>
        <w:t xml:space="preserve">                "model": self.get_queryset().model.__name__,</w:t>
        <w:br/>
        <w:t xml:space="preserve">                "user_id": request.user.id if request.user.is_authenticated else None,</w:t>
        <w:br/>
        <w:t xml:space="preserve">            },</w:t>
        <w:br/>
        <w:t xml:space="preserve">        )</w:t>
        <w:br/>
        <w:t xml:space="preserve">        return api_response(</w:t>
        <w:br/>
        <w:t xml:space="preserve">            serializer.data,</w:t>
        <w:br/>
        <w:t xml:space="preserve">            status_code=status.HTTP_201_CREATED,</w:t>
        <w:br/>
        <w:t xml:space="preserve">        )</w:t>
        <w:br/>
        <w:t xml:space="preserve">    def perform_create(self, serializer: Serializer[Any]) -&gt; M:</w:t>
        <w:br/>
        <w:t xml:space="preserve">        """Выполняет создание объекта. Можно переопределить для добавления логики."""</w:t>
        <w:br/>
        <w:t xml:space="preserve">        return serializer.save()</w:t>
        <w:br/>
        <w:t xml:space="preserve">    def update(self, request: Request, *args: Any, **kwargs: Any) -&gt; Response:</w:t>
        <w:br/>
        <w:t xml:space="preserve">        """Полное обновление объекта."""</w:t>
        <w:br/>
        <w:t xml:space="preserve">        partial = kwargs.pop("partial", False)</w:t>
        <w:br/>
        <w:t xml:space="preserve">        instance = self.get_object()</w:t>
        <w:br/>
        <w:t xml:space="preserve">        serializer = self.get_serializer(instance, data=request.data, partial=partial)</w:t>
        <w:br/>
        <w:t xml:space="preserve">        serializer.is_valid(raise_exception=True)</w:t>
        <w:br/>
        <w:t xml:space="preserve">        self.perform_update(serializer)</w:t>
        <w:br/>
        <w:t xml:space="preserve">        logger.info(</w:t>
        <w:br/>
        <w:t xml:space="preserve">            f"Updated {self.get_queryset().model.__name__}",</w:t>
        <w:br/>
        <w:t xml:space="preserve">            extra={</w:t>
        <w:br/>
        <w:t xml:space="preserve">                "model": self.get_queryset().model.__name__,</w:t>
        <w:br/>
        <w:t xml:space="preserve">                "instance_id": instance.pk,</w:t>
        <w:br/>
        <w:t xml:space="preserve">                "user_id": request.user.id if request.user.is_authenticated else None,</w:t>
        <w:br/>
        <w:t xml:space="preserve">            },</w:t>
        <w:br/>
        <w:t xml:space="preserve">        )</w:t>
        <w:br/>
        <w:t xml:space="preserve">        return api_response(serializer.data)</w:t>
        <w:br/>
        <w:t xml:space="preserve">    def perform_update(self, serializer: Serializer[Any]) -&gt; M:</w:t>
        <w:br/>
        <w:t xml:space="preserve">        """Выполняет обновление объекта."""</w:t>
        <w:br/>
        <w:t xml:space="preserve">        return serializer.save()</w:t>
        <w:br/>
        <w:t xml:space="preserve">    def destroy(self, request: Request, *args: Any, **kwargs: Any) -&gt; Response:</w:t>
        <w:br/>
        <w:t xml:space="preserve">        """Удаление объекта."""</w:t>
        <w:br/>
        <w:t xml:space="preserve">        instance = self.get_object()</w:t>
        <w:br/>
        <w:t xml:space="preserve">        instance_id = instance.pk</w:t>
        <w:br/>
        <w:t xml:space="preserve">        self.perform_destroy(instance)</w:t>
        <w:br/>
        <w:t xml:space="preserve">        logger.info(</w:t>
        <w:br/>
        <w:t xml:space="preserve">            f"Deleted {self.get_queryset().model.__name__}",</w:t>
        <w:br/>
        <w:t xml:space="preserve">            extra={</w:t>
        <w:br/>
        <w:t xml:space="preserve">                "model": self.get_queryset().model.__name__,</w:t>
        <w:br/>
        <w:t xml:space="preserve">                "instance_id": instance_id,</w:t>
        <w:br/>
        <w:t xml:space="preserve">                "user_id": request.user.id if request.user.is_authenticated else None,</w:t>
        <w:br/>
        <w:t xml:space="preserve">            },</w:t>
        <w:br/>
        <w:t xml:space="preserve">        )</w:t>
        <w:br/>
        <w:t xml:space="preserve">        return Response(status=status.HTTP_204_NO_CONTENT)</w:t>
        <w:br/>
        <w:t xml:space="preserve">    def perform_destroy(self, instance: M) -&gt; None:</w:t>
        <w:br/>
        <w:t xml:space="preserve">        """Выполняет удаление объекта."""</w:t>
        <w:br/>
        <w:t xml:space="preserve">        instance.delete()</w:t>
        <w:br/>
        <w:t>class ReadOnlyViewSet(viewsets.ReadOnlyModelViewSet, Generic[M]):</w:t>
        <w:br/>
        <w:t xml:space="preserve">    """</w:t>
        <w:br/>
        <w:t xml:space="preserve">    ViewSet только для чтения.</w:t>
        <w:br/>
        <w:t xml:space="preserve">    Предоставляет только list и retrieve действия.</w:t>
        <w:br/>
        <w:t xml:space="preserve">    Пример использования:</w:t>
        <w:br/>
        <w:t xml:space="preserve">        class PublicArticleViewSet(ReadOnlyViewSet[Article]):</w:t>
        <w:br/>
        <w:t xml:space="preserve">            queryset = Article.objects.filter(is_published=True)</w:t>
        <w:br/>
        <w:t xml:space="preserve">            serializer_class = ArticleSerializer</w:t>
        <w:br/>
        <w:t xml:space="preserve">            permission_classes = [AllowAny]</w:t>
        <w:br/>
        <w:t xml:space="preserve">    """</w:t>
        <w:br/>
        <w:t xml:space="preserve">    pagination_class = StandardPagination</w:t>
        <w:br/>
        <w:t xml:space="preserve">    filter_backends = [</w:t>
        <w:br/>
        <w:t xml:space="preserve">        filters.DjangoFilterBackend,</w:t>
        <w:br/>
        <w:t xml:space="preserve">        SearchFilter,</w:t>
        <w:br/>
        <w:t xml:space="preserve">        OrderingFilter,</w:t>
        <w:br/>
        <w:t xml:space="preserve">    ]</w:t>
        <w:br/>
        <w:t xml:space="preserve">    ordering = ["-created_at"]</w:t>
        <w:br/>
        <w:t xml:space="preserve">    def list(self, request: Request, *args: Any, **kwargs: Any) -&gt; Response:</w:t>
        <w:br/>
        <w:t xml:space="preserve">        """Получение списка объектов."""</w:t>
        <w:br/>
        <w:t xml:space="preserve">        queryset = self.filter_queryset(self.get_queryset())</w:t>
        <w:br/>
        <w:t xml:space="preserve">        page = self.paginate_queryset(queryset)</w:t>
        <w:br/>
        <w:t xml:space="preserve">        if page is not None:</w:t>
        <w:br/>
        <w:t xml:space="preserve">            serializer = self.get_serializer(page, many=True)</w:t>
        <w:br/>
        <w:t xml:space="preserve">            return self.get_paginated_response(serializer.data)</w:t>
        <w:br/>
        <w:t xml:space="preserve">        serializer = self.get_serializer(queryset, many=True)</w:t>
        <w:br/>
        <w:t xml:space="preserve">        return api_response(serializer.data)</w:t>
        <w:br/>
        <w:t xml:space="preserve">    def retrieve(self, request: Request, *args: Any, **kwargs: Any) -&gt; Response:</w:t>
        <w:br/>
        <w:t xml:space="preserve">        """Получение одного объекта."""</w:t>
        <w:br/>
        <w:t xml:space="preserve">        instance = self.get_object()</w:t>
        <w:br/>
        <w:t xml:space="preserve">        serializer = self.get_serializer(instance)</w:t>
        <w:br/>
        <w:t xml:space="preserve">        return api_response(serializer.data)</w:t>
        <w:br/>
        <w:t>class OwnerViewSet(BaseViewSet[M]):</w:t>
        <w:br/>
        <w:t xml:space="preserve">    """</w:t>
        <w:br/>
        <w:t xml:space="preserve">    ViewSet с фильтрацией по владельцу.</w:t>
        <w:br/>
        <w:t xml:space="preserve">    Автоматически фильтрует queryset по текущему пользователю</w:t>
        <w:br/>
        <w:t xml:space="preserve">    и устанавливает владельца при создании.</w:t>
        <w:br/>
        <w:t xml:space="preserve">    Атрибуты:</w:t>
        <w:br/>
        <w:t xml:space="preserve">        owner_field: Имя поля владельца (по умолчанию 'user')</w:t>
        <w:br/>
        <w:t xml:space="preserve">    Пример использования:</w:t>
        <w:br/>
        <w:t xml:space="preserve">        class MyTaskViewSet(OwnerViewSet[Task]):</w:t>
        <w:br/>
        <w:t xml:space="preserve">            queryset = Task.objects.all()</w:t>
        <w:br/>
        <w:t xml:space="preserve">            serializer_class = TaskSerializer</w:t>
        <w:br/>
        <w:t xml:space="preserve">            owner_field = 'owner'  # или 'user'</w:t>
        <w:br/>
        <w:t xml:space="preserve">    """</w:t>
        <w:br/>
        <w:t xml:space="preserve">    owner_field = "user"</w:t>
        <w:br/>
        <w:t xml:space="preserve">    def get_queryset(self) -&gt; QuerySet[M]:</w:t>
        <w:br/>
        <w:t xml:space="preserve">        """Фильтрует queryset по текущему пользователю."""</w:t>
        <w:br/>
        <w:t xml:space="preserve">        queryset = super().get_queryset()</w:t>
        <w:br/>
        <w:t xml:space="preserve">        if self.request.user.is_authenticated:</w:t>
        <w:br/>
        <w:t xml:space="preserve">            filter_kwargs = {self.owner_field: self.request.user}</w:t>
        <w:br/>
        <w:t xml:space="preserve">            queryset = queryset.filter(**filter_kwargs)</w:t>
        <w:br/>
        <w:t xml:space="preserve">        return queryset</w:t>
        <w:br/>
        <w:t xml:space="preserve">    def perform_create(self, serializer: Serializer[Any]) -&gt; M:</w:t>
        <w:br/>
        <w:t xml:space="preserve">        """Устанавливает владельца при создании."""</w:t>
        <w:br/>
        <w:t xml:space="preserve">        return serializer.save(**{self.owner_field: self.request.user})</w:t>
        <w:br/>
        <w:t>class BulkMixin:</w:t>
        <w:br/>
        <w:t xml:space="preserve">    """</w:t>
        <w:br/>
        <w:t xml:space="preserve">    Миксин для массовых операций в ViewSet.</w:t>
        <w:br/>
        <w:t xml:space="preserve">    Добавляет возможность создания/обновления/удаления</w:t>
        <w:br/>
        <w:t xml:space="preserve">    нескольких объектов за один запрос.</w:t>
        <w:br/>
        <w:t xml:space="preserve">    Пример использования:</w:t>
        <w:br/>
        <w:t xml:space="preserve">        class ArticleViewSet(BulkMixin, BaseViewSet[Article]):</w:t>
        <w:br/>
        <w:t xml:space="preserve">            ...</w:t>
        <w:br/>
        <w:t xml:space="preserve">        # POST /articles/bulk_create/</w:t>
        <w:br/>
        <w:t xml:space="preserve">        # {"items": [{"title": "A"}, {"title": "B"}]}</w:t>
        <w:br/>
        <w:t xml:space="preserve">        # PATCH /articles/bulk_update/</w:t>
        <w:br/>
        <w:t xml:space="preserve">        # {"items": [{"id": 1, "title": "A updated"}, {"id": 2, "title": "B updated"}]}</w:t>
        <w:br/>
        <w:t xml:space="preserve">        # DELETE /articles/bulk_delete/</w:t>
        <w:br/>
        <w:t xml:space="preserve">        # {"ids": [1, 2, 3]}</w:t>
        <w:br/>
        <w:t xml:space="preserve">    Для использования добавьте в urls.py:</w:t>
        <w:br/>
        <w:t xml:space="preserve">        from rest_framework.decorators import action</w:t>
        <w:br/>
        <w:t xml:space="preserve">        class MyViewSet(BulkMixin, BaseViewSet[MyModel]):</w:t>
        <w:br/>
        <w:t xml:space="preserve">            @action(detail=False, methods=['post'])</w:t>
        <w:br/>
        <w:t xml:space="preserve">            def bulk_create(self, request):</w:t>
        <w:br/>
        <w:t xml:space="preserve">                return super().bulk_create(request)</w:t>
        <w:br/>
        <w:t xml:space="preserve">            @action(detail=False, methods=['patch'])</w:t>
        <w:br/>
        <w:t xml:space="preserve">            def bulk_update(self, request):</w:t>
        <w:br/>
        <w:t xml:space="preserve">                return super().bulk_update(request)</w:t>
        <w:br/>
        <w:t xml:space="preserve">            @action(detail=False, methods=['delete'])</w:t>
        <w:br/>
        <w:t xml:space="preserve">            def bulk_delete(self, request):</w:t>
        <w:br/>
        <w:t xml:space="preserve">                return super().bulk_delete(request)</w:t>
        <w:br/>
        <w:t xml:space="preserve">    """</w:t>
        <w:br/>
        <w:t xml:space="preserve">    # Максимальное количество объектов для bulk операций</w:t>
        <w:br/>
        <w:t xml:space="preserve">    bulk_max_items: int = 100</w:t>
        <w:br/>
        <w:t xml:space="preserve">    def bulk_create(self, request: Request) -&gt; Response:</w:t>
        <w:br/>
        <w:t xml:space="preserve">        """</w:t>
        <w:br/>
        <w:t xml:space="preserve">        Массовое создание объектов.</w:t>
        <w:br/>
        <w:t xml:space="preserve">        Ожидает: {"items": [{...}, {...}]}</w:t>
        <w:br/>
        <w:t xml:space="preserve">        """</w:t>
        <w:br/>
        <w:t xml:space="preserve">        items = request.data.get("items", [])</w:t>
        <w:br/>
        <w:t xml:space="preserve">        if not items:</w:t>
        <w:br/>
        <w:t xml:space="preserve">            return api_error_response(</w:t>
        <w:br/>
        <w:t xml:space="preserve">                [{"code": "invalid_data", "message": "Список items пуст"}],</w:t>
        <w:br/>
        <w:t xml:space="preserve">                status_code=status.HTTP_400_BAD_REQUEST,</w:t>
        <w:br/>
        <w:t xml:space="preserve">            )</w:t>
        <w:br/>
        <w:t xml:space="preserve">        if len(items) &gt; self.bulk_max_items:</w:t>
        <w:br/>
        <w:t xml:space="preserve">            return api_error_response(</w:t>
        <w:br/>
        <w:t xml:space="preserve">                [</w:t>
        <w:br/>
        <w:t xml:space="preserve">                    {</w:t>
        <w:br/>
        <w:t xml:space="preserve">                        "code": "too_many_items",</w:t>
        <w:br/>
        <w:t xml:space="preserve">                        "message": f"Максимум {self.bulk_max_items} объектов за запрос",</w:t>
        <w:br/>
        <w:t xml:space="preserve">                    }</w:t>
        <w:br/>
        <w:t xml:space="preserve">                ],</w:t>
        <w:br/>
        <w:t xml:space="preserve">                status_code=status.HTTP_400_BAD_REQUEST,</w:t>
        <w:br/>
        <w:t xml:space="preserve">            )</w:t>
        <w:br/>
        <w:t xml:space="preserve">        serializer = self.get_serializer(data=items, many=True)  # type: ignore</w:t>
        <w:br/>
        <w:t xml:space="preserve">        serializer.is_valid(raise_exception=True)</w:t>
        <w:br/>
        <w:t xml:space="preserve">        instances = serializer.save()</w:t>
        <w:br/>
        <w:t xml:space="preserve">        logger.info(</w:t>
        <w:br/>
        <w:t xml:space="preserve">            f"Bulk created {len(instances)} {self.get_queryset().model.__name__}",</w:t>
        <w:br/>
        <w:t xml:space="preserve">            extra={</w:t>
        <w:br/>
        <w:t xml:space="preserve">                "model": self.get_queryset().model.__name__,</w:t>
        <w:br/>
        <w:t xml:space="preserve">                "count": len(instances),</w:t>
        <w:br/>
        <w:t xml:space="preserve">                "user_id": request.user.id if request.user.is_authenticated else None,</w:t>
        <w:br/>
        <w:t xml:space="preserve">            },</w:t>
        <w:br/>
        <w:t xml:space="preserve">        )</w:t>
        <w:br/>
        <w:t xml:space="preserve">        return api_response(</w:t>
        <w:br/>
        <w:t xml:space="preserve">            self.get_serializer(instances, many=True).data,  # type: ignore</w:t>
        <w:br/>
        <w:t xml:space="preserve">            status_code=status.HTTP_201_CREATED,</w:t>
        <w:br/>
        <w:t xml:space="preserve">        )</w:t>
        <w:br/>
        <w:t xml:space="preserve">    def bulk_update(self, request: Request) -&gt; Response:</w:t>
        <w:br/>
        <w:t xml:space="preserve">        """</w:t>
        <w:br/>
        <w:t xml:space="preserve">        Массовое обновление объектов.</w:t>
        <w:br/>
        <w:t xml:space="preserve">        Ожидает: {"items": [{"id": 1, "field": "value"}, ...]}</w:t>
        <w:br/>
        <w:t xml:space="preserve">        """</w:t>
        <w:br/>
        <w:t xml:space="preserve">        items = request.data.get("items", [])</w:t>
        <w:br/>
        <w:t xml:space="preserve">        if not items:</w:t>
        <w:br/>
        <w:t xml:space="preserve">            return api_error_response(</w:t>
        <w:br/>
        <w:t xml:space="preserve">                [{"code": "invalid_data", "message": "Список items пуст"}],</w:t>
        <w:br/>
        <w:t xml:space="preserve">                status_code=status.HTTP_400_BAD_REQUEST,</w:t>
        <w:br/>
        <w:t xml:space="preserve">            )</w:t>
        <w:br/>
        <w:t xml:space="preserve">        if len(items) &gt; self.bulk_max_items:</w:t>
        <w:br/>
        <w:t xml:space="preserve">            return api_error_response(</w:t>
        <w:br/>
        <w:t xml:space="preserve">                [</w:t>
        <w:br/>
        <w:t xml:space="preserve">                    {</w:t>
        <w:br/>
        <w:t xml:space="preserve">                        "code": "too_many_items",</w:t>
        <w:br/>
        <w:t xml:space="preserve">                        "message": f"Максимум {self.bulk_max_items} объектов за запрос",</w:t>
        <w:br/>
        <w:t xml:space="preserve">                    }</w:t>
        <w:br/>
        <w:t xml:space="preserve">                ],</w:t>
        <w:br/>
        <w:t xml:space="preserve">                status_code=status.HTTP_400_BAD_REQUEST,</w:t>
        <w:br/>
        <w:t xml:space="preserve">            )</w:t>
        <w:br/>
        <w:t xml:space="preserve">        # Собираем ID и получаем объекты</w:t>
        <w:br/>
        <w:t xml:space="preserve">        ids = [item.get("id") for item in items if item.get("id")]</w:t>
        <w:br/>
        <w:t xml:space="preserve">        if not ids:</w:t>
        <w:br/>
        <w:t xml:space="preserve">            return api_error_response(</w:t>
        <w:br/>
        <w:t xml:space="preserve">                [</w:t>
        <w:br/>
        <w:t xml:space="preserve">                    {</w:t>
        <w:br/>
        <w:t xml:space="preserve">                        "code": "missing_ids",</w:t>
        <w:br/>
        <w:t xml:space="preserve">                        "message": "Все элементы должны содержать id",</w:t>
        <w:br/>
        <w:t xml:space="preserve">                    }</w:t>
        <w:br/>
        <w:t xml:space="preserve">                ],</w:t>
        <w:br/>
        <w:t xml:space="preserve">                status_code=status.HTTP_400_BAD_REQUEST,</w:t>
        <w:br/>
        <w:t xml:space="preserve">            )</w:t>
        <w:br/>
        <w:t xml:space="preserve">        instances_dict = {obj.pk: obj for obj in self.get_queryset().filter(pk__in=ids)}  # type: ignore</w:t>
        <w:br/>
        <w:t xml:space="preserve">        updated_instances = []</w:t>
        <w:br/>
        <w:t xml:space="preserve">        errors = []</w:t>
        <w:br/>
        <w:t xml:space="preserve">        for item in items:</w:t>
        <w:br/>
        <w:t xml:space="preserve">            item_id = item.get("id")</w:t>
        <w:br/>
        <w:t xml:space="preserve">            if item_id not in instances_dict:</w:t>
        <w:br/>
        <w:t xml:space="preserve">                errors.append({"id": item_id, "error": "Объект не найден"})</w:t>
        <w:br/>
        <w:t xml:space="preserve">                continue</w:t>
        <w:br/>
        <w:t xml:space="preserve">            instance = instances_dict[item_id]</w:t>
        <w:br/>
        <w:t xml:space="preserve">            serializer = self.get_serializer(instance, data=item, partial=True)  # type: ignore</w:t>
        <w:br/>
        <w:t xml:space="preserve">            if serializer.is_valid():</w:t>
        <w:br/>
        <w:t xml:space="preserve">                serializer.save()</w:t>
        <w:br/>
        <w:t xml:space="preserve">                updated_instances.append(serializer.data)</w:t>
        <w:br/>
        <w:t xml:space="preserve">            else:</w:t>
        <w:br/>
        <w:t xml:space="preserve">                errors.append({"id": item_id, "errors": serializer.errors})</w:t>
        <w:br/>
        <w:t xml:space="preserve">        logger.info(</w:t>
        <w:br/>
        <w:t xml:space="preserve">            f"Bulk updated {len(updated_instances)} {self.get_queryset().model.__name__}",</w:t>
        <w:br/>
        <w:t xml:space="preserve">            extra={</w:t>
        <w:br/>
        <w:t xml:space="preserve">                "model": self.get_queryset().model.__name__,</w:t>
        <w:br/>
        <w:t xml:space="preserve">                "count": len(updated_instances),</w:t>
        <w:br/>
        <w:t xml:space="preserve">                "errors": len(errors),</w:t>
        <w:br/>
        <w:t xml:space="preserve">                "user_id": request.user.id if request.user.is_authenticated else None,</w:t>
        <w:br/>
        <w:t xml:space="preserve">            },</w:t>
        <w:br/>
        <w:t xml:space="preserve">        )</w:t>
        <w:br/>
        <w:t xml:space="preserve">        return api_response(</w:t>
        <w:br/>
        <w:t xml:space="preserve">            {</w:t>
        <w:br/>
        <w:t xml:space="preserve">                "updated": updated_instances,</w:t>
        <w:br/>
        <w:t xml:space="preserve">                "errors": errors,</w:t>
        <w:br/>
        <w:t xml:space="preserve">            }</w:t>
        <w:br/>
        <w:t xml:space="preserve">        )</w:t>
        <w:br/>
        <w:t xml:space="preserve">    def bulk_delete(self, request: Request) -&gt; Response:</w:t>
        <w:br/>
        <w:t xml:space="preserve">        """</w:t>
        <w:br/>
        <w:t xml:space="preserve">        Массовое удаление объектов.</w:t>
        <w:br/>
        <w:t xml:space="preserve">        Ожидает: {"ids": [1, 2, 3]}</w:t>
        <w:br/>
        <w:t xml:space="preserve">        """</w:t>
        <w:br/>
        <w:t xml:space="preserve">        ids = request.data.get("ids", [])</w:t>
        <w:br/>
        <w:t xml:space="preserve">        if not ids:</w:t>
        <w:br/>
        <w:t xml:space="preserve">            return api_error_response(</w:t>
        <w:br/>
        <w:t xml:space="preserve">                [{"code": "invalid_data", "message": "Список ids пуст"}],</w:t>
        <w:br/>
        <w:t xml:space="preserve">                status_code=status.HTTP_400_BAD_REQUEST,</w:t>
        <w:br/>
        <w:t xml:space="preserve">            )</w:t>
        <w:br/>
        <w:t xml:space="preserve">        if len(ids) &gt; self.bulk_max_items:</w:t>
        <w:br/>
        <w:t xml:space="preserve">            return api_error_response(</w:t>
        <w:br/>
        <w:t xml:space="preserve">                [</w:t>
        <w:br/>
        <w:t xml:space="preserve">                    {</w:t>
        <w:br/>
        <w:t xml:space="preserve">                        "code": "too_many_items",</w:t>
        <w:br/>
        <w:t xml:space="preserve">                        "message": f"Максимум {self.bulk_max_items} объектов за запрос",</w:t>
        <w:br/>
        <w:t xml:space="preserve">                    }</w:t>
        <w:br/>
        <w:t xml:space="preserve">                ],</w:t>
        <w:br/>
        <w:t xml:space="preserve">                status_code=status.HTTP_400_BAD_REQUEST,</w:t>
        <w:br/>
        <w:t xml:space="preserve">            )</w:t>
        <w:br/>
        <w:t xml:space="preserve">        queryset = self.get_queryset().filter(pk__in=ids)  # type: ignore</w:t>
        <w:br/>
        <w:t xml:space="preserve">        count = queryset.count()</w:t>
        <w:br/>
        <w:t xml:space="preserve">        queryset.delete()</w:t>
        <w:br/>
        <w:t xml:space="preserve">        logger.info(</w:t>
        <w:br/>
        <w:t xml:space="preserve">            f"Bulk deleted {count} {self.get_queryset().model.__name__}",</w:t>
        <w:br/>
        <w:t xml:space="preserve">            extra={</w:t>
        <w:br/>
        <w:t xml:space="preserve">                "model": self.get_queryset().model.__name__,</w:t>
        <w:br/>
        <w:t xml:space="preserve">                "count": count,</w:t>
        <w:br/>
        <w:t xml:space="preserve">                "user_id": request.user.id if request.user.is_authenticated else None,</w:t>
        <w:br/>
        <w:t xml:space="preserve">            },</w:t>
        <w:br/>
        <w:t xml:space="preserve">        )</w:t>
        <w:br/>
        <w:t xml:space="preserve">        return api_response({"deleted": count})</w:t>
      </w:r>
    </w:p>
    <w:p>
      <w:pPr>
        <w:pStyle w:val="Heading1"/>
      </w:pPr>
      <w:r>
        <w:t>src/apps/core/serializers.py</w:t>
      </w:r>
    </w:p>
    <w:p>
      <w:r>
        <w:t>"""</w:t>
        <w:br/>
        <w:t>Сериализаторы для apps.core.</w:t>
        <w:br/>
        <w:t>Содержит сериализаторы для:</w:t>
        <w:br/>
        <w:t>- BackgroundJob - статус фоновых задач</w:t>
        <w:br/>
        <w:t>"""</w:t>
        <w:br/>
        <w:t>from rest_framework import serializers</w:t>
        <w:br/>
        <w:t>class BackgroundJobSerializer(serializers.Serializer):</w:t>
        <w:br/>
        <w:t xml:space="preserve">    """</w:t>
        <w:br/>
        <w:t xml:space="preserve">    Сериализатор для отображения статуса фоновой задачи.</w:t>
        <w:br/>
        <w:t xml:space="preserve">    Используется для API ответов о статусе задач.</w:t>
        <w:br/>
        <w:t xml:space="preserve">    """</w:t>
        <w:br/>
        <w:t xml:space="preserve">    id = serializers.UUIDField(read_only=True)</w:t>
        <w:br/>
        <w:t xml:space="preserve">    task_id = serializers.CharField(read_only=True)</w:t>
        <w:br/>
        <w:t xml:space="preserve">    task_name = serializers.CharField(read_only=True)</w:t>
        <w:br/>
        <w:t xml:space="preserve">    status = serializers.CharField(read_only=True)</w:t>
        <w:br/>
        <w:t xml:space="preserve">    progress = serializers.IntegerField(read_only=True)</w:t>
        <w:br/>
        <w:t xml:space="preserve">    progress_message = serializers.CharField(read_only=True)</w:t>
        <w:br/>
        <w:t xml:space="preserve">    result = serializers.JSONField(read_only=True)</w:t>
        <w:br/>
        <w:t xml:space="preserve">    error = serializers.CharField(read_only=True)</w:t>
        <w:br/>
        <w:t xml:space="preserve">    started_at = serializers.DateTimeField(read_only=True)</w:t>
        <w:br/>
        <w:t xml:space="preserve">    completed_at = serializers.DateTimeField(read_only=True)</w:t>
        <w:br/>
        <w:t xml:space="preserve">    created_at = serializers.DateTimeField(read_only=True)</w:t>
        <w:br/>
        <w:t xml:space="preserve">    duration = serializers.FloatField(read_only=True, source="duration")</w:t>
        <w:br/>
        <w:t xml:space="preserve">    # Вычисляемые поля</w:t>
        <w:br/>
        <w:t xml:space="preserve">    is_finished = serializers.BooleanField(read_only=True)</w:t>
        <w:br/>
        <w:t xml:space="preserve">    is_successful = serializers.BooleanField(read_only=True)</w:t>
        <w:br/>
        <w:t>class BackgroundJobListSerializer(serializers.Serializer):</w:t>
        <w:br/>
        <w:t xml:space="preserve">    """</w:t>
        <w:br/>
        <w:t xml:space="preserve">    Краткий сериализатор для списка задач.</w:t>
        <w:br/>
        <w:t xml:space="preserve">    """</w:t>
        <w:br/>
        <w:t xml:space="preserve">    id = serializers.UUIDField(read_only=True)</w:t>
        <w:br/>
        <w:t xml:space="preserve">    task_id = serializers.CharField(read_only=True)</w:t>
        <w:br/>
        <w:t xml:space="preserve">    task_name = serializers.CharField(read_only=True)</w:t>
        <w:br/>
        <w:t xml:space="preserve">    status = serializers.CharField(read_only=True)</w:t>
        <w:br/>
        <w:t xml:space="preserve">    progress = serializers.IntegerField(read_only=True)</w:t>
        <w:br/>
        <w:t xml:space="preserve">    created_at = serializers.DateTimeField(read_only=True)</w:t>
        <w:br/>
        <w:t xml:space="preserve">    is_finished = serializers.BooleanField(read_only=True)</w:t>
      </w:r>
    </w:p>
    <w:p>
      <w:pPr>
        <w:pStyle w:val="Heading1"/>
      </w:pPr>
      <w:r>
        <w:t>src/apps/core/cache.py</w:t>
      </w:r>
    </w:p>
    <w:p>
      <w:r>
        <w:t>"""</w:t>
        <w:br/>
        <w:t>Декораторы кэширования для сервисного слоя.</w:t>
        <w:br/>
        <w:t>Предоставляет удобные декораторы для кэширования результатов методов.</w:t>
        <w:br/>
        <w:t>"""</w:t>
        <w:br/>
        <w:t>import functools</w:t>
        <w:br/>
        <w:t>import hashlib</w:t>
        <w:br/>
        <w:t>import json</w:t>
        <w:br/>
        <w:t>import logging</w:t>
        <w:br/>
        <w:t>from collections.abc import Callable</w:t>
        <w:br/>
        <w:t>from typing import Any, TypeVar</w:t>
        <w:br/>
        <w:t>from django.core.cache import cache</w:t>
        <w:br/>
        <w:t>logger = logging.getLogger(__name__)</w:t>
        <w:br/>
        <w:t>F = TypeVar("F", bound=Callable[..., Any])</w:t>
        <w:br/>
        <w:t>def cache_result(</w:t>
        <w:br/>
        <w:t xml:space="preserve">    timeout: int = 300,</w:t>
        <w:br/>
        <w:t xml:space="preserve">    key_prefix: str = "",</w:t>
        <w:br/>
        <w:t xml:space="preserve">    key_builder: Callable[..., str] | None = None,</w:t>
        <w:br/>
        <w:t>) -&gt; Callable[[F], F]:</w:t>
        <w:br/>
        <w:t xml:space="preserve">    """</w:t>
        <w:br/>
        <w:t xml:space="preserve">    Декоратор для кэширования результата функции/метода.</w:t>
        <w:br/>
        <w:t xml:space="preserve">    Args:</w:t>
        <w:br/>
        <w:t xml:space="preserve">        timeout: Время жизни кэша в секундах (по умолчанию 5 минут)</w:t>
        <w:br/>
        <w:t xml:space="preserve">        key_prefix: Префикс для ключа кэша</w:t>
        <w:br/>
        <w:t xml:space="preserve">        key_builder: Функция для построения ключа кэша</w:t>
        <w:br/>
        <w:t xml:space="preserve">    Пример использования:</w:t>
        <w:br/>
        <w:t xml:space="preserve">        class UserService:</w:t>
        <w:br/>
        <w:t xml:space="preserve">            @classmethod</w:t>
        <w:br/>
        <w:t xml:space="preserve">            @cache_result(timeout=600, key_prefix="user")</w:t>
        <w:br/>
        <w:t xml:space="preserve">            def get_user_stats(cls, user_id: int) -&gt; dict:</w:t>
        <w:br/>
        <w:t xml:space="preserve">                # Тяжёлый запрос</w:t>
        <w:br/>
        <w:t xml:space="preserve">                return heavy_calculation(user_id)</w:t>
        <w:br/>
        <w:t xml:space="preserve">    Ключ кэша формируется как:</w:t>
        <w:br/>
        <w:t xml:space="preserve">        {key_prefix}:{function_name}:{hash_of_args}</w:t>
        <w:br/>
        <w:t xml:space="preserve">    """</w:t>
        <w:br/>
        <w:t xml:space="preserve">    def decorator(func: F) -&gt; F:</w:t>
        <w:br/>
        <w:t xml:space="preserve">        @functools.wraps(func)</w:t>
        <w:br/>
        <w:t xml:space="preserve">        def wrapper(*args: Any, **kwargs: Any) -&gt; Any:</w:t>
        <w:br/>
        <w:t xml:space="preserve">            # Формируем ключ кэша</w:t>
        <w:br/>
        <w:t xml:space="preserve">            if key_builder:</w:t>
        <w:br/>
        <w:t xml:space="preserve">                cache_key = key_builder(*args, **kwargs)</w:t>
        <w:br/>
        <w:t xml:space="preserve">            else:</w:t>
        <w:br/>
        <w:t xml:space="preserve">                cache_key = _build_cache_key(func, key_prefix, args, kwargs)</w:t>
        <w:br/>
        <w:t xml:space="preserve">            # Пробуем получить из кэша</w:t>
        <w:br/>
        <w:t xml:space="preserve">            cached_value = cache.get(cache_key)</w:t>
        <w:br/>
        <w:t xml:space="preserve">            if cached_value is not None:</w:t>
        <w:br/>
        <w:t xml:space="preserve">                logger.debug(f"Cache hit: {cache_key}")</w:t>
        <w:br/>
        <w:t xml:space="preserve">                return cached_value</w:t>
        <w:br/>
        <w:t xml:space="preserve">            # Вычисляем и кэшируем</w:t>
        <w:br/>
        <w:t xml:space="preserve">            logger.debug(f"Cache miss: {cache_key}")</w:t>
        <w:br/>
        <w:t xml:space="preserve">            result = func(*args, **kwargs)</w:t>
        <w:br/>
        <w:t xml:space="preserve">            cache.set(cache_key, result, timeout)</w:t>
        <w:br/>
        <w:t xml:space="preserve">            return result</w:t>
        <w:br/>
        <w:t xml:space="preserve">        # Добавляем метод для инвалидации кэша</w:t>
        <w:br/>
        <w:t xml:space="preserve">        wrapper.invalidate = lambda *a, **kw: _invalidate_cache(  # type: ignore</w:t>
        <w:br/>
        <w:t xml:space="preserve">            func, key_prefix, key_builder, a, kw</w:t>
        <w:br/>
        <w:t xml:space="preserve">        )</w:t>
        <w:br/>
        <w:t xml:space="preserve">        return wrapper  # type: ignore</w:t>
        <w:br/>
        <w:t xml:space="preserve">    return decorator</w:t>
        <w:br/>
        <w:t>def cache_method(</w:t>
        <w:br/>
        <w:t xml:space="preserve">    timeout: int = 300,</w:t>
        <w:br/>
        <w:t xml:space="preserve">    key_prefix: str = "",</w:t>
        <w:br/>
        <w:t>) -&gt; Callable[[F], F]:</w:t>
        <w:br/>
        <w:t xml:space="preserve">    """</w:t>
        <w:br/>
        <w:t xml:space="preserve">    Декоратор для кэширования результата метода класса.</w:t>
        <w:br/>
        <w:t xml:space="preserve">    Автоматически исключает self/cls из ключа кэша.</w:t>
        <w:br/>
        <w:t xml:space="preserve">    Пример использования:</w:t>
        <w:br/>
        <w:t xml:space="preserve">        class ArticleService:</w:t>
        <w:br/>
        <w:t xml:space="preserve">            @classmethod</w:t>
        <w:br/>
        <w:t xml:space="preserve">            @cache_method(timeout=300, key_prefix="articles")</w:t>
        <w:br/>
        <w:t xml:space="preserve">            def get_popular_articles(cls, limit: int = 10) -&gt; list:</w:t>
        <w:br/>
        <w:t xml:space="preserve">                return Article.objects.order_by('-views')[:limit]</w:t>
        <w:br/>
        <w:t xml:space="preserve">    """</w:t>
        <w:br/>
        <w:t xml:space="preserve">    def decorator(func: F) -&gt; F:</w:t>
        <w:br/>
        <w:t xml:space="preserve">        @functools.wraps(func)</w:t>
        <w:br/>
        <w:t xml:space="preserve">        def wrapper(*args: Any, **kwargs: Any) -&gt; Any:</w:t>
        <w:br/>
        <w:t xml:space="preserve">            # Пропускаем self/cls (первый аргумент)</w:t>
        <w:br/>
        <w:t xml:space="preserve">            cache_args = args[1:] if args else args</w:t>
        <w:br/>
        <w:t xml:space="preserve">            cache_key = _build_cache_key(func, key_prefix, cache_args, kwargs)</w:t>
        <w:br/>
        <w:t xml:space="preserve">            cached_value = cache.get(cache_key)</w:t>
        <w:br/>
        <w:t xml:space="preserve">            if cached_value is not None:</w:t>
        <w:br/>
        <w:t xml:space="preserve">                logger.debug(f"Cache hit: {cache_key}")</w:t>
        <w:br/>
        <w:t xml:space="preserve">                return cached_value</w:t>
        <w:br/>
        <w:t xml:space="preserve">            logger.debug(f"Cache miss: {cache_key}")</w:t>
        <w:br/>
        <w:t xml:space="preserve">            result = func(*args, **kwargs)</w:t>
        <w:br/>
        <w:t xml:space="preserve">            cache.set(cache_key, result, timeout)</w:t>
        <w:br/>
        <w:t xml:space="preserve">            return result</w:t>
        <w:br/>
        <w:t xml:space="preserve">        return wrapper  # type: ignore</w:t>
        <w:br/>
        <w:t xml:space="preserve">    return decorator</w:t>
        <w:br/>
        <w:t>def invalidate_cache(key_pattern: str) -&gt; None:</w:t>
        <w:br/>
        <w:t xml:space="preserve">    """</w:t>
        <w:br/>
        <w:t xml:space="preserve">    Инвалидирует кэш по паттерну ключа.</w:t>
        <w:br/>
        <w:t xml:space="preserve">    Args:</w:t>
        <w:br/>
        <w:t xml:space="preserve">        key_pattern: Паттерн ключа для удаления</w:t>
        <w:br/>
        <w:t xml:space="preserve">    Пример:</w:t>
        <w:br/>
        <w:t xml:space="preserve">        invalidate_cache("user:get_user_stats:*")</w:t>
        <w:br/>
        <w:t xml:space="preserve">    """</w:t>
        <w:br/>
        <w:t xml:space="preserve">    # Для простых backend'ов (locmem, db)</w:t>
        <w:br/>
        <w:t xml:space="preserve">    # Для Redis можно использовать SCAN + DELETE</w:t>
        <w:br/>
        <w:t xml:space="preserve">    try:</w:t>
        <w:br/>
        <w:t xml:space="preserve">        cache.delete_pattern(key_pattern)  # type: ignore</w:t>
        <w:br/>
        <w:t xml:space="preserve">    except AttributeError:</w:t>
        <w:br/>
        <w:t xml:space="preserve">        # Fallback для backend'ов без delete_pattern</w:t>
        <w:br/>
        <w:t xml:space="preserve">        cache.delete(key_pattern.replace("*", ""))</w:t>
        <w:br/>
        <w:t xml:space="preserve">        logger.warning(</w:t>
        <w:br/>
        <w:t xml:space="preserve">            f"Cache backend не поддерживает delete_pattern, "</w:t>
        <w:br/>
        <w:t xml:space="preserve">            f"удалён только точный ключ: {key_pattern}"</w:t>
        <w:br/>
        <w:t xml:space="preserve">        )</w:t>
        <w:br/>
        <w:t>def invalidate_prefix(prefix: str) -&gt; None:</w:t>
        <w:br/>
        <w:t xml:space="preserve">    """</w:t>
        <w:br/>
        <w:t xml:space="preserve">    Инвалидирует весь кэш с указанным префиксом.</w:t>
        <w:br/>
        <w:t xml:space="preserve">    Args:</w:t>
        <w:br/>
        <w:t xml:space="preserve">        prefix: Префикс ключей для удаления</w:t>
        <w:br/>
        <w:t xml:space="preserve">    Пример:</w:t>
        <w:br/>
        <w:t xml:space="preserve">        invalidate_prefix("user")  # Удалит все ключи user:*</w:t>
        <w:br/>
        <w:t xml:space="preserve">    """</w:t>
        <w:br/>
        <w:t xml:space="preserve">    invalidate_cache(f"{prefix}:*")</w:t>
        <w:br/>
        <w:t>def _build_cache_key(</w:t>
        <w:br/>
        <w:t xml:space="preserve">    func: Callable[..., Any],</w:t>
        <w:br/>
        <w:t xml:space="preserve">    prefix: str,</w:t>
        <w:br/>
        <w:t xml:space="preserve">    args: tuple[Any, ...],</w:t>
        <w:br/>
        <w:t xml:space="preserve">    kwargs: dict[str, Any],</w:t>
        <w:br/>
        <w:t>) -&gt; str:</w:t>
        <w:br/>
        <w:t xml:space="preserve">    """Формирует ключ кэша из функции и аргументов."""</w:t>
        <w:br/>
        <w:t xml:space="preserve">    func_name = f"{func.__module__}.{func.__qualname__}"</w:t>
        <w:br/>
        <w:t xml:space="preserve">    # Сериализуем аргументы</w:t>
        <w:br/>
        <w:t xml:space="preserve">    try:</w:t>
        <w:br/>
        <w:t xml:space="preserve">        args_str = json.dumps(args, sort_keys=True, default=str)</w:t>
        <w:br/>
        <w:t xml:space="preserve">        kwargs_str = json.dumps(kwargs, sort_keys=True, default=str)</w:t>
        <w:br/>
        <w:t xml:space="preserve">    except (TypeError, ValueError):</w:t>
        <w:br/>
        <w:t xml:space="preserve">        args_str = str(args)</w:t>
        <w:br/>
        <w:t xml:space="preserve">        kwargs_str = str(kwargs)</w:t>
        <w:br/>
        <w:t xml:space="preserve">    # Хэшируем для компактности (usedforsecurity=False - не криптографическое использование)</w:t>
        <w:br/>
        <w:t xml:space="preserve">    args_hash = hashlib.md5(  # noqa: S324</w:t>
        <w:br/>
        <w:t xml:space="preserve">        f"{args_str}:{kwargs_str}".encode(),</w:t>
        <w:br/>
        <w:t xml:space="preserve">        usedforsecurity=False,</w:t>
        <w:br/>
        <w:t xml:space="preserve">    ).hexdigest()[:12]</w:t>
        <w:br/>
        <w:t xml:space="preserve">    if prefix:</w:t>
        <w:br/>
        <w:t xml:space="preserve">        return f"{prefix}:{func_name}:{args_hash}"</w:t>
        <w:br/>
        <w:t xml:space="preserve">    return f"{func_name}:{args_hash}"</w:t>
        <w:br/>
        <w:t>def _invalidate_cache(</w:t>
        <w:br/>
        <w:t xml:space="preserve">    func: Callable[..., Any],</w:t>
        <w:br/>
        <w:t xml:space="preserve">    prefix: str,</w:t>
        <w:br/>
        <w:t xml:space="preserve">    key_builder: Callable[..., str] | None,</w:t>
        <w:br/>
        <w:t xml:space="preserve">    args: tuple[Any, ...],</w:t>
        <w:br/>
        <w:t xml:space="preserve">    kwargs: dict[str, Any],</w:t>
        <w:br/>
        <w:t>) -&gt; None:</w:t>
        <w:br/>
        <w:t xml:space="preserve">    """Инвалидирует кэш для конкретного вызова."""</w:t>
        <w:br/>
        <w:t xml:space="preserve">    if key_builder:</w:t>
        <w:br/>
        <w:t xml:space="preserve">        cache_key = key_builder(*args, **kwargs)</w:t>
        <w:br/>
        <w:t xml:space="preserve">    else:</w:t>
        <w:br/>
        <w:t xml:space="preserve">        cache_key = _build_cache_key(func, prefix, args, kwargs)</w:t>
        <w:br/>
        <w:t xml:space="preserve">    cache.delete(cache_key)</w:t>
        <w:br/>
        <w:t xml:space="preserve">    logger.debug(f"Cache invalidated: {cache_key}")</w:t>
        <w:br/>
        <w:t>class CacheManager:</w:t>
        <w:br/>
        <w:t xml:space="preserve">    """</w:t>
        <w:br/>
        <w:t xml:space="preserve">    Менеджер кэша для групповых операций.</w:t>
        <w:br/>
        <w:t xml:space="preserve">    Пример использования:</w:t>
        <w:br/>
        <w:t xml:space="preserve">        cache_manager = CacheManager("articles")</w:t>
        <w:br/>
        <w:t xml:space="preserve">        # Кэшировать</w:t>
        <w:br/>
        <w:t xml:space="preserve">        cache_manager.set("popular", data, timeout=300)</w:t>
        <w:br/>
        <w:t xml:space="preserve">        # Получить</w:t>
        <w:br/>
        <w:t xml:space="preserve">        data = cache_manager.get("popular")</w:t>
        <w:br/>
        <w:t xml:space="preserve">        # Очистить весь префикс</w:t>
        <w:br/>
        <w:t xml:space="preserve">        cache_manager.clear()</w:t>
        <w:br/>
        <w:t xml:space="preserve">    """</w:t>
        <w:br/>
        <w:t xml:space="preserve">    def __init__(self, prefix: str):</w:t>
        <w:br/>
        <w:t xml:space="preserve">        self.prefix = prefix</w:t>
        <w:br/>
        <w:t xml:space="preserve">    def _make_key(self, key: str) -&gt; str:</w:t>
        <w:br/>
        <w:t xml:space="preserve">        """Формирует полный ключ с префиксом."""</w:t>
        <w:br/>
        <w:t xml:space="preserve">        return f"{self.prefix}:{key}"</w:t>
        <w:br/>
        <w:t xml:space="preserve">    def get(self, key: str, default: Any = None) -&gt; Any:</w:t>
        <w:br/>
        <w:t xml:space="preserve">        """Получает значение из кэша."""</w:t>
        <w:br/>
        <w:t xml:space="preserve">        return cache.get(self._make_key(key), default)</w:t>
        <w:br/>
        <w:t xml:space="preserve">    def set(self, key: str, value: Any, timeout: int = 300) -&gt; None:</w:t>
        <w:br/>
        <w:t xml:space="preserve">        """Сохраняет значение в кэш."""</w:t>
        <w:br/>
        <w:t xml:space="preserve">        cache.set(self._make_key(key), value, timeout)</w:t>
        <w:br/>
        <w:t xml:space="preserve">    def delete(self, key: str) -&gt; None:</w:t>
        <w:br/>
        <w:t xml:space="preserve">        """Удаляет значение из кэша."""</w:t>
        <w:br/>
        <w:t xml:space="preserve">        cache.delete(self._make_key(key))</w:t>
        <w:br/>
        <w:t xml:space="preserve">    def clear(self) -&gt; None:</w:t>
        <w:br/>
        <w:t xml:space="preserve">        """Очищает весь кэш с данным префиксом."""</w:t>
        <w:br/>
        <w:t xml:space="preserve">        invalidate_prefix(self.prefix)</w:t>
        <w:br/>
        <w:t xml:space="preserve">    def get_or_set(</w:t>
        <w:br/>
        <w:t xml:space="preserve">        self,</w:t>
        <w:br/>
        <w:t xml:space="preserve">        key: str,</w:t>
        <w:br/>
        <w:t xml:space="preserve">        default_func: Callable[[], Any],</w:t>
        <w:br/>
        <w:t xml:space="preserve">        timeout: int = 300,</w:t>
        <w:br/>
        <w:t xml:space="preserve">    ) -&gt; Any:</w:t>
        <w:br/>
        <w:t xml:space="preserve">        """</w:t>
        <w:br/>
        <w:t xml:space="preserve">        Получает значение из кэша или вычисляет и сохраняет.</w:t>
        <w:br/>
        <w:t xml:space="preserve">        Args:</w:t>
        <w:br/>
        <w:t xml:space="preserve">            key: Ключ кэша</w:t>
        <w:br/>
        <w:t xml:space="preserve">            default_func: Функция для вычисления значения</w:t>
        <w:br/>
        <w:t xml:space="preserve">            timeout: Время жизни кэша</w:t>
        <w:br/>
        <w:t xml:space="preserve">        """</w:t>
        <w:br/>
        <w:t xml:space="preserve">        value = self.get(key)</w:t>
        <w:br/>
        <w:t xml:space="preserve">        if value is None:</w:t>
        <w:br/>
        <w:t xml:space="preserve">            value = default_func()</w:t>
        <w:br/>
        <w:t xml:space="preserve">            self.set(key, value, timeout)</w:t>
        <w:br/>
        <w:t xml:space="preserve">        return value</w:t>
      </w:r>
    </w:p>
    <w:p>
      <w:pPr>
        <w:pStyle w:val="Heading1"/>
      </w:pPr>
      <w:r>
        <w:t>src/apps/core/__init__.py</w:t>
      </w:r>
    </w:p>
    <w:p>
      <w:r>
        <w:t>default_app_config = "apps.core.apps.CoreConfig"</w:t>
      </w:r>
    </w:p>
    <w:p>
      <w:pPr>
        <w:pStyle w:val="Heading1"/>
      </w:pPr>
      <w:r>
        <w:t>src/apps/core/response.py</w:t>
      </w:r>
    </w:p>
    <w:p>
      <w:r>
        <w:t>"""</w:t>
        <w:br/>
        <w:t>Unified API response wrapper.</w:t>
        <w:br/>
        <w:t>Provides consistent response format across all API endpoints:</w:t>
        <w:br/>
        <w:t>{</w:t>
        <w:br/>
        <w:t xml:space="preserve">    "success": bool,</w:t>
        <w:br/>
        <w:t xml:space="preserve">    "data": {...} | [...] | null,</w:t>
        <w:br/>
        <w:t xml:space="preserve">    "errors": [...] | null,</w:t>
        <w:br/>
        <w:t xml:space="preserve">    "meta": {</w:t>
        <w:br/>
        <w:t xml:space="preserve">        "request_id": "uuid",</w:t>
        <w:br/>
        <w:t xml:space="preserve">        "pagination": {...}  // optional</w:t>
        <w:br/>
        <w:t xml:space="preserve">    }</w:t>
        <w:br/>
        <w:t>}</w:t>
        <w:br/>
        <w:t>"""</w:t>
        <w:br/>
        <w:t>from typing import Any</w:t>
        <w:br/>
        <w:t>from rest_framework import status</w:t>
        <w:br/>
        <w:t>from rest_framework.response import Response</w:t>
        <w:br/>
        <w:t>def api_response(</w:t>
        <w:br/>
        <w:t xml:space="preserve">    data: Any = None,</w:t>
        <w:br/>
        <w:t xml:space="preserve">    *,</w:t>
        <w:br/>
        <w:t xml:space="preserve">    status_code: int = status.HTTP_200_OK,</w:t>
        <w:br/>
        <w:t xml:space="preserve">    request_id: str | None = None,</w:t>
        <w:br/>
        <w:t xml:space="preserve">    pagination: dict[str, Any] | None = None,</w:t>
        <w:br/>
        <w:t xml:space="preserve">    headers: dict[str, str] | None = None,</w:t>
        <w:br/>
        <w:t>) -&gt; Response:</w:t>
        <w:br/>
        <w:t xml:space="preserve">    """</w:t>
        <w:br/>
        <w:t xml:space="preserve">    Create a successful API response.</w:t>
        <w:br/>
        <w:t xml:space="preserve">    Args:</w:t>
        <w:br/>
        <w:t xml:space="preserve">        data: Response data (dict, list, or None)</w:t>
        <w:br/>
        <w:t xml:space="preserve">        status_code: HTTP status code (default 200)</w:t>
        <w:br/>
        <w:t xml:space="preserve">        request_id: Request tracking ID</w:t>
        <w:br/>
        <w:t xml:space="preserve">        pagination: Pagination metadata</w:t>
        <w:br/>
        <w:t xml:space="preserve">        headers: Additional response headers</w:t>
        <w:br/>
        <w:t xml:space="preserve">    Returns:</w:t>
        <w:br/>
        <w:t xml:space="preserve">        DRF Response with unified format</w:t>
        <w:br/>
        <w:t xml:space="preserve">    """</w:t>
        <w:br/>
        <w:t xml:space="preserve">    meta = {}</w:t>
        <w:br/>
        <w:t xml:space="preserve">    if request_id:</w:t>
        <w:br/>
        <w:t xml:space="preserve">        meta["request_id"] = request_id</w:t>
        <w:br/>
        <w:t xml:space="preserve">    if pagination:</w:t>
        <w:br/>
        <w:t xml:space="preserve">        meta["pagination"] = pagination</w:t>
        <w:br/>
        <w:t xml:space="preserve">    response_data = {</w:t>
        <w:br/>
        <w:t xml:space="preserve">        "success": True,</w:t>
        <w:br/>
        <w:t xml:space="preserve">        "data": data,</w:t>
        <w:br/>
        <w:t xml:space="preserve">        "errors": None,</w:t>
        <w:br/>
        <w:t xml:space="preserve">        "meta": meta if meta else None,</w:t>
        <w:br/>
        <w:t xml:space="preserve">    }</w:t>
        <w:br/>
        <w:t xml:space="preserve">    return Response(response_data, status=status_code, headers=headers)</w:t>
        <w:br/>
        <w:t>def api_error_response(</w:t>
        <w:br/>
        <w:t xml:space="preserve">    errors: list[dict[str, Any]],</w:t>
        <w:br/>
        <w:t xml:space="preserve">    *,</w:t>
        <w:br/>
        <w:t xml:space="preserve">    status_code: int = status.HTTP_400_BAD_REQUEST,</w:t>
        <w:br/>
        <w:t xml:space="preserve">    request_id: str | None = None,</w:t>
        <w:br/>
        <w:t xml:space="preserve">    headers: dict[str, str] | None = None,</w:t>
        <w:br/>
        <w:t>) -&gt; Response:</w:t>
        <w:br/>
        <w:t xml:space="preserve">    """</w:t>
        <w:br/>
        <w:t xml:space="preserve">    Create an error API response.</w:t>
        <w:br/>
        <w:t xml:space="preserve">    Args:</w:t>
        <w:br/>
        <w:t xml:space="preserve">        errors: List of error dictionaries, each with 'code' and 'message'</w:t>
        <w:br/>
        <w:t xml:space="preserve">        status_code: HTTP status code (default 400)</w:t>
        <w:br/>
        <w:t xml:space="preserve">        request_id: Request tracking ID</w:t>
        <w:br/>
        <w:t xml:space="preserve">        headers: Additional response headers</w:t>
        <w:br/>
        <w:t xml:space="preserve">    Returns:</w:t>
        <w:br/>
        <w:t xml:space="preserve">        DRF Response with unified error format</w:t>
        <w:br/>
        <w:t xml:space="preserve">    """</w:t>
        <w:br/>
        <w:t xml:space="preserve">    meta = {}</w:t>
        <w:br/>
        <w:t xml:space="preserve">    if request_id:</w:t>
        <w:br/>
        <w:t xml:space="preserve">        meta["request_id"] = request_id</w:t>
        <w:br/>
        <w:t xml:space="preserve">    response_data = {</w:t>
        <w:br/>
        <w:t xml:space="preserve">        "success": False,</w:t>
        <w:br/>
        <w:t xml:space="preserve">        "data": None,</w:t>
        <w:br/>
        <w:t xml:space="preserve">        "errors": errors,</w:t>
        <w:br/>
        <w:t xml:space="preserve">        "meta": meta if meta else None,</w:t>
        <w:br/>
        <w:t xml:space="preserve">    }</w:t>
        <w:br/>
        <w:t xml:space="preserve">    return Response(response_data, status=status_code, headers=headers)</w:t>
        <w:br/>
        <w:t>def api_created_response(</w:t>
        <w:br/>
        <w:t xml:space="preserve">    data: Any = None,</w:t>
        <w:br/>
        <w:t xml:space="preserve">    *,</w:t>
        <w:br/>
        <w:t xml:space="preserve">    request_id: str | None = None,</w:t>
        <w:br/>
        <w:t xml:space="preserve">    headers: dict[str, str] | None = None,</w:t>
        <w:br/>
        <w:t>) -&gt; Response:</w:t>
        <w:br/>
        <w:t xml:space="preserve">    """Shortcut for 201 Created response."""</w:t>
        <w:br/>
        <w:t xml:space="preserve">    return api_response(</w:t>
        <w:br/>
        <w:t xml:space="preserve">        data,</w:t>
        <w:br/>
        <w:t xml:space="preserve">        status_code=status.HTTP_201_CREATED,</w:t>
        <w:br/>
        <w:t xml:space="preserve">        request_id=request_id,</w:t>
        <w:br/>
        <w:t xml:space="preserve">        headers=headers,</w:t>
        <w:br/>
        <w:t xml:space="preserve">    )</w:t>
        <w:br/>
        <w:t>def api_no_content_response(</w:t>
        <w:br/>
        <w:t xml:space="preserve">    *,</w:t>
        <w:br/>
        <w:t xml:space="preserve">    request_id: str | None = None,</w:t>
        <w:br/>
        <w:t xml:space="preserve">    headers: dict[str, str] | None = None,</w:t>
        <w:br/>
        <w:t>) -&gt; Response:</w:t>
        <w:br/>
        <w:t xml:space="preserve">    """Shortcut for 204 No Content response."""</w:t>
        <w:br/>
        <w:t xml:space="preserve">    meta = {}</w:t>
        <w:br/>
        <w:t xml:space="preserve">    if request_id:</w:t>
        <w:br/>
        <w:t xml:space="preserve">        meta["request_id"] = request_id</w:t>
        <w:br/>
        <w:t xml:space="preserve">    return Response(</w:t>
        <w:br/>
        <w:t xml:space="preserve">        {"success": True, "data": None, "errors": None, "meta": meta if meta else None},</w:t>
        <w:br/>
        <w:t xml:space="preserve">        status=status.HTTP_204_NO_CONTENT,</w:t>
        <w:br/>
        <w:t xml:space="preserve">        headers=headers,</w:t>
        <w:br/>
        <w:t xml:space="preserve">    )</w:t>
        <w:br/>
        <w:t>def api_paginated_response(</w:t>
        <w:br/>
        <w:t xml:space="preserve">    data: list[Any],</w:t>
        <w:br/>
        <w:t xml:space="preserve">    *,</w:t>
        <w:br/>
        <w:t xml:space="preserve">    page: int,</w:t>
        <w:br/>
        <w:t xml:space="preserve">    page_size: int,</w:t>
        <w:br/>
        <w:t xml:space="preserve">    total_count: int,</w:t>
        <w:br/>
        <w:t xml:space="preserve">    request_id: str | None = None,</w:t>
        <w:br/>
        <w:t xml:space="preserve">    headers: dict[str, str] | None = None,</w:t>
        <w:br/>
        <w:t>) -&gt; Response:</w:t>
        <w:br/>
        <w:t xml:space="preserve">    """</w:t>
        <w:br/>
        <w:t xml:space="preserve">    Create a paginated API response.</w:t>
        <w:br/>
        <w:t xml:space="preserve">    Args:</w:t>
        <w:br/>
        <w:t xml:space="preserve">        data: List of items for current page</w:t>
        <w:br/>
        <w:t xml:space="preserve">        page: Current page number</w:t>
        <w:br/>
        <w:t xml:space="preserve">        page_size: Number of items per page</w:t>
        <w:br/>
        <w:t xml:space="preserve">        total_count: Total number of items</w:t>
        <w:br/>
        <w:t xml:space="preserve">        request_id: Request tracking ID</w:t>
        <w:br/>
        <w:t xml:space="preserve">        headers: Additional response headers</w:t>
        <w:br/>
        <w:t xml:space="preserve">    """</w:t>
        <w:br/>
        <w:t xml:space="preserve">    total_pages = (total_count + page_size - 1) // page_size if page_size &gt; 0 else 0</w:t>
        <w:br/>
        <w:t xml:space="preserve">    pagination = {</w:t>
        <w:br/>
        <w:t xml:space="preserve">        "page": page,</w:t>
        <w:br/>
        <w:t xml:space="preserve">        "page_size": page_size,</w:t>
        <w:br/>
        <w:t xml:space="preserve">        "total_count": total_count,</w:t>
        <w:br/>
        <w:t xml:space="preserve">        "total_pages": total_pages,</w:t>
        <w:br/>
        <w:t xml:space="preserve">        "has_next": page &lt; total_pages,</w:t>
        <w:br/>
        <w:t xml:space="preserve">        "has_previous": page &gt; 1,</w:t>
        <w:br/>
        <w:t xml:space="preserve">    }</w:t>
        <w:br/>
        <w:t xml:space="preserve">    return api_response(</w:t>
        <w:br/>
        <w:t xml:space="preserve">        data,</w:t>
        <w:br/>
        <w:t xml:space="preserve">        request_id=request_id,</w:t>
        <w:br/>
        <w:t xml:space="preserve">        pagination=pagination,</w:t>
        <w:br/>
        <w:t xml:space="preserve">        headers=headers,</w:t>
        <w:br/>
        <w:t xml:space="preserve">    )</w:t>
      </w:r>
    </w:p>
    <w:p>
      <w:pPr>
        <w:pStyle w:val="Heading1"/>
      </w:pPr>
      <w:r>
        <w:t>src/apps/core/apps.py</w:t>
      </w:r>
    </w:p>
    <w:p>
      <w:r>
        <w:t>from django.apps import AppConfig</w:t>
        <w:br/>
        <w:t>class CoreConfig(AppConfig):</w:t>
        <w:br/>
        <w:t xml:space="preserve">    default_auto_field = "django.db.models.BigAutoField"</w:t>
        <w:br/>
        <w:t xml:space="preserve">    name = "apps.core"</w:t>
        <w:br/>
        <w:t xml:space="preserve">    verbose_name = "Core"</w:t>
      </w:r>
    </w:p>
    <w:p>
      <w:pPr>
        <w:pStyle w:val="Heading1"/>
      </w:pPr>
      <w:r>
        <w:t>src/apps/core/excel.py</w:t>
      </w:r>
    </w:p>
    <w:p>
      <w:r>
        <w:t>"""</w:t>
        <w:br/>
        <w:t>Базовые классы для парсинга Excel файлов.</w:t>
        <w:br/>
        <w:t>Предоставляет:</w:t>
        <w:br/>
        <w:t>- BaseExcelParser - базовый класс парсера с валидацией</w:t>
        <w:br/>
        <w:t>- Dataclasses для передачи данных между слоями</w:t>
        <w:br/>
        <w:t>- Валидаторы для ИНН, ОГРН, КПП</w:t>
        <w:br/>
        <w:t>"""</w:t>
        <w:br/>
        <w:t>import logging</w:t>
        <w:br/>
        <w:t>import re</w:t>
        <w:br/>
        <w:t>from abc import ABC, abstractmethod</w:t>
        <w:br/>
        <w:t>from dataclasses import dataclass, field</w:t>
        <w:br/>
        <w:t>from decimal import Decimal, InvalidOperation</w:t>
        <w:br/>
        <w:t>from io import BytesIO</w:t>
        <w:br/>
        <w:t>from typing import Any, Generic, TypeVar</w:t>
        <w:br/>
        <w:t>import openpyxl</w:t>
        <w:br/>
        <w:t>from django.core.files.uploadedfile import UploadedFile</w:t>
        <w:br/>
        <w:t>from openpyxl.worksheet.worksheet import Worksheet</w:t>
        <w:br/>
        <w:t>logger = logging.getLogger(__name__)</w:t>
        <w:br/>
        <w:t>T = TypeVar("T")</w:t>
        <w:br/>
        <w:t># =============================================================================</w:t>
        <w:br/>
        <w:t># Dataclasses</w:t>
        <w:br/>
        <w:t># =============================================================================</w:t>
        <w:br/>
        <w:t>@dataclass</w:t>
        <w:br/>
        <w:t>class FieldError:</w:t>
        <w:br/>
        <w:t xml:space="preserve">    """Ошибка валидации поля."""</w:t>
        <w:br/>
        <w:t xml:space="preserve">    field: str</w:t>
        <w:br/>
        <w:t xml:space="preserve">    message: str</w:t>
        <w:br/>
        <w:t>@dataclass</w:t>
        <w:br/>
        <w:t>class RowValidationError:</w:t>
        <w:br/>
        <w:t xml:space="preserve">    """Ошибка валидации строки Excel."""</w:t>
        <w:br/>
        <w:t xml:space="preserve">    row: int</w:t>
        <w:br/>
        <w:t xml:space="preserve">    inn: str | None</w:t>
        <w:br/>
        <w:t xml:space="preserve">    kpp: str | None</w:t>
        <w:br/>
        <w:t xml:space="preserve">    organization_name: str | None</w:t>
        <w:br/>
        <w:t xml:space="preserve">    errors: list[FieldError] = field(default_factory=list)</w:t>
        <w:br/>
        <w:t xml:space="preserve">    def to_dict(self) -&gt; dict[str, Any]:</w:t>
        <w:br/>
        <w:t xml:space="preserve">        """Преобразование в словарь для API ответа."""</w:t>
        <w:br/>
        <w:t xml:space="preserve">        return {</w:t>
        <w:br/>
        <w:t xml:space="preserve">            "row": self.row,</w:t>
        <w:br/>
        <w:t xml:space="preserve">            "inn": self.inn,</w:t>
        <w:br/>
        <w:t xml:space="preserve">            "kpp": self.kpp,</w:t>
        <w:br/>
        <w:t xml:space="preserve">            "organization_name": self.organization_name,</w:t>
        <w:br/>
        <w:t xml:space="preserve">            "errors": [{"field": e.field, "message": e.message} for e in self.errors],</w:t>
        <w:br/>
        <w:t xml:space="preserve">        }</w:t>
        <w:br/>
        <w:t>@dataclass</w:t>
        <w:br/>
        <w:t>class ParseResult:</w:t>
        <w:br/>
        <w:t xml:space="preserve">    """Результат парсинга Excel файла."""</w:t>
        <w:br/>
        <w:t xml:space="preserve">    batch_id: int</w:t>
        <w:br/>
        <w:t xml:space="preserve">    loaded_count: int = 0</w:t>
        <w:br/>
        <w:t xml:space="preserve">    skipped_count: int = 0</w:t>
        <w:br/>
        <w:t xml:space="preserve">    errors: list[RowValidationError] = field(default_factory=list)</w:t>
        <w:br/>
        <w:t xml:space="preserve">    def to_dict(self) -&gt; dict[str, Any]:</w:t>
        <w:br/>
        <w:t xml:space="preserve">        """Преобразование в словарь для API ответа."""</w:t>
        <w:br/>
        <w:t xml:space="preserve">        return {</w:t>
        <w:br/>
        <w:t xml:space="preserve">            "batch_id": self.batch_id,</w:t>
        <w:br/>
        <w:t xml:space="preserve">            "loaded_count": self.loaded_count,</w:t>
        <w:br/>
        <w:t xml:space="preserve">            "skipped_count": self.skipped_count,</w:t>
        <w:br/>
        <w:t xml:space="preserve">            "errors": [e.to_dict() for e in self.errors],</w:t>
        <w:br/>
        <w:t xml:space="preserve">        }</w:t>
        <w:br/>
        <w:t>@dataclass</w:t>
        <w:br/>
        <w:t>class ColumnMapping:</w:t>
        <w:br/>
        <w:t xml:space="preserve">    """Маппинг колонки Excel на поле модели."""</w:t>
        <w:br/>
        <w:t xml:space="preserve">    excel_column: int  # Индекс колонки (0-based)</w:t>
        <w:br/>
        <w:t xml:space="preserve">    excel_header: str  # Название заголовка в Excel</w:t>
        <w:br/>
        <w:t xml:space="preserve">    model_field: str  # Название поля модели</w:t>
        <w:br/>
        <w:t xml:space="preserve">    required: bool = False</w:t>
        <w:br/>
        <w:t xml:space="preserve">    field_type: str = "str"  # str, int, decimal, bool, date</w:t>
        <w:br/>
        <w:t>@dataclass</w:t>
        <w:br/>
        <w:t>class RowData:</w:t>
        <w:br/>
        <w:t xml:space="preserve">    """Данные строки после парсинга."""</w:t>
        <w:br/>
        <w:t xml:space="preserve">    row_number: int</w:t>
        <w:br/>
        <w:t xml:space="preserve">    organization_name: str | None</w:t>
        <w:br/>
        <w:t xml:space="preserve">    inn: str | None</w:t>
        <w:br/>
        <w:t xml:space="preserve">    ogrn: str | None</w:t>
        <w:br/>
        <w:t xml:space="preserve">    kpp: str | None</w:t>
        <w:br/>
        <w:t xml:space="preserve">    okpo: str | None</w:t>
        <w:br/>
        <w:t xml:space="preserve">    fields: dict[str, Any] = field(default_factory=dict)</w:t>
        <w:br/>
        <w:t># =============================================================================</w:t>
        <w:br/>
        <w:t># Исключения</w:t>
        <w:br/>
        <w:t># =============================================================================</w:t>
        <w:br/>
        <w:t>class ExcelValidationError(Exception):</w:t>
        <w:br/>
        <w:t xml:space="preserve">    """Ошибка валидации Excel файла."""</w:t>
        <w:br/>
        <w:t xml:space="preserve">    def __init__(self, message: str, errors: list[FieldError] | None = None):</w:t>
        <w:br/>
        <w:t xml:space="preserve">        super().__init__(message)</w:t>
        <w:br/>
        <w:t xml:space="preserve">        self.message = message</w:t>
        <w:br/>
        <w:t xml:space="preserve">        self.errors = errors or []</w:t>
        <w:br/>
        <w:t>class ExcelParseError(Exception):</w:t>
        <w:br/>
        <w:t xml:space="preserve">    """Ошибка парсинга Excel файла."""</w:t>
        <w:br/>
        <w:t xml:space="preserve">    pass</w:t>
        <w:br/>
        <w:t># =============================================================================</w:t>
        <w:br/>
        <w:t># Валидаторы</w:t>
        <w:br/>
        <w:t># =============================================================================</w:t>
        <w:br/>
        <w:t>def validate_inn(value: str | None) -&gt; tuple[bool, str]:</w:t>
        <w:br/>
        <w:t xml:space="preserve">    """</w:t>
        <w:br/>
        <w:t xml:space="preserve">    Валидация ИНН.</w:t>
        <w:br/>
        <w:t xml:space="preserve">    ИНН юрлица - 10 цифр, ИП - 12 цифр.</w:t>
        <w:br/>
        <w:t xml:space="preserve">    """</w:t>
        <w:br/>
        <w:t xml:space="preserve">    if not value:</w:t>
        <w:br/>
        <w:t xml:space="preserve">        return False, "ИНН обязателен"</w:t>
        <w:br/>
        <w:t xml:space="preserve">    cleaned = re.sub(r"\D", "", str(value))</w:t>
        <w:br/>
        <w:t xml:space="preserve">    if len(cleaned) not in (10, 12):</w:t>
        <w:br/>
        <w:t xml:space="preserve">        return False, f"ИНН должен содержать 10 или 12 цифр, получено {len(cleaned)}"</w:t>
        <w:br/>
        <w:t xml:space="preserve">    return True, ""</w:t>
        <w:br/>
        <w:t>def validate_ogrn(value: str | None) -&gt; tuple[bool, str]:</w:t>
        <w:br/>
        <w:t xml:space="preserve">    """</w:t>
        <w:br/>
        <w:t xml:space="preserve">    Валидация ОГРН.</w:t>
        <w:br/>
        <w:t xml:space="preserve">    ОГРН юрлица - 13 цифр, ОГРНИП - 15 цифр.</w:t>
        <w:br/>
        <w:t xml:space="preserve">    """</w:t>
        <w:br/>
        <w:t xml:space="preserve">    if not value:</w:t>
        <w:br/>
        <w:t xml:space="preserve">        return False, "ОГРН обязателен"</w:t>
        <w:br/>
        <w:t xml:space="preserve">    cleaned = re.sub(r"\D", "", str(value))</w:t>
        <w:br/>
        <w:t xml:space="preserve">    if len(cleaned) not in (13, 15):</w:t>
        <w:br/>
        <w:t xml:space="preserve">        return False, f"ОГРН должен содержать 13 или 15 цифр, получено {len(cleaned)}"</w:t>
        <w:br/>
        <w:t xml:space="preserve">    return True, ""</w:t>
        <w:br/>
        <w:t>def validate_kpp(value: str | None) -&gt; tuple[bool, str]:</w:t>
        <w:br/>
        <w:t xml:space="preserve">    """</w:t>
        <w:br/>
        <w:t xml:space="preserve">    Валидация КПП.</w:t>
        <w:br/>
        <w:t xml:space="preserve">    КПП - 9 цифр.</w:t>
        <w:br/>
        <w:t xml:space="preserve">    """</w:t>
        <w:br/>
        <w:t xml:space="preserve">    if not value:</w:t>
        <w:br/>
        <w:t xml:space="preserve">        return True, ""  # КПП необязателен</w:t>
        <w:br/>
        <w:t xml:space="preserve">    cleaned = re.sub(r"\D", "", str(value))</w:t>
        <w:br/>
        <w:t xml:space="preserve">    if len(cleaned) != 9:</w:t>
        <w:br/>
        <w:t xml:space="preserve">        return False, f"КПП должен содержать 9 цифр, получено {len(cleaned)}"</w:t>
        <w:br/>
        <w:t xml:space="preserve">    return True, ""</w:t>
        <w:br/>
        <w:t>def validate_okpo(value: str | None) -&gt; tuple[bool, str]:</w:t>
        <w:br/>
        <w:t xml:space="preserve">    """</w:t>
        <w:br/>
        <w:t xml:space="preserve">    Валидация ОКПО.</w:t>
        <w:br/>
        <w:t xml:space="preserve">    ОКПО - 8 или 10 цифр.</w:t>
        <w:br/>
        <w:t xml:space="preserve">    """</w:t>
        <w:br/>
        <w:t xml:space="preserve">    if not value:</w:t>
        <w:br/>
        <w:t xml:space="preserve">        return True, ""  # ОКПО необязателен</w:t>
        <w:br/>
        <w:t xml:space="preserve">    cleaned = re.sub(r"\D", "", str(value))</w:t>
        <w:br/>
        <w:t xml:space="preserve">    if len(cleaned) not in (8, 10):</w:t>
        <w:br/>
        <w:t xml:space="preserve">        return False, f"ОКПО должен содержать 8 или 10 цифр, получено {len(cleaned)}"</w:t>
        <w:br/>
        <w:t xml:space="preserve">    return True, ""</w:t>
        <w:br/>
        <w:t>def clean_inn(value: str | None) -&gt; str | None:</w:t>
        <w:br/>
        <w:t xml:space="preserve">    """Очистка ИНН от нецифровых символов."""</w:t>
        <w:br/>
        <w:t xml:space="preserve">    if not value:</w:t>
        <w:br/>
        <w:t xml:space="preserve">        return None</w:t>
        <w:br/>
        <w:t xml:space="preserve">    return re.sub(r"\D", "", str(value)) or None</w:t>
        <w:br/>
        <w:t>def clean_ogrn(value: str | None) -&gt; str | None:</w:t>
        <w:br/>
        <w:t xml:space="preserve">    """Очистка ОГРН от нецифровых символов."""</w:t>
        <w:br/>
        <w:t xml:space="preserve">    if not value:</w:t>
        <w:br/>
        <w:t xml:space="preserve">        return None</w:t>
        <w:br/>
        <w:t xml:space="preserve">    return re.sub(r"\D", "", str(value)) or None</w:t>
        <w:br/>
        <w:t>def clean_kpp(value: str | None) -&gt; str | None:</w:t>
        <w:br/>
        <w:t xml:space="preserve">    """Очистка КПП от нецифровых символов."""</w:t>
        <w:br/>
        <w:t xml:space="preserve">    if not value:</w:t>
        <w:br/>
        <w:t xml:space="preserve">        return None</w:t>
        <w:br/>
        <w:t xml:space="preserve">    return re.sub(r"\D", "", str(value)) or None</w:t>
        <w:br/>
        <w:t>def clean_okpo(value: str | None) -&gt; str | None:</w:t>
        <w:br/>
        <w:t xml:space="preserve">    """Очистка ОКПО от нецифровых символов."""</w:t>
        <w:br/>
        <w:t xml:space="preserve">    if not value:</w:t>
        <w:br/>
        <w:t xml:space="preserve">        return None</w:t>
        <w:br/>
        <w:t xml:space="preserve">    return re.sub(r"\D", "", str(value)) or None</w:t>
        <w:br/>
        <w:t># =============================================================================</w:t>
        <w:br/>
        <w:t># Базовый парсер</w:t>
        <w:br/>
        <w:t># =============================================================================</w:t>
        <w:br/>
        <w:t>class BaseExcelParser(ABC, Generic[T]):</w:t>
        <w:br/>
        <w:t xml:space="preserve">    """</w:t>
        <w:br/>
        <w:t xml:space="preserve">    Базовый класс для парсинга Excel файлов.</w:t>
        <w:br/>
        <w:t xml:space="preserve">    Наследники должны реализовать:</w:t>
        <w:br/>
        <w:t xml:space="preserve">    - get_column_mappings() - маппинг колонок</w:t>
        <w:br/>
        <w:t xml:space="preserve">    - create_record() - создание записи в БД</w:t>
        <w:br/>
        <w:t xml:space="preserve">    - get_next_batch_id() - получение следующего batch_id</w:t>
        <w:br/>
        <w:t xml:space="preserve">    Использование:</w:t>
        <w:br/>
        <w:t xml:space="preserve">        class FormF1Parser(BaseExcelParser[FormF1Record]):</w:t>
        <w:br/>
        <w:t xml:space="preserve">            def get_column_mappings(self) -&gt; list[ColumnMapping]:</w:t>
        <w:br/>
        <w:t xml:space="preserve">                return [</w:t>
        <w:br/>
        <w:t xml:space="preserve">                    ColumnMapping(0, "Наименование организации", "name", required=True),</w:t>
        <w:br/>
        <w:t xml:space="preserve">                    ColumnMapping(1, "ОКПО", "okpo"),</w:t>
        <w:br/>
        <w:t xml:space="preserve">                    ...</w:t>
        <w:br/>
        <w:t xml:space="preserve">                ]</w:t>
        <w:br/>
        <w:t xml:space="preserve">            def create_record(self, row_data: RowData) -&gt; FormF1Record:</w:t>
        <w:br/>
        <w:t xml:space="preserve">                org = OrganizationService.get_or_create_by_inn(...)</w:t>
        <w:br/>
        <w:t xml:space="preserve">                return FormF1Record.objects.create(organization=org, ...)</w:t>
        <w:br/>
        <w:t xml:space="preserve">    """</w:t>
        <w:br/>
        <w:t xml:space="preserve">    # Индексы стандартных колонок организации (0-based)</w:t>
        <w:br/>
        <w:t xml:space="preserve">    ORG_NAME_COLUMN: int = 0</w:t>
        <w:br/>
        <w:t xml:space="preserve">    OKPO_COLUMN: int = 1</w:t>
        <w:br/>
        <w:t xml:space="preserve">    OGRN_COLUMN: int = 2</w:t>
        <w:br/>
        <w:t xml:space="preserve">    INN_COLUMN: int = 3</w:t>
        <w:br/>
        <w:t xml:space="preserve">    KPP_COLUMN: int | None = None  # Если есть в файле</w:t>
        <w:br/>
        <w:t xml:space="preserve">    # Строка заголовков (1-based, как в Excel)</w:t>
        <w:br/>
        <w:t xml:space="preserve">    HEADER_ROW: int = 1</w:t>
        <w:br/>
        <w:t xml:space="preserve">    # Первая строка данных (1-based)</w:t>
        <w:br/>
        <w:t xml:space="preserve">    DATA_START_ROW: int = 2</w:t>
        <w:br/>
        <w:t xml:space="preserve">    def __init__(self):</w:t>
        <w:br/>
        <w:t xml:space="preserve">        self._workbook: openpyxl.Workbook | None = None</w:t>
        <w:br/>
        <w:t xml:space="preserve">        self._sheet: Worksheet | None = None</w:t>
        <w:br/>
        <w:t xml:space="preserve">        self._column_mappings: list[ColumnMapping] | None = None</w:t>
        <w:br/>
        <w:t xml:space="preserve">    @abstractmethod</w:t>
        <w:br/>
        <w:t xml:space="preserve">    def get_column_mappings(self) -&gt; list[ColumnMapping]:</w:t>
        <w:br/>
        <w:t xml:space="preserve">        """Возвращает маппинг колонок Excel на поля модели."""</w:t>
        <w:br/>
        <w:t xml:space="preserve">        raise NotImplementedError</w:t>
        <w:br/>
        <w:t xml:space="preserve">    @abstractmethod</w:t>
        <w:br/>
        <w:t xml:space="preserve">    def create_record(self, row_data: RowData, batch_id: int) -&gt; T:</w:t>
        <w:br/>
        <w:t xml:space="preserve">        """Создаёт запись в БД на основе данных строки."""</w:t>
        <w:br/>
        <w:t xml:space="preserve">        raise NotImplementedError</w:t>
        <w:br/>
        <w:t xml:space="preserve">    @abstractmethod</w:t>
        <w:br/>
        <w:t xml:space="preserve">    def get_next_batch_id(self) -&gt; int:</w:t>
        <w:br/>
        <w:t xml:space="preserve">        """Возвращает следующий номер batch_id."""</w:t>
        <w:br/>
        <w:t xml:space="preserve">        raise NotImplementedError</w:t>
        <w:br/>
        <w:t xml:space="preserve">    def parse(self, file: UploadedFile | BytesIO) -&gt; ParseResult:</w:t>
        <w:br/>
        <w:t xml:space="preserve">        """</w:t>
        <w:br/>
        <w:t xml:space="preserve">        Парсит Excel файл и сохраняет данные в БД.</w:t>
        <w:br/>
        <w:t xml:space="preserve">        Args:</w:t>
        <w:br/>
        <w:t xml:space="preserve">            file: Загруженный файл или BytesIO</w:t>
        <w:br/>
        <w:t xml:space="preserve">        Returns:</w:t>
        <w:br/>
        <w:t xml:space="preserve">            ParseResult с результатами парсинга</w:t>
        <w:br/>
        <w:t xml:space="preserve">        """</w:t>
        <w:br/>
        <w:t xml:space="preserve">        batch_id = self.get_next_batch_id()</w:t>
        <w:br/>
        <w:t xml:space="preserve">        result = ParseResult(batch_id=batch_id)</w:t>
        <w:br/>
        <w:t xml:space="preserve">        try:</w:t>
        <w:br/>
        <w:t xml:space="preserve">            self._load_workbook(file)</w:t>
        <w:br/>
        <w:t xml:space="preserve">            self._column_mappings = self.get_column_mappings()</w:t>
        <w:br/>
        <w:t xml:space="preserve">            for row_num in range(self.DATA_START_ROW, self._sheet.max_row + 1):</w:t>
        <w:br/>
        <w:t xml:space="preserve">                row_data = self._parse_row(row_num)</w:t>
        <w:br/>
        <w:t xml:space="preserve">                if row_data is None:</w:t>
        <w:br/>
        <w:t xml:space="preserve">                    continue  # Пустая строка</w:t>
        <w:br/>
        <w:t xml:space="preserve">                # Валидация строки</w:t>
        <w:br/>
        <w:t xml:space="preserve">                errors = self._validate_row(row_data)</w:t>
        <w:br/>
        <w:t xml:space="preserve">                if errors:</w:t>
        <w:br/>
        <w:t xml:space="preserve">                    result.errors.append(</w:t>
        <w:br/>
        <w:t xml:space="preserve">                        RowValidationError(</w:t>
        <w:br/>
        <w:t xml:space="preserve">                            row=row_num,</w:t>
        <w:br/>
        <w:t xml:space="preserve">                            inn=row_data.inn,</w:t>
        <w:br/>
        <w:t xml:space="preserve">                            kpp=row_data.kpp,</w:t>
        <w:br/>
        <w:t xml:space="preserve">                            organization_name=row_data.organization_name,</w:t>
        <w:br/>
        <w:t xml:space="preserve">                            errors=errors,</w:t>
        <w:br/>
        <w:t xml:space="preserve">                        )</w:t>
        <w:br/>
        <w:t xml:space="preserve">                    )</w:t>
        <w:br/>
        <w:t xml:space="preserve">                    result.skipped_count += 1</w:t>
        <w:br/>
        <w:t xml:space="preserve">                    continue</w:t>
        <w:br/>
        <w:t xml:space="preserve">                # Создание записи</w:t>
        <w:br/>
        <w:t xml:space="preserve">                try:</w:t>
        <w:br/>
        <w:t xml:space="preserve">                    self.create_record(row_data, batch_id)</w:t>
        <w:br/>
        <w:t xml:space="preserve">                    result.loaded_count += 1</w:t>
        <w:br/>
        <w:t xml:space="preserve">                except Exception as e:</w:t>
        <w:br/>
        <w:t xml:space="preserve">                    logger.exception(f"Ошибка создания записи для строки {row_num}")</w:t>
        <w:br/>
        <w:t xml:space="preserve">                    result.errors.append(</w:t>
        <w:br/>
        <w:t xml:space="preserve">                        RowValidationError(</w:t>
        <w:br/>
        <w:t xml:space="preserve">                            row=row_num,</w:t>
        <w:br/>
        <w:t xml:space="preserve">                            inn=row_data.inn,</w:t>
        <w:br/>
        <w:t xml:space="preserve">                            kpp=row_data.kpp,</w:t>
        <w:br/>
        <w:t xml:space="preserve">                            organization_name=row_data.organization_name,</w:t>
        <w:br/>
        <w:t xml:space="preserve">                            errors=[FieldError(field="__all__", message=str(e))],</w:t>
        <w:br/>
        <w:t xml:space="preserve">                        )</w:t>
        <w:br/>
        <w:t xml:space="preserve">                    )</w:t>
        <w:br/>
        <w:t xml:space="preserve">                    result.skipped_count += 1</w:t>
        <w:br/>
        <w:t xml:space="preserve">        except Exception as e:</w:t>
        <w:br/>
        <w:t xml:space="preserve">            logger.exception("Ошибка парсинга Excel файла")</w:t>
        <w:br/>
        <w:t xml:space="preserve">            raise ExcelParseError(f"Ошибка парсинга файла: {e}") from e</w:t>
        <w:br/>
        <w:t xml:space="preserve">        finally:</w:t>
        <w:br/>
        <w:t xml:space="preserve">            if self._workbook:</w:t>
        <w:br/>
        <w:t xml:space="preserve">                self._workbook.close()</w:t>
        <w:br/>
        <w:t xml:space="preserve">                self._workbook = None</w:t>
        <w:br/>
        <w:t xml:space="preserve">                self._sheet = None</w:t>
        <w:br/>
        <w:t xml:space="preserve">        return result</w:t>
        <w:br/>
        <w:t xml:space="preserve">    def _load_workbook(self, file: UploadedFile | BytesIO) -&gt; None:</w:t>
        <w:br/>
        <w:t xml:space="preserve">        """Загружает Excel файл."""</w:t>
        <w:br/>
        <w:t xml:space="preserve">        if isinstance(file, UploadedFile):</w:t>
        <w:br/>
        <w:t xml:space="preserve">            content = BytesIO(file.read())</w:t>
        <w:br/>
        <w:t xml:space="preserve">        else:</w:t>
        <w:br/>
        <w:t xml:space="preserve">            content = file</w:t>
        <w:br/>
        <w:t xml:space="preserve">        self._workbook = openpyxl.load_workbook(content, read_only=True, data_only=True)</w:t>
        <w:br/>
        <w:t xml:space="preserve">        self._sheet = self._workbook.active</w:t>
        <w:br/>
        <w:t xml:space="preserve">    def _parse_row(self, row_num: int) -&gt; RowData | None:</w:t>
        <w:br/>
        <w:t xml:space="preserve">        """Парсит одну строку Excel."""</w:t>
        <w:br/>
        <w:t xml:space="preserve">        # Получение значений стандартных полей организации</w:t>
        <w:br/>
        <w:t xml:space="preserve">        org_name = self._get_cell_value(row_num, self.ORG_NAME_COLUMN)</w:t>
        <w:br/>
        <w:t xml:space="preserve">        okpo = self._get_cell_value(row_num, self.OKPO_COLUMN)</w:t>
        <w:br/>
        <w:t xml:space="preserve">        ogrn = self._get_cell_value(row_num, self.OGRN_COLUMN)</w:t>
        <w:br/>
        <w:t xml:space="preserve">        inn = self._get_cell_value(row_num, self.INN_COLUMN)</w:t>
        <w:br/>
        <w:t xml:space="preserve">        kpp = None</w:t>
        <w:br/>
        <w:t xml:space="preserve">        if self.KPP_COLUMN is not None:</w:t>
        <w:br/>
        <w:t xml:space="preserve">            kpp = self._get_cell_value(row_num, self.KPP_COLUMN)</w:t>
        <w:br/>
        <w:t xml:space="preserve">        # Проверка на пустую строку</w:t>
        <w:br/>
        <w:t xml:space="preserve">        if not org_name and not inn:</w:t>
        <w:br/>
        <w:t xml:space="preserve">            return None</w:t>
        <w:br/>
        <w:t xml:space="preserve">        # Парсинг дополнительных полей по маппингу</w:t>
        <w:br/>
        <w:t xml:space="preserve">        fields: dict[str, Any] = {}</w:t>
        <w:br/>
        <w:t xml:space="preserve">        for mapping in self._column_mappings:</w:t>
        <w:br/>
        <w:t xml:space="preserve">            raw_value = self._get_cell_value(row_num, mapping.excel_column)</w:t>
        <w:br/>
        <w:t xml:space="preserve">            fields[mapping.model_field] = self._convert_value(</w:t>
        <w:br/>
        <w:t xml:space="preserve">                raw_value, mapping.field_type</w:t>
        <w:br/>
        <w:t xml:space="preserve">            )</w:t>
        <w:br/>
        <w:t xml:space="preserve">        return RowData(</w:t>
        <w:br/>
        <w:t xml:space="preserve">            row_number=row_num,</w:t>
        <w:br/>
        <w:t xml:space="preserve">            organization_name=str(org_name).strip() if org_name else None,</w:t>
        <w:br/>
        <w:t xml:space="preserve">            inn=clean_inn(str(inn) if inn else None),</w:t>
        <w:br/>
        <w:t xml:space="preserve">            ogrn=clean_ogrn(str(ogrn) if ogrn else None),</w:t>
        <w:br/>
        <w:t xml:space="preserve">            kpp=clean_kpp(str(kpp) if kpp else None),</w:t>
        <w:br/>
        <w:t xml:space="preserve">            okpo=clean_okpo(str(okpo) if okpo else None),</w:t>
        <w:br/>
        <w:t xml:space="preserve">            fields=fields,</w:t>
        <w:br/>
        <w:t xml:space="preserve">        )</w:t>
        <w:br/>
        <w:t xml:space="preserve">    def _get_cell_value(self, row: int, col: int) -&gt; Any:</w:t>
        <w:br/>
        <w:t xml:space="preserve">        """Получает значение ячейки (row и col - 0-based для col, 1-based для row)."""</w:t>
        <w:br/>
        <w:t xml:space="preserve">        cell = self._sheet.cell(row=row, column=col + 1)</w:t>
        <w:br/>
        <w:t xml:space="preserve">        return cell.value</w:t>
        <w:br/>
        <w:t xml:space="preserve">    def _convert_value(self, value: Any, field_type: str) -&gt; Any:</w:t>
        <w:br/>
        <w:t xml:space="preserve">        """Конвертирует значение в нужный тип."""</w:t>
        <w:br/>
        <w:t xml:space="preserve">        if value is None:</w:t>
        <w:br/>
        <w:t xml:space="preserve">            return None</w:t>
        <w:br/>
        <w:t xml:space="preserve">        try:</w:t>
        <w:br/>
        <w:t xml:space="preserve">            if field_type == "str":</w:t>
        <w:br/>
        <w:t xml:space="preserve">                return str(value).strip() if value else None</w:t>
        <w:br/>
        <w:t xml:space="preserve">            elif field_type == "int":</w:t>
        <w:br/>
        <w:t xml:space="preserve">                if isinstance(value, (int, float)):</w:t>
        <w:br/>
        <w:t xml:space="preserve">                    return int(value)</w:t>
        <w:br/>
        <w:t xml:space="preserve">                return int(float(str(value).replace(",", ".").replace(" ", "")))</w:t>
        <w:br/>
        <w:t xml:space="preserve">            elif field_type == "decimal":</w:t>
        <w:br/>
        <w:t xml:space="preserve">                if isinstance(value, (int, float, Decimal)):</w:t>
        <w:br/>
        <w:t xml:space="preserve">                    return Decimal(str(value))</w:t>
        <w:br/>
        <w:t xml:space="preserve">                cleaned = str(value).replace(",", ".").replace(" ", "")</w:t>
        <w:br/>
        <w:t xml:space="preserve">                return Decimal(cleaned) if cleaned else None</w:t>
        <w:br/>
        <w:t xml:space="preserve">            elif field_type == "bool":</w:t>
        <w:br/>
        <w:t xml:space="preserve">                if isinstance(value, bool):</w:t>
        <w:br/>
        <w:t xml:space="preserve">                    return value</w:t>
        <w:br/>
        <w:t xml:space="preserve">                str_val = str(value).lower().strip()</w:t>
        <w:br/>
        <w:t xml:space="preserve">                return str_val in ("да", "yes", "1", "true", "+")</w:t>
        <w:br/>
        <w:t xml:space="preserve">            elif field_type == "date":</w:t>
        <w:br/>
        <w:t xml:space="preserve">                from datetime import date, datetime</w:t>
        <w:br/>
        <w:t xml:space="preserve">                if isinstance(value, (date, datetime)):</w:t>
        <w:br/>
        <w:t xml:space="preserve">                    return value.date() if isinstance(value, datetime) else value</w:t>
        <w:br/>
        <w:t xml:space="preserve">                return None</w:t>
        <w:br/>
        <w:t xml:space="preserve">            else:</w:t>
        <w:br/>
        <w:t xml:space="preserve">                return value</w:t>
        <w:br/>
        <w:t xml:space="preserve">        except (ValueError, InvalidOperation, TypeError):</w:t>
        <w:br/>
        <w:t xml:space="preserve">            return None</w:t>
        <w:br/>
        <w:t xml:space="preserve">    def _validate_row(self, row_data: RowData) -&gt; list[FieldError]:</w:t>
        <w:br/>
        <w:t xml:space="preserve">        """Валидирует данные строки."""</w:t>
        <w:br/>
        <w:t xml:space="preserve">        errors: list[FieldError] = []</w:t>
        <w:br/>
        <w:t xml:space="preserve">        # Валидация обязательных полей организации</w:t>
        <w:br/>
        <w:t xml:space="preserve">        if not row_data.organization_name:</w:t>
        <w:br/>
        <w:t xml:space="preserve">            errors.append(FieldError(field="organization_name", message="Наименование организации обязательно"))</w:t>
        <w:br/>
        <w:t xml:space="preserve">        # Валидация ИНН</w:t>
        <w:br/>
        <w:t xml:space="preserve">        valid, msg = validate_inn(row_data.inn)</w:t>
        <w:br/>
        <w:t xml:space="preserve">        if not valid:</w:t>
        <w:br/>
        <w:t xml:space="preserve">            errors.append(FieldError(field="inn", message=msg))</w:t>
        <w:br/>
        <w:t xml:space="preserve">        # Валидация ОГРН</w:t>
        <w:br/>
        <w:t xml:space="preserve">        valid, msg = validate_ogrn(row_data.ogrn)</w:t>
        <w:br/>
        <w:t xml:space="preserve">        if not valid:</w:t>
        <w:br/>
        <w:t xml:space="preserve">            errors.append(FieldError(field="ogrn", message=msg))</w:t>
        <w:br/>
        <w:t xml:space="preserve">        # Валидация КПП (если есть)</w:t>
        <w:br/>
        <w:t xml:space="preserve">        if row_data.kpp:</w:t>
        <w:br/>
        <w:t xml:space="preserve">            valid, msg = validate_kpp(row_data.kpp)</w:t>
        <w:br/>
        <w:t xml:space="preserve">            if not valid:</w:t>
        <w:br/>
        <w:t xml:space="preserve">                errors.append(FieldError(field="kpp", message=msg))</w:t>
        <w:br/>
        <w:t xml:space="preserve">        # Валидация ОКПО (если есть)</w:t>
        <w:br/>
        <w:t xml:space="preserve">        if row_data.okpo:</w:t>
        <w:br/>
        <w:t xml:space="preserve">            valid, msg = validate_okpo(row_data.okpo)</w:t>
        <w:br/>
        <w:t xml:space="preserve">            if not valid:</w:t>
        <w:br/>
        <w:t xml:space="preserve">                errors.append(FieldError(field="okpo", message=msg))</w:t>
        <w:br/>
        <w:t xml:space="preserve">        # Валидация полей по маппингу</w:t>
        <w:br/>
        <w:t xml:space="preserve">        for mapping in self._column_mappings:</w:t>
        <w:br/>
        <w:t xml:space="preserve">            value = row_data.fields.get(mapping.model_field)</w:t>
        <w:br/>
        <w:t xml:space="preserve">            if mapping.required and value is None:</w:t>
        <w:br/>
        <w:t xml:space="preserve">                errors.append(</w:t>
        <w:br/>
        <w:t xml:space="preserve">                    FieldError(</w:t>
        <w:br/>
        <w:t xml:space="preserve">                        field=mapping.model_field,</w:t>
        <w:br/>
        <w:t xml:space="preserve">                        message=f"Поле '{mapping.excel_header}' обязательно",</w:t>
        <w:br/>
        <w:t xml:space="preserve">                    )</w:t>
        <w:br/>
        <w:t xml:space="preserve">                )</w:t>
        <w:br/>
        <w:t xml:space="preserve">            # Валидация числовых полей (должны быть &gt;= 0)</w:t>
        <w:br/>
        <w:t xml:space="preserve">            if mapping.field_type in ("int", "decimal") and value is not None:</w:t>
        <w:br/>
        <w:t xml:space="preserve">                if value &lt; 0:</w:t>
        <w:br/>
        <w:t xml:space="preserve">                    errors.append(</w:t>
        <w:br/>
        <w:t xml:space="preserve">                        FieldError(</w:t>
        <w:br/>
        <w:t xml:space="preserve">                            field=mapping.model_field,</w:t>
        <w:br/>
        <w:t xml:space="preserve">                            message=f"Значение должно быть &gt;= 0",</w:t>
        <w:br/>
        <w:t xml:space="preserve">                        )</w:t>
        <w:br/>
        <w:t xml:space="preserve">                    )</w:t>
        <w:br/>
        <w:t xml:space="preserve">        return errors</w:t>
      </w:r>
    </w:p>
    <w:p>
      <w:pPr>
        <w:pStyle w:val="Heading1"/>
      </w:pPr>
      <w:r>
        <w:t>src/apps/core/exception_handler.py</w:t>
      </w:r>
    </w:p>
    <w:p>
      <w:r>
        <w:t>"""</w:t>
        <w:br/>
        <w:t>Custom exception handler for DRF.</w:t>
        <w:br/>
        <w:t>Converts all exceptions to a unified API response format.</w:t>
        <w:br/>
        <w:t>"""</w:t>
        <w:br/>
        <w:t>import logging</w:t>
        <w:br/>
        <w:t>from typing import Any</w:t>
        <w:br/>
        <w:t>from apps.core.exceptions import BaseAPIException</w:t>
        <w:br/>
        <w:t>from apps.core.middleware import get_request_id</w:t>
        <w:br/>
        <w:t>from apps.core.response import api_error_response</w:t>
        <w:br/>
        <w:t>from django.core.exceptions import PermissionDenied</w:t>
        <w:br/>
        <w:t>from django.http import Http404</w:t>
        <w:br/>
        <w:t>from rest_framework import status</w:t>
        <w:br/>
        <w:t>from rest_framework.exceptions import APIException</w:t>
        <w:br/>
        <w:t>from rest_framework.response import Response</w:t>
        <w:br/>
        <w:t>from rest_framework.views import exception_handler as drf_exception_handler</w:t>
        <w:br/>
        <w:t>logger = logging.getLogger(__name__)</w:t>
        <w:br/>
        <w:t>def custom_exception_handler(</w:t>
        <w:br/>
        <w:t xml:space="preserve">    exc: Exception, context: dict[str, Any]</w:t>
        <w:br/>
        <w:t>) -&gt; Response | None:</w:t>
        <w:br/>
        <w:t xml:space="preserve">    """</w:t>
        <w:br/>
        <w:t xml:space="preserve">    Custom exception handler that wraps all errors in a unified format.</w:t>
        <w:br/>
        <w:t xml:space="preserve">    Response format:</w:t>
        <w:br/>
        <w:t xml:space="preserve">    {</w:t>
        <w:br/>
        <w:t xml:space="preserve">        "success": false,</w:t>
        <w:br/>
        <w:t xml:space="preserve">        "data": null,</w:t>
        <w:br/>
        <w:t xml:space="preserve">        "errors": [</w:t>
        <w:br/>
        <w:t xml:space="preserve">            {</w:t>
        <w:br/>
        <w:t xml:space="preserve">                "code": "error_code",</w:t>
        <w:br/>
        <w:t xml:space="preserve">                "message": "Human readable message",</w:t>
        <w:br/>
        <w:t xml:space="preserve">                "details": {...}  // optional</w:t>
        <w:br/>
        <w:t xml:space="preserve">            }</w:t>
        <w:br/>
        <w:t xml:space="preserve">        ],</w:t>
        <w:br/>
        <w:t xml:space="preserve">        "meta": {</w:t>
        <w:br/>
        <w:t xml:space="preserve">            "request_id": "uuid"</w:t>
        <w:br/>
        <w:t xml:space="preserve">        }</w:t>
        <w:br/>
        <w:t xml:space="preserve">    }</w:t>
        <w:br/>
        <w:t xml:space="preserve">    """</w:t>
        <w:br/>
        <w:t xml:space="preserve">    request_id = get_request_id()</w:t>
        <w:br/>
        <w:t xml:space="preserve">    # Handle our custom exceptions</w:t>
        <w:br/>
        <w:t xml:space="preserve">    if isinstance(exc, BaseAPIException):</w:t>
        <w:br/>
        <w:t xml:space="preserve">        logger.warning(</w:t>
        <w:br/>
        <w:t xml:space="preserve">            f"[{request_id}] API Exception: {exc.code} - {exc.message}",</w:t>
        <w:br/>
        <w:t xml:space="preserve">            extra={</w:t>
        <w:br/>
        <w:t xml:space="preserve">                "request_id": request_id,</w:t>
        <w:br/>
        <w:t xml:space="preserve">                "error_code": exc.code,</w:t>
        <w:br/>
        <w:t xml:space="preserve">                "error_details": exc.details,</w:t>
        <w:br/>
        <w:t xml:space="preserve">            },</w:t>
        <w:br/>
        <w:t xml:space="preserve">        )</w:t>
        <w:br/>
        <w:t xml:space="preserve">        return api_error_response(</w:t>
        <w:br/>
        <w:t xml:space="preserve">            errors=[exc.to_dict()],</w:t>
        <w:br/>
        <w:t xml:space="preserve">            status_code=exc.status_code,</w:t>
        <w:br/>
        <w:t xml:space="preserve">            request_id=request_id,</w:t>
        <w:br/>
        <w:t xml:space="preserve">        )</w:t>
        <w:br/>
        <w:t xml:space="preserve">    # Handle Django's Http404</w:t>
        <w:br/>
        <w:t xml:space="preserve">    if isinstance(exc, Http404):</w:t>
        <w:br/>
        <w:t xml:space="preserve">        return api_error_response(</w:t>
        <w:br/>
        <w:t xml:space="preserve">            errors=[{"code": "not_found", "message": str(exc) or "Resource not found"}],</w:t>
        <w:br/>
        <w:t xml:space="preserve">            status_code=status.HTTP_404_NOT_FOUND,</w:t>
        <w:br/>
        <w:t xml:space="preserve">            request_id=request_id,</w:t>
        <w:br/>
        <w:t xml:space="preserve">        )</w:t>
        <w:br/>
        <w:t xml:space="preserve">    # Handle Django's PermissionDenied</w:t>
        <w:br/>
        <w:t xml:space="preserve">    if isinstance(exc, PermissionDenied):</w:t>
        <w:br/>
        <w:t xml:space="preserve">        return api_error_response(</w:t>
        <w:br/>
        <w:t xml:space="preserve">            errors=[</w:t>
        <w:br/>
        <w:t xml:space="preserve">                {</w:t>
        <w:br/>
        <w:t xml:space="preserve">                    "code": "permission_denied",</w:t>
        <w:br/>
        <w:t xml:space="preserve">                    "message": str(exc) or "Permission denied",</w:t>
        <w:br/>
        <w:t xml:space="preserve">                }</w:t>
        <w:br/>
        <w:t xml:space="preserve">            ],</w:t>
        <w:br/>
        <w:t xml:space="preserve">            status_code=status.HTTP_403_FORBIDDEN,</w:t>
        <w:br/>
        <w:t xml:space="preserve">            request_id=request_id,</w:t>
        <w:br/>
        <w:t xml:space="preserve">        )</w:t>
        <w:br/>
        <w:t xml:space="preserve">    # Handle DRF exceptions</w:t>
        <w:br/>
        <w:t xml:space="preserve">    if isinstance(exc, APIException):</w:t>
        <w:br/>
        <w:t xml:space="preserve">        # Get the default DRF response first</w:t>
        <w:br/>
        <w:t xml:space="preserve">        response = drf_exception_handler(exc, context)</w:t>
        <w:br/>
        <w:t xml:space="preserve">        if response is not None:</w:t>
        <w:br/>
        <w:t xml:space="preserve">            errors = _parse_drf_errors(exc, response.data)</w:t>
        <w:br/>
        <w:t xml:space="preserve">            return api_error_response(</w:t>
        <w:br/>
        <w:t xml:space="preserve">                errors=errors,</w:t>
        <w:br/>
        <w:t xml:space="preserve">                status_code=response.status_code,</w:t>
        <w:br/>
        <w:t xml:space="preserve">                request_id=request_id,</w:t>
        <w:br/>
        <w:t xml:space="preserve">            )</w:t>
        <w:br/>
        <w:t xml:space="preserve">    # Unhandled exceptions - log and return 500</w:t>
        <w:br/>
        <w:t xml:space="preserve">    logger.exception(</w:t>
        <w:br/>
        <w:t xml:space="preserve">        f"[{request_id}] Unhandled exception",</w:t>
        <w:br/>
        <w:t xml:space="preserve">        extra={"request_id": request_id, "exception_type": type(exc).__name__},</w:t>
        <w:br/>
        <w:t xml:space="preserve">    )</w:t>
        <w:br/>
        <w:t xml:space="preserve">    return api_error_response(</w:t>
        <w:br/>
        <w:t xml:space="preserve">        errors=[</w:t>
        <w:br/>
        <w:t xml:space="preserve">            {</w:t>
        <w:br/>
        <w:t xml:space="preserve">                "code": "internal_error",</w:t>
        <w:br/>
        <w:t xml:space="preserve">                "message": "An unexpected error occurred",</w:t>
        <w:br/>
        <w:t xml:space="preserve">            }</w:t>
        <w:br/>
        <w:t xml:space="preserve">        ],</w:t>
        <w:br/>
        <w:t xml:space="preserve">        status_code=status.HTTP_500_INTERNAL_SERVER_ERROR,</w:t>
        <w:br/>
        <w:t xml:space="preserve">        request_id=request_id,</w:t>
        <w:br/>
        <w:t xml:space="preserve">    )</w:t>
        <w:br/>
        <w:t>def _parse_drf_errors(exc: APIException, data: Any) -&gt; list[dict[str, Any]]:</w:t>
        <w:br/>
        <w:t xml:space="preserve">    """Parse DRF exception data into our error format."""</w:t>
        <w:br/>
        <w:t xml:space="preserve">    errors = []</w:t>
        <w:br/>
        <w:t xml:space="preserve">    # Get error code from exception</w:t>
        <w:br/>
        <w:t xml:space="preserve">    code = getattr(exc, "default_code", "error")</w:t>
        <w:br/>
        <w:t xml:space="preserve">    if isinstance(data, dict):</w:t>
        <w:br/>
        <w:t xml:space="preserve">        # Validation errors with field details</w:t>
        <w:br/>
        <w:t xml:space="preserve">        if "detail" in data:</w:t>
        <w:br/>
        <w:t xml:space="preserve">            errors.append(</w:t>
        <w:br/>
        <w:t xml:space="preserve">                {</w:t>
        <w:br/>
        <w:t xml:space="preserve">                    "code": code,</w:t>
        <w:br/>
        <w:t xml:space="preserve">                    "message": str(data["detail"]),</w:t>
        <w:br/>
        <w:t xml:space="preserve">                }</w:t>
        <w:br/>
        <w:t xml:space="preserve">            )</w:t>
        <w:br/>
        <w:t xml:space="preserve">        else:</w:t>
        <w:br/>
        <w:t xml:space="preserve">            # Field-level validation errors</w:t>
        <w:br/>
        <w:t xml:space="preserve">            field_errors = {}</w:t>
        <w:br/>
        <w:t xml:space="preserve">            for field, messages in data.items():</w:t>
        <w:br/>
        <w:t xml:space="preserve">                if isinstance(messages, list):</w:t>
        <w:br/>
        <w:t xml:space="preserve">                    field_errors[field] = [str(m) for m in messages]</w:t>
        <w:br/>
        <w:t xml:space="preserve">                else:</w:t>
        <w:br/>
        <w:t xml:space="preserve">                    field_errors[field] = [str(messages)]</w:t>
        <w:br/>
        <w:t xml:space="preserve">            errors.append(</w:t>
        <w:br/>
        <w:t xml:space="preserve">                {</w:t>
        <w:br/>
        <w:t xml:space="preserve">                    "code": "validation_error",</w:t>
        <w:br/>
        <w:t xml:space="preserve">                    "message": "Validation failed",</w:t>
        <w:br/>
        <w:t xml:space="preserve">                    "details": {"fields": field_errors},</w:t>
        <w:br/>
        <w:t xml:space="preserve">                }</w:t>
        <w:br/>
        <w:t xml:space="preserve">            )</w:t>
        <w:br/>
        <w:t xml:space="preserve">    elif isinstance(data, list):</w:t>
        <w:br/>
        <w:t xml:space="preserve">        for item in data:</w:t>
        <w:br/>
        <w:t xml:space="preserve">            errors.append({"code": code, "message": str(item)})</w:t>
        <w:br/>
        <w:t xml:space="preserve">    else:</w:t>
        <w:br/>
        <w:t xml:space="preserve">        errors.append({"code": code, "message": str(data)})</w:t>
        <w:br/>
        <w:t xml:space="preserve">    return errors</w:t>
      </w:r>
    </w:p>
    <w:p>
      <w:pPr>
        <w:pStyle w:val="Heading1"/>
      </w:pPr>
      <w:r>
        <w:t>src/apps/core/admin.py</w:t>
      </w:r>
    </w:p>
    <w:p>
      <w:r>
        <w:t>"""</w:t>
        <w:br/>
        <w:t>Admin configuration for core app.</w:t>
        <w:br/>
        <w:t>"""</w:t>
        <w:br/>
        <w:t>from apps.core.models import BackgroundJob</w:t>
        <w:br/>
        <w:t>from django.contrib import admin</w:t>
        <w:br/>
        <w:t>from django.utils.html import format_html</w:t>
        <w:br/>
        <w:t>@admin.register(BackgroundJob)</w:t>
        <w:br/>
        <w:t>class BackgroundJobAdmin(admin.ModelAdmin):</w:t>
        <w:br/>
        <w:t xml:space="preserve">    """Admin для фоновых задач."""</w:t>
        <w:br/>
        <w:t xml:space="preserve">    list_display = [</w:t>
        <w:br/>
        <w:t xml:space="preserve">        "task_name_short",</w:t>
        <w:br/>
        <w:t xml:space="preserve">        "status_badge",</w:t>
        <w:br/>
        <w:t xml:space="preserve">        "progress_bar",</w:t>
        <w:br/>
        <w:t xml:space="preserve">        "user_id",</w:t>
        <w:br/>
        <w:t xml:space="preserve">        "started_at",</w:t>
        <w:br/>
        <w:t xml:space="preserve">        "duration_display",</w:t>
        <w:br/>
        <w:t xml:space="preserve">        "created_at",</w:t>
        <w:br/>
        <w:t xml:space="preserve">    ]</w:t>
        <w:br/>
        <w:t xml:space="preserve">    list_filter = ["status", "task_name", "created_at"]</w:t>
        <w:br/>
        <w:t xml:space="preserve">    search_fields = ["task_id", "task_name", "error"]</w:t>
        <w:br/>
        <w:t xml:space="preserve">    readonly_fields = [</w:t>
        <w:br/>
        <w:t xml:space="preserve">        "id",</w:t>
        <w:br/>
        <w:t xml:space="preserve">        "task_id",</w:t>
        <w:br/>
        <w:t xml:space="preserve">        "task_name",</w:t>
        <w:br/>
        <w:t xml:space="preserve">        "status",</w:t>
        <w:br/>
        <w:t xml:space="preserve">        "progress",</w:t>
        <w:br/>
        <w:t xml:space="preserve">        "progress_message",</w:t>
        <w:br/>
        <w:t xml:space="preserve">        "result",</w:t>
        <w:br/>
        <w:t xml:space="preserve">        "error",</w:t>
        <w:br/>
        <w:t xml:space="preserve">        "traceback",</w:t>
        <w:br/>
        <w:t xml:space="preserve">        "started_at",</w:t>
        <w:br/>
        <w:t xml:space="preserve">        "completed_at",</w:t>
        <w:br/>
        <w:t xml:space="preserve">        "user_id",</w:t>
        <w:br/>
        <w:t xml:space="preserve">        "meta",</w:t>
        <w:br/>
        <w:t xml:space="preserve">        "created_at",</w:t>
        <w:br/>
        <w:t xml:space="preserve">        "updated_at",</w:t>
        <w:br/>
        <w:t xml:space="preserve">    ]</w:t>
        <w:br/>
        <w:t xml:space="preserve">    ordering = ["-created_at"]</w:t>
        <w:br/>
        <w:t xml:space="preserve">    list_per_page = 50</w:t>
        <w:br/>
        <w:t xml:space="preserve">    date_hierarchy = "created_at"</w:t>
        <w:br/>
        <w:t xml:space="preserve">    fieldsets = (</w:t>
        <w:br/>
        <w:t xml:space="preserve">        (</w:t>
        <w:br/>
        <w:t xml:space="preserve">            "Задача",</w:t>
        <w:br/>
        <w:t xml:space="preserve">            {"fields": ("id", "task_id", "task_name", "user_id")},</w:t>
        <w:br/>
        <w:t xml:space="preserve">        ),</w:t>
        <w:br/>
        <w:t xml:space="preserve">        (</w:t>
        <w:br/>
        <w:t xml:space="preserve">            "Статус",</w:t>
        <w:br/>
        <w:t xml:space="preserve">            {"fields": ("status", "progress", "progress_message")},</w:t>
        <w:br/>
        <w:t xml:space="preserve">        ),</w:t>
        <w:br/>
        <w:t xml:space="preserve">        (</w:t>
        <w:br/>
        <w:t xml:space="preserve">            "Результат",</w:t>
        <w:br/>
        <w:t xml:space="preserve">            {"fields": ("result",), "classes": ("collapse",)},</w:t>
        <w:br/>
        <w:t xml:space="preserve">        ),</w:t>
        <w:br/>
        <w:t xml:space="preserve">        (</w:t>
        <w:br/>
        <w:t xml:space="preserve">            "Ошибка",</w:t>
        <w:br/>
        <w:t xml:space="preserve">            {"fields": ("error", "traceback"), "classes": ("collapse",)},</w:t>
        <w:br/>
        <w:t xml:space="preserve">        ),</w:t>
        <w:br/>
        <w:t xml:space="preserve">        (</w:t>
        <w:br/>
        <w:t xml:space="preserve">            "Время",</w:t>
        <w:br/>
        <w:t xml:space="preserve">            {"fields": ("started_at", "completed_at", "created_at", "updated_at")},</w:t>
        <w:br/>
        <w:t xml:space="preserve">        ),</w:t>
        <w:br/>
        <w:t xml:space="preserve">        (</w:t>
        <w:br/>
        <w:t xml:space="preserve">            "Метаданные",</w:t>
        <w:br/>
        <w:t xml:space="preserve">            {"fields": ("meta",), "classes": ("collapse",)},</w:t>
        <w:br/>
        <w:t xml:space="preserve">        ),</w:t>
        <w:br/>
        <w:t xml:space="preserve">    )</w:t>
        <w:br/>
        <w:t xml:space="preserve">    def task_name_short(self, obj):</w:t>
        <w:br/>
        <w:t xml:space="preserve">        """Сокращённое имя задачи."""</w:t>
        <w:br/>
        <w:t xml:space="preserve">        name = obj.task_name or ""</w:t>
        <w:br/>
        <w:t xml:space="preserve">        # Берём только последнюю часть пути</w:t>
        <w:br/>
        <w:t xml:space="preserve">        parts = name.split(".")</w:t>
        <w:br/>
        <w:t xml:space="preserve">        if len(parts) &gt; 2:</w:t>
        <w:br/>
        <w:t xml:space="preserve">            return parts[-1]</w:t>
        <w:br/>
        <w:t xml:space="preserve">        return name</w:t>
        <w:br/>
        <w:t xml:space="preserve">    task_name_short.short_description = "Задача"</w:t>
        <w:br/>
        <w:t xml:space="preserve">    task_name_short.admin_order_field = "task_name"</w:t>
        <w:br/>
        <w:t xml:space="preserve">    def status_badge(self, obj):</w:t>
        <w:br/>
        <w:t xml:space="preserve">        """Цветной бейдж статуса."""</w:t>
        <w:br/>
        <w:t xml:space="preserve">        colors = {</w:t>
        <w:br/>
        <w:t xml:space="preserve">            "pending": "#6c757d",</w:t>
        <w:br/>
        <w:t xml:space="preserve">            "started": "#007bff",</w:t>
        <w:br/>
        <w:t xml:space="preserve">            "success": "#28a745",</w:t>
        <w:br/>
        <w:t xml:space="preserve">            "failure": "#dc3545",</w:t>
        <w:br/>
        <w:t xml:space="preserve">            "revoked": "#ffc107",</w:t>
        <w:br/>
        <w:t xml:space="preserve">            "retry": "#17a2b8",</w:t>
        <w:br/>
        <w:t xml:space="preserve">        }</w:t>
        <w:br/>
        <w:t xml:space="preserve">        color = colors.get(obj.status, "#6c757d")</w:t>
        <w:br/>
        <w:t xml:space="preserve">        return format_html(</w:t>
        <w:br/>
        <w:t xml:space="preserve">            '&lt;span style="color: white; background: {}; padding: 3px 10px; '</w:t>
        <w:br/>
        <w:t xml:space="preserve">            'border-radius: 3px;"&gt;{}&lt;/span&gt;',</w:t>
        <w:br/>
        <w:t xml:space="preserve">            color,</w:t>
        <w:br/>
        <w:t xml:space="preserve">            obj.get_status_display(),</w:t>
        <w:br/>
        <w:t xml:space="preserve">        )</w:t>
        <w:br/>
        <w:t xml:space="preserve">    status_badge.short_description = "Статус"</w:t>
        <w:br/>
        <w:t xml:space="preserve">    status_badge.admin_order_field = "status"</w:t>
        <w:br/>
        <w:t xml:space="preserve">    def progress_bar(self, obj):</w:t>
        <w:br/>
        <w:t xml:space="preserve">        """Прогресс-бар."""</w:t>
        <w:br/>
        <w:t xml:space="preserve">        progress = obj.progress or 0</w:t>
        <w:br/>
        <w:t xml:space="preserve">        color = "#28a745" if progress == 100 else "#007bff"</w:t>
        <w:br/>
        <w:t xml:space="preserve">        return format_html(</w:t>
        <w:br/>
        <w:t xml:space="preserve">            '&lt;div style="width: 100px; background: #e9ecef; border-radius: 3px;"&gt;'</w:t>
        <w:br/>
        <w:t xml:space="preserve">            '&lt;div style="width: {}px; background: {}; height: 18px; border-radius: 3px; '</w:t>
        <w:br/>
        <w:t xml:space="preserve">            'text-align: center; color: white; font-size: 11px; line-height: 18px;"&gt;'</w:t>
        <w:br/>
        <w:t xml:space="preserve">            "{}%&lt;/div&gt;&lt;/div&gt;",</w:t>
        <w:br/>
        <w:t xml:space="preserve">            progress,</w:t>
        <w:br/>
        <w:t xml:space="preserve">            color,</w:t>
        <w:br/>
        <w:t xml:space="preserve">            progress,</w:t>
        <w:br/>
        <w:t xml:space="preserve">        )</w:t>
        <w:br/>
        <w:t xml:space="preserve">    progress_bar.short_description = "Прогресс"</w:t>
        <w:br/>
        <w:t xml:space="preserve">    def duration_display(self, obj):</w:t>
        <w:br/>
        <w:t xml:space="preserve">        """Длительность выполнения."""</w:t>
        <w:br/>
        <w:t xml:space="preserve">        duration = obj.duration</w:t>
        <w:br/>
        <w:t xml:space="preserve">        if duration is None:</w:t>
        <w:br/>
        <w:t xml:space="preserve">            return "-"</w:t>
        <w:br/>
        <w:t xml:space="preserve">        if duration &lt; 60:</w:t>
        <w:br/>
        <w:t xml:space="preserve">            return f"{duration:.1f} сек"</w:t>
        <w:br/>
        <w:t xml:space="preserve">        return f"{duration / 60:.1f} мин"</w:t>
        <w:br/>
        <w:t xml:space="preserve">    duration_display.short_description = "Длительность"</w:t>
        <w:br/>
        <w:t xml:space="preserve">    def has_add_permission(self, request):</w:t>
        <w:br/>
        <w:t xml:space="preserve">        """Запретить создание записей вручную."""</w:t>
        <w:br/>
        <w:t xml:space="preserve">        return False</w:t>
        <w:br/>
        <w:t xml:space="preserve">    def has_change_permission(self, request, obj=None):</w:t>
        <w:br/>
        <w:t xml:space="preserve">        """Запретить редактирование записей."""</w:t>
        <w:br/>
        <w:t xml:space="preserve">        return False</w:t>
        <w:br/>
        <w:t xml:space="preserve">    actions = ["revoke_jobs"]</w:t>
        <w:br/>
        <w:t xml:space="preserve">    @admin.action(description="Отменить выбранные задачи")</w:t>
        <w:br/>
        <w:t xml:space="preserve">    def revoke_jobs(self, request, queryset):</w:t>
        <w:br/>
        <w:t xml:space="preserve">        from celery import current_app</w:t>
        <w:br/>
        <w:t xml:space="preserve">        count = 0</w:t>
        <w:br/>
        <w:t xml:space="preserve">        for job in queryset.filter(status__in=["pending", "started"]):</w:t>
        <w:br/>
        <w:t xml:space="preserve">            current_app.control.revoke(job.task_id, terminate=True)</w:t>
        <w:br/>
        <w:t xml:space="preserve">            job.revoke()</w:t>
        <w:br/>
        <w:t xml:space="preserve">            count += 1</w:t>
        <w:br/>
        <w:t xml:space="preserve">        self.message_user(request, f"Отменено {count} задач")</w:t>
      </w:r>
    </w:p>
    <w:p>
      <w:pPr>
        <w:pStyle w:val="Heading1"/>
      </w:pPr>
      <w:r>
        <w:t>src/apps/core/permissions.py</w:t>
      </w:r>
    </w:p>
    <w:p>
      <w:r>
        <w:t>"""</w:t>
        <w:br/>
        <w:t>Базовые классы разрешений для API.</w:t>
        <w:br/>
        <w:t>Предоставляет переиспользуемые permission classes для контроля доступа.</w:t>
        <w:br/>
        <w:t>"""</w:t>
        <w:br/>
        <w:t>from rest_framework import permissions</w:t>
        <w:br/>
        <w:t>from rest_framework.request import Request</w:t>
        <w:br/>
        <w:t>from rest_framework.views import APIView</w:t>
        <w:br/>
        <w:t>class IsOwner(permissions.BasePermission):</w:t>
        <w:br/>
        <w:t xml:space="preserve">    """</w:t>
        <w:br/>
        <w:t xml:space="preserve">    Разрешает доступ только владельцу объекта.</w:t>
        <w:br/>
        <w:t xml:space="preserve">    Объект должен иметь атрибут `user` или `owner`,</w:t>
        <w:br/>
        <w:t xml:space="preserve">    который сравнивается с текущим пользователем.</w:t>
        <w:br/>
        <w:t xml:space="preserve">    Пример использования:</w:t>
        <w:br/>
        <w:t xml:space="preserve">        class MyView(APIView):</w:t>
        <w:br/>
        <w:t xml:space="preserve">            permission_classes = [IsAuthenticated, IsOwner]</w:t>
        <w:br/>
        <w:t xml:space="preserve">    """</w:t>
        <w:br/>
        <w:t xml:space="preserve">    owner_field = "user"  # Можно переопределить в подклассах</w:t>
        <w:br/>
        <w:t xml:space="preserve">    def has_object_permission(self, request: Request, view: APIView, obj) -&gt; bool:</w:t>
        <w:br/>
        <w:t xml:space="preserve">        """Проверяет, является ли пользователь владельцем объекта."""</w:t>
        <w:br/>
        <w:t xml:space="preserve">        owner = getattr(obj, self.owner_field, None)</w:t>
        <w:br/>
        <w:t xml:space="preserve">        if owner is None:</w:t>
        <w:br/>
        <w:t xml:space="preserve">            owner = getattr(obj, "owner", None)</w:t>
        <w:br/>
        <w:t xml:space="preserve">        return owner == request.user</w:t>
        <w:br/>
        <w:t>class IsOwnerOrReadOnly(permissions.BasePermission):</w:t>
        <w:br/>
        <w:t xml:space="preserve">    """</w:t>
        <w:br/>
        <w:t xml:space="preserve">    Разрешает изменение только владельцу, остальным - только чтение.</w:t>
        <w:br/>
        <w:t xml:space="preserve">    SAFE_METHODS (GET, HEAD, OPTIONS) доступны всем аутентифицированным.</w:t>
        <w:br/>
        <w:t xml:space="preserve">    Изменяющие методы (POST, PUT, PATCH, DELETE) - только владельцу.</w:t>
        <w:br/>
        <w:t xml:space="preserve">    """</w:t>
        <w:br/>
        <w:t xml:space="preserve">    owner_field = "user"</w:t>
        <w:br/>
        <w:t xml:space="preserve">    def has_object_permission(self, request: Request, view: APIView, obj) -&gt; bool:</w:t>
        <w:br/>
        <w:t xml:space="preserve">        """Проверяет права на объект."""</w:t>
        <w:br/>
        <w:t xml:space="preserve">        # Чтение разрешено всем</w:t>
        <w:br/>
        <w:t xml:space="preserve">        if request.method in permissions.SAFE_METHODS:</w:t>
        <w:br/>
        <w:t xml:space="preserve">            return True</w:t>
        <w:br/>
        <w:t xml:space="preserve">        # Изменение - только владельцу</w:t>
        <w:br/>
        <w:t xml:space="preserve">        owner = getattr(obj, self.owner_field, None)</w:t>
        <w:br/>
        <w:t xml:space="preserve">        if owner is None:</w:t>
        <w:br/>
        <w:t xml:space="preserve">            owner = getattr(obj, "owner", None)</w:t>
        <w:br/>
        <w:t xml:space="preserve">        return owner == request.user</w:t>
        <w:br/>
        <w:t>class IsAdminOrReadOnly(permissions.BasePermission):</w:t>
        <w:br/>
        <w:t xml:space="preserve">    """</w:t>
        <w:br/>
        <w:t xml:space="preserve">    Разрешает изменение только админам, остальным - только чтение.</w:t>
        <w:br/>
        <w:t xml:space="preserve">    SAFE_METHODS доступны всем (включая анонимных).</w:t>
        <w:br/>
        <w:t xml:space="preserve">    Изменяющие методы - только staff/superuser.</w:t>
        <w:br/>
        <w:t xml:space="preserve">    """</w:t>
        <w:br/>
        <w:t xml:space="preserve">    def has_permission(self, request: Request, view: APIView) -&gt; bool:</w:t>
        <w:br/>
        <w:t xml:space="preserve">        """Проверяет права на уровне view."""</w:t>
        <w:br/>
        <w:t xml:space="preserve">        if request.method in permissions.SAFE_METHODS:</w:t>
        <w:br/>
        <w:t xml:space="preserve">            return True</w:t>
        <w:br/>
        <w:t xml:space="preserve">        return request.user and request.user.is_staff</w:t>
        <w:br/>
        <w:t>class IsAdmin(permissions.BasePermission):</w:t>
        <w:br/>
        <w:t xml:space="preserve">    """</w:t>
        <w:br/>
        <w:t xml:space="preserve">    Разрешает доступ только администраторам (is_staff=True).</w:t>
        <w:br/>
        <w:t xml:space="preserve">    """</w:t>
        <w:br/>
        <w:t xml:space="preserve">    def has_permission(self, request: Request, view: APIView) -&gt; bool:</w:t>
        <w:br/>
        <w:t xml:space="preserve">        """Проверяет, является ли пользователь администратором."""</w:t>
        <w:br/>
        <w:t xml:space="preserve">        return request.user and request.user.is_staff</w:t>
        <w:br/>
        <w:t>class IsSuperuser(permissions.BasePermission):</w:t>
        <w:br/>
        <w:t xml:space="preserve">    """</w:t>
        <w:br/>
        <w:t xml:space="preserve">    Разрешает доступ только суперпользователям (is_superuser=True).</w:t>
        <w:br/>
        <w:t xml:space="preserve">    """</w:t>
        <w:br/>
        <w:t xml:space="preserve">    def has_permission(self, request: Request, view: APIView) -&gt; bool:</w:t>
        <w:br/>
        <w:t xml:space="preserve">        """Проверяет, является ли пользователь суперпользователем."""</w:t>
        <w:br/>
        <w:t xml:space="preserve">        return request.user and request.user.is_superuser</w:t>
        <w:br/>
        <w:t>class IsVerified(permissions.BasePermission):</w:t>
        <w:br/>
        <w:t xml:space="preserve">    """</w:t>
        <w:br/>
        <w:t xml:space="preserve">    Разрешает доступ только пользователям с подтверждённым email.</w:t>
        <w:br/>
        <w:t xml:space="preserve">    Требует наличие поля `is_verified` у модели пользователя.</w:t>
        <w:br/>
        <w:t xml:space="preserve">    """</w:t>
        <w:br/>
        <w:t xml:space="preserve">    message = "Email не подтверждён"</w:t>
        <w:br/>
        <w:t xml:space="preserve">    def has_permission(self, request: Request, view: APIView) -&gt; bool:</w:t>
        <w:br/>
        <w:t xml:space="preserve">        """Проверяет, подтверждён ли email пользователя."""</w:t>
        <w:br/>
        <w:t xml:space="preserve">        return (</w:t>
        <w:br/>
        <w:t xml:space="preserve">            request.user</w:t>
        <w:br/>
        <w:t xml:space="preserve">            and request.user.is_authenticated</w:t>
        <w:br/>
        <w:t xml:space="preserve">            and getattr(request.user, "is_verified", False)</w:t>
        <w:br/>
        <w:t xml:space="preserve">        )</w:t>
        <w:br/>
        <w:t>class IsOwnerOrAdmin(permissions.BasePermission):</w:t>
        <w:br/>
        <w:t xml:space="preserve">    """</w:t>
        <w:br/>
        <w:t xml:space="preserve">    Разрешает доступ владельцу объекта или администратору.</w:t>
        <w:br/>
        <w:t xml:space="preserve">    Полезно для случаев, когда админ должен иметь доступ</w:t>
        <w:br/>
        <w:t xml:space="preserve">    к любым объектам, а пользователь - только к своим.</w:t>
        <w:br/>
        <w:t xml:space="preserve">    """</w:t>
        <w:br/>
        <w:t xml:space="preserve">    owner_field = "user"</w:t>
        <w:br/>
        <w:t xml:space="preserve">    def has_object_permission(self, request: Request, view: APIView, obj) -&gt; bool:</w:t>
        <w:br/>
        <w:t xml:space="preserve">        """Проверяет права на объект."""</w:t>
        <w:br/>
        <w:t xml:space="preserve">        if request.user and request.user.is_staff:</w:t>
        <w:br/>
        <w:t xml:space="preserve">            return True</w:t>
        <w:br/>
        <w:t xml:space="preserve">        owner = getattr(obj, self.owner_field, None)</w:t>
        <w:br/>
        <w:t xml:space="preserve">        if owner is None:</w:t>
        <w:br/>
        <w:t xml:space="preserve">            owner = getattr(obj, "owner", None)</w:t>
        <w:br/>
        <w:t xml:space="preserve">        return owner == request.user</w:t>
      </w:r>
    </w:p>
    <w:p>
      <w:pPr>
        <w:pStyle w:val="Heading1"/>
      </w:pPr>
      <w:r>
        <w:t>src/apps/core/exceptions.py</w:t>
      </w:r>
    </w:p>
    <w:p>
      <w:r>
        <w:t>"""</w:t>
        <w:br/>
        <w:t>Core exceptions for the application.</w:t>
        <w:br/>
        <w:t>Provides a hierarchy of business logic exceptions that are automatically</w:t>
        <w:br/>
        <w:t>converted to appropriate API responses by the exception handler.</w:t>
        <w:br/>
        <w:t>"""</w:t>
        <w:br/>
        <w:t>from typing import Any</w:t>
        <w:br/>
        <w:t>class BaseAPIException(Exception):</w:t>
        <w:br/>
        <w:t xml:space="preserve">    """</w:t>
        <w:br/>
        <w:t xml:space="preserve">    Base exception for all API-related errors.</w:t>
        <w:br/>
        <w:t xml:space="preserve">    Attributes:</w:t>
        <w:br/>
        <w:t xml:space="preserve">        message: Human-readable error message</w:t>
        <w:br/>
        <w:t xml:space="preserve">        code: Machine-readable error code (e.g., 'validation_error')</w:t>
        <w:br/>
        <w:t xml:space="preserve">        status_code: HTTP status code</w:t>
        <w:br/>
        <w:t xml:space="preserve">        details: Additional error details (optional)</w:t>
        <w:br/>
        <w:t xml:space="preserve">    """</w:t>
        <w:br/>
        <w:t xml:space="preserve">    message: str = "An error occurred"</w:t>
        <w:br/>
        <w:t xml:space="preserve">    code: str = "error"</w:t>
        <w:br/>
        <w:t xml:space="preserve">    status_code: int = 400</w:t>
        <w:br/>
        <w:t xml:space="preserve">    details: dict[str, Any] | None = None</w:t>
        <w:br/>
        <w:t xml:space="preserve">    def __init__(</w:t>
        <w:br/>
        <w:t xml:space="preserve">        self,</w:t>
        <w:br/>
        <w:t xml:space="preserve">        message: str | None = None,</w:t>
        <w:br/>
        <w:t xml:space="preserve">        code: str | None = None,</w:t>
        <w:br/>
        <w:t xml:space="preserve">        details: dict[str, Any] | None = None,</w:t>
        <w:br/>
        <w:t xml:space="preserve">    ):</w:t>
        <w:br/>
        <w:t xml:space="preserve">        self.message = message or self.message</w:t>
        <w:br/>
        <w:t xml:space="preserve">        self.code = code or self.code</w:t>
        <w:br/>
        <w:t xml:space="preserve">        self.details = details</w:t>
        <w:br/>
        <w:t xml:space="preserve">        super().__init__(self.message)</w:t>
        <w:br/>
        <w:t xml:space="preserve">    def to_dict(self) -&gt; dict[str, Any]:</w:t>
        <w:br/>
        <w:t xml:space="preserve">        """Convert exception to dictionary for API response."""</w:t>
        <w:br/>
        <w:t xml:space="preserve">        result = {</w:t>
        <w:br/>
        <w:t xml:space="preserve">            "code": self.code,</w:t>
        <w:br/>
        <w:t xml:space="preserve">            "message": self.message,</w:t>
        <w:br/>
        <w:t xml:space="preserve">        }</w:t>
        <w:br/>
        <w:t xml:space="preserve">        if self.details:</w:t>
        <w:br/>
        <w:t xml:space="preserve">            result["details"] = self.details</w:t>
        <w:br/>
        <w:t xml:space="preserve">        return result</w:t>
        <w:br/>
        <w:t># ============================================================================</w:t>
        <w:br/>
        <w:t># Client Errors (4xx)</w:t>
        <w:br/>
        <w:t># ============================================================================</w:t>
        <w:br/>
        <w:t>class ValidationError(BaseAPIException):</w:t>
        <w:br/>
        <w:t xml:space="preserve">    """Raised when input data fails validation."""</w:t>
        <w:br/>
        <w:t xml:space="preserve">    message = "Validation error"</w:t>
        <w:br/>
        <w:t xml:space="preserve">    code = "validation_error"</w:t>
        <w:br/>
        <w:t xml:space="preserve">    status_code = 400</w:t>
        <w:br/>
        <w:t>class BadRequestError(BaseAPIException):</w:t>
        <w:br/>
        <w:t xml:space="preserve">    """Raised when request is malformed or invalid."""</w:t>
        <w:br/>
        <w:t xml:space="preserve">    message = "Bad request"</w:t>
        <w:br/>
        <w:t xml:space="preserve">    code = "bad_request"</w:t>
        <w:br/>
        <w:t xml:space="preserve">    status_code = 400</w:t>
        <w:br/>
        <w:t>class AuthenticationError(BaseAPIException):</w:t>
        <w:br/>
        <w:t xml:space="preserve">    """Raised when authentication fails."""</w:t>
        <w:br/>
        <w:t xml:space="preserve">    message = "Authentication failed"</w:t>
        <w:br/>
        <w:t xml:space="preserve">    code = "authentication_error"</w:t>
        <w:br/>
        <w:t xml:space="preserve">    status_code = 401</w:t>
        <w:br/>
        <w:t>class PermissionDeniedError(BaseAPIException):</w:t>
        <w:br/>
        <w:t xml:space="preserve">    """Raised when user lacks required permissions."""</w:t>
        <w:br/>
        <w:t xml:space="preserve">    message = "Permission denied"</w:t>
        <w:br/>
        <w:t xml:space="preserve">    code = "permission_denied"</w:t>
        <w:br/>
        <w:t xml:space="preserve">    status_code = 403</w:t>
        <w:br/>
        <w:t>class NotFoundError(BaseAPIException):</w:t>
        <w:br/>
        <w:t xml:space="preserve">    """Raised when requested resource is not found."""</w:t>
        <w:br/>
        <w:t xml:space="preserve">    message = "Resource not found"</w:t>
        <w:br/>
        <w:t xml:space="preserve">    code = "not_found"</w:t>
        <w:br/>
        <w:t xml:space="preserve">    status_code = 404</w:t>
        <w:br/>
        <w:t>class ConflictError(BaseAPIException):</w:t>
        <w:br/>
        <w:t xml:space="preserve">    """Raised when action conflicts with current state."""</w:t>
        <w:br/>
        <w:t xml:space="preserve">    message = "Conflict with current state"</w:t>
        <w:br/>
        <w:t xml:space="preserve">    code = "conflict"</w:t>
        <w:br/>
        <w:t xml:space="preserve">    status_code = 409</w:t>
        <w:br/>
        <w:t>class RateLimitError(BaseAPIException):</w:t>
        <w:br/>
        <w:t xml:space="preserve">    """Raised when rate limit is exceeded."""</w:t>
        <w:br/>
        <w:t xml:space="preserve">    message = "Rate limit exceeded"</w:t>
        <w:br/>
        <w:t xml:space="preserve">    code = "rate_limit_exceeded"</w:t>
        <w:br/>
        <w:t xml:space="preserve">    status_code = 429</w:t>
        <w:br/>
        <w:t># ============================================================================</w:t>
        <w:br/>
        <w:t># Server Errors (5xx)</w:t>
        <w:br/>
        <w:t># ============================================================================</w:t>
        <w:br/>
        <w:t>class InternalError(BaseAPIException):</w:t>
        <w:br/>
        <w:t xml:space="preserve">    """Raised for unexpected internal errors."""</w:t>
        <w:br/>
        <w:t xml:space="preserve">    message = "Internal server error"</w:t>
        <w:br/>
        <w:t xml:space="preserve">    code = "internal_error"</w:t>
        <w:br/>
        <w:t xml:space="preserve">    status_code = 500</w:t>
        <w:br/>
        <w:t>class ServiceUnavailableError(BaseAPIException):</w:t>
        <w:br/>
        <w:t xml:space="preserve">    """Raised when a dependent service is unavailable."""</w:t>
        <w:br/>
        <w:t xml:space="preserve">    message = "Service temporarily unavailable"</w:t>
        <w:br/>
        <w:t xml:space="preserve">    code = "service_unavailable"</w:t>
        <w:br/>
        <w:t xml:space="preserve">    status_code = 503</w:t>
        <w:br/>
        <w:t># ============================================================================</w:t>
        <w:br/>
        <w:t># Business Logic Errors</w:t>
        <w:br/>
        <w:t># ============================================================================</w:t>
        <w:br/>
        <w:t>class BusinessLogicError(BaseAPIException):</w:t>
        <w:br/>
        <w:t xml:space="preserve">    """</w:t>
        <w:br/>
        <w:t xml:space="preserve">    Base class for business logic errors.</w:t>
        <w:br/>
        <w:t xml:space="preserve">    Use this for domain-specific errors that should return 400/422.</w:t>
        <w:br/>
        <w:t xml:space="preserve">    """</w:t>
        <w:br/>
        <w:t xml:space="preserve">    message = "Business logic error"</w:t>
        <w:br/>
        <w:t xml:space="preserve">    code = "business_error"</w:t>
        <w:br/>
        <w:t xml:space="preserve">    status_code = 400</w:t>
        <w:br/>
        <w:t>class InvalidStateError(BusinessLogicError):</w:t>
        <w:br/>
        <w:t xml:space="preserve">    """Raised when entity is in invalid state for requested operation."""</w:t>
        <w:br/>
        <w:t xml:space="preserve">    message = "Invalid state for this operation"</w:t>
        <w:br/>
        <w:t xml:space="preserve">    code = "invalid_state"</w:t>
        <w:br/>
        <w:t xml:space="preserve">    status_code = 400</w:t>
        <w:br/>
        <w:t>class DuplicateError(BusinessLogicError):</w:t>
        <w:br/>
        <w:t xml:space="preserve">    """Raised when attempting to create a duplicate resource."""</w:t>
        <w:br/>
        <w:t xml:space="preserve">    message = "Resource already exists"</w:t>
        <w:br/>
        <w:t xml:space="preserve">    code = "duplicate"</w:t>
        <w:br/>
        <w:t xml:space="preserve">    status_code = 409</w:t>
        <w:br/>
        <w:t>class QuotaExceededError(BusinessLogicError):</w:t>
        <w:br/>
        <w:t xml:space="preserve">    """Raised when a resource quota is exceeded."""</w:t>
        <w:br/>
        <w:t xml:space="preserve">    message = "Quota exceeded"</w:t>
        <w:br/>
        <w:t xml:space="preserve">    code = "quota_exceeded"</w:t>
        <w:br/>
        <w:t xml:space="preserve">    status_code = 400</w:t>
      </w:r>
    </w:p>
    <w:p>
      <w:pPr>
        <w:pStyle w:val="Heading1"/>
      </w:pPr>
      <w:r>
        <w:t>src/apps/core/pagination.py</w:t>
      </w:r>
    </w:p>
    <w:p>
      <w:r>
        <w:t>"""</w:t>
        <w:br/>
        <w:t>Custom pagination classes for DRF.</w:t>
        <w:br/>
        <w:t>Provides cursor-based and standard pagination with unified response format.</w:t>
        <w:br/>
        <w:t>"""</w:t>
        <w:br/>
        <w:t>from collections import OrderedDict</w:t>
        <w:br/>
        <w:t>from typing import Any</w:t>
        <w:br/>
        <w:t>from rest_framework.pagination import CursorPagination, PageNumberPagination</w:t>
        <w:br/>
        <w:t>from rest_framework.response import Response</w:t>
        <w:br/>
        <w:t>class StandardPagination(PageNumberPagination):</w:t>
        <w:br/>
        <w:t xml:space="preserve">    """</w:t>
        <w:br/>
        <w:t xml:space="preserve">    Standard page number pagination with unified response format.</w:t>
        <w:br/>
        <w:t xml:space="preserve">    Query params:</w:t>
        <w:br/>
        <w:t xml:space="preserve">        - page: Page number (default: 1)</w:t>
        <w:br/>
        <w:t xml:space="preserve">        - page_size: Items per page (default: 20, max: 100)</w:t>
        <w:br/>
        <w:t xml:space="preserve">    Response format:</w:t>
        <w:br/>
        <w:t xml:space="preserve">    {</w:t>
        <w:br/>
        <w:t xml:space="preserve">        "success": true,</w:t>
        <w:br/>
        <w:t xml:space="preserve">        "data": [...],</w:t>
        <w:br/>
        <w:t xml:space="preserve">        "errors": null,</w:t>
        <w:br/>
        <w:t xml:space="preserve">        "meta": {</w:t>
        <w:br/>
        <w:t xml:space="preserve">            "pagination": {</w:t>
        <w:br/>
        <w:t xml:space="preserve">                "page": 1,</w:t>
        <w:br/>
        <w:t xml:space="preserve">                "page_size": 20,</w:t>
        <w:br/>
        <w:t xml:space="preserve">                "total_count": 100,</w:t>
        <w:br/>
        <w:t xml:space="preserve">                "total_pages": 5,</w:t>
        <w:br/>
        <w:t xml:space="preserve">                "has_next": true,</w:t>
        <w:br/>
        <w:t xml:space="preserve">                "has_previous": false</w:t>
        <w:br/>
        <w:t xml:space="preserve">            }</w:t>
        <w:br/>
        <w:t xml:space="preserve">        }</w:t>
        <w:br/>
        <w:t xml:space="preserve">    }</w:t>
        <w:br/>
        <w:t xml:space="preserve">    """</w:t>
        <w:br/>
        <w:t xml:space="preserve">    page_size = 20</w:t>
        <w:br/>
        <w:t xml:space="preserve">    page_size_query_param = "page_size"</w:t>
        <w:br/>
        <w:t xml:space="preserve">    max_page_size = 100</w:t>
        <w:br/>
        <w:t xml:space="preserve">    def get_paginated_response(self, data: list[Any]) -&gt; Response:</w:t>
        <w:br/>
        <w:t xml:space="preserve">        """Return response in unified format."""</w:t>
        <w:br/>
        <w:t xml:space="preserve">        return Response(</w:t>
        <w:br/>
        <w:t xml:space="preserve">            OrderedDict(</w:t>
        <w:br/>
        <w:t xml:space="preserve">                [</w:t>
        <w:br/>
        <w:t xml:space="preserve">                    ("success", True),</w:t>
        <w:br/>
        <w:t xml:space="preserve">                    ("data", data),</w:t>
        <w:br/>
        <w:t xml:space="preserve">                    ("errors", None),</w:t>
        <w:br/>
        <w:t xml:space="preserve">                    (</w:t>
        <w:br/>
        <w:t xml:space="preserve">                        "meta",</w:t>
        <w:br/>
        <w:t xml:space="preserve">                        {</w:t>
        <w:br/>
        <w:t xml:space="preserve">                            "pagination": {</w:t>
        <w:br/>
        <w:t xml:space="preserve">                                "page": self.page.number,</w:t>
        <w:br/>
        <w:t xml:space="preserve">                                "page_size": self.get_page_size(self.request),</w:t>
        <w:br/>
        <w:t xml:space="preserve">                                "total_count": self.page.paginator.count,</w:t>
        <w:br/>
        <w:t xml:space="preserve">                                "total_pages": self.page.paginator.num_pages,</w:t>
        <w:br/>
        <w:t xml:space="preserve">                                "has_next": self.page.has_next(),</w:t>
        <w:br/>
        <w:t xml:space="preserve">                                "has_previous": self.page.has_previous(),</w:t>
        <w:br/>
        <w:t xml:space="preserve">                            }</w:t>
        <w:br/>
        <w:t xml:space="preserve">                        },</w:t>
        <w:br/>
        <w:t xml:space="preserve">                    ),</w:t>
        <w:br/>
        <w:t xml:space="preserve">                ]</w:t>
        <w:br/>
        <w:t xml:space="preserve">            )</w:t>
        <w:br/>
        <w:t xml:space="preserve">        )</w:t>
        <w:br/>
        <w:t xml:space="preserve">    def get_paginated_response_schema(self, schema: dict) -&gt; dict:</w:t>
        <w:br/>
        <w:t xml:space="preserve">        """OpenAPI schema for paginated response."""</w:t>
        <w:br/>
        <w:t xml:space="preserve">        return {</w:t>
        <w:br/>
        <w:t xml:space="preserve">            "type": "object",</w:t>
        <w:br/>
        <w:t xml:space="preserve">            "properties": {</w:t>
        <w:br/>
        <w:t xml:space="preserve">                "success": {"type": "boolean", "example": True},</w:t>
        <w:br/>
        <w:t xml:space="preserve">                "data": schema,</w:t>
        <w:br/>
        <w:t xml:space="preserve">                "errors": {"type": "null"},</w:t>
        <w:br/>
        <w:t xml:space="preserve">                "meta": {</w:t>
        <w:br/>
        <w:t xml:space="preserve">                    "type": "object",</w:t>
        <w:br/>
        <w:t xml:space="preserve">                    "properties": {</w:t>
        <w:br/>
        <w:t xml:space="preserve">                        "pagination": {</w:t>
        <w:br/>
        <w:t xml:space="preserve">                            "type": "object",</w:t>
        <w:br/>
        <w:t xml:space="preserve">                            "properties": {</w:t>
        <w:br/>
        <w:t xml:space="preserve">                                "page": {"type": "integer", "example": 1},</w:t>
        <w:br/>
        <w:t xml:space="preserve">                                "page_size": {"type": "integer", "example": 20},</w:t>
        <w:br/>
        <w:t xml:space="preserve">                                "total_count": {"type": "integer", "example": 100},</w:t>
        <w:br/>
        <w:t xml:space="preserve">                                "total_pages": {"type": "integer", "example": 5},</w:t>
        <w:br/>
        <w:t xml:space="preserve">                                "has_next": {"type": "boolean", "example": True},</w:t>
        <w:br/>
        <w:t xml:space="preserve">                                "has_previous": {"type": "boolean", "example": False},</w:t>
        <w:br/>
        <w:t xml:space="preserve">                            },</w:t>
        <w:br/>
        <w:t xml:space="preserve">                        },</w:t>
        <w:br/>
        <w:t xml:space="preserve">                    },</w:t>
        <w:br/>
        <w:t xml:space="preserve">                },</w:t>
        <w:br/>
        <w:t xml:space="preserve">            },</w:t>
        <w:br/>
        <w:t xml:space="preserve">        }</w:t>
        <w:br/>
        <w:t>class StandardCursorPagination(CursorPagination):</w:t>
        <w:br/>
        <w:t xml:space="preserve">    """</w:t>
        <w:br/>
        <w:t xml:space="preserve">    Cursor-based pagination for large datasets.</w:t>
        <w:br/>
        <w:t xml:space="preserve">    Benefits over offset pagination:</w:t>
        <w:br/>
        <w:t xml:space="preserve">    - Consistent results even when data changes</w:t>
        <w:br/>
        <w:t xml:space="preserve">    - Better performance on large tables</w:t>
        <w:br/>
        <w:t xml:space="preserve">    - No "page drift" issues</w:t>
        <w:br/>
        <w:t xml:space="preserve">    Query params:</w:t>
        <w:br/>
        <w:t xml:space="preserve">        - cursor: Opaque cursor string for next/previous page</w:t>
        <w:br/>
        <w:t xml:space="preserve">        - page_size: Items per page (default: 20, max: 100)</w:t>
        <w:br/>
        <w:t xml:space="preserve">    Response format:</w:t>
        <w:br/>
        <w:t xml:space="preserve">    {</w:t>
        <w:br/>
        <w:t xml:space="preserve">        "success": true,</w:t>
        <w:br/>
        <w:t xml:space="preserve">        "data": [...],</w:t>
        <w:br/>
        <w:t xml:space="preserve">        "errors": null,</w:t>
        <w:br/>
        <w:t xml:space="preserve">        "meta": {</w:t>
        <w:br/>
        <w:t xml:space="preserve">            "pagination": {</w:t>
        <w:br/>
        <w:t xml:space="preserve">                "next_cursor": "...",</w:t>
        <w:br/>
        <w:t xml:space="preserve">                "previous_cursor": "...",</w:t>
        <w:br/>
        <w:t xml:space="preserve">                "page_size": 20</w:t>
        <w:br/>
        <w:t xml:space="preserve">            }</w:t>
        <w:br/>
        <w:t xml:space="preserve">        }</w:t>
        <w:br/>
        <w:t xml:space="preserve">    }</w:t>
        <w:br/>
        <w:t xml:space="preserve">    """</w:t>
        <w:br/>
        <w:t xml:space="preserve">    page_size = 20</w:t>
        <w:br/>
        <w:t xml:space="preserve">    page_size_query_param = "page_size"</w:t>
        <w:br/>
        <w:t xml:space="preserve">    max_page_size = 100</w:t>
        <w:br/>
        <w:t xml:space="preserve">    ordering = "-created_at"  # Default ordering, override per-view</w:t>
        <w:br/>
        <w:t xml:space="preserve">    def get_paginated_response(self, data: list[Any]) -&gt; Response:</w:t>
        <w:br/>
        <w:t xml:space="preserve">        """Return response in unified format."""</w:t>
        <w:br/>
        <w:t xml:space="preserve">        return Response(</w:t>
        <w:br/>
        <w:t xml:space="preserve">            OrderedDict(</w:t>
        <w:br/>
        <w:t xml:space="preserve">                [</w:t>
        <w:br/>
        <w:t xml:space="preserve">                    ("success", True),</w:t>
        <w:br/>
        <w:t xml:space="preserve">                    ("data", data),</w:t>
        <w:br/>
        <w:t xml:space="preserve">                    ("errors", None),</w:t>
        <w:br/>
        <w:t xml:space="preserve">                    (</w:t>
        <w:br/>
        <w:t xml:space="preserve">                        "meta",</w:t>
        <w:br/>
        <w:t xml:space="preserve">                        {</w:t>
        <w:br/>
        <w:t xml:space="preserve">                            "pagination": {</w:t>
        <w:br/>
        <w:t xml:space="preserve">                                "next_cursor": self.get_next_link(),</w:t>
        <w:br/>
        <w:t xml:space="preserve">                                "previous_cursor": self.get_previous_link(),</w:t>
        <w:br/>
        <w:t xml:space="preserve">                                "page_size": self.get_page_size(self.request),</w:t>
        <w:br/>
        <w:t xml:space="preserve">                            }</w:t>
        <w:br/>
        <w:t xml:space="preserve">                        },</w:t>
        <w:br/>
        <w:t xml:space="preserve">                    ),</w:t>
        <w:br/>
        <w:t xml:space="preserve">                ]</w:t>
        <w:br/>
        <w:t xml:space="preserve">            )</w:t>
        <w:br/>
        <w:t xml:space="preserve">        )</w:t>
        <w:br/>
        <w:t xml:space="preserve">    def get_paginated_response_schema(self, schema: dict) -&gt; dict:</w:t>
        <w:br/>
        <w:t xml:space="preserve">        """OpenAPI schema for cursor paginated response."""</w:t>
        <w:br/>
        <w:t xml:space="preserve">        return {</w:t>
        <w:br/>
        <w:t xml:space="preserve">            "type": "object",</w:t>
        <w:br/>
        <w:t xml:space="preserve">            "properties": {</w:t>
        <w:br/>
        <w:t xml:space="preserve">                "success": {"type": "boolean", "example": True},</w:t>
        <w:br/>
        <w:t xml:space="preserve">                "data": schema,</w:t>
        <w:br/>
        <w:t xml:space="preserve">                "errors": {"type": "null"},</w:t>
        <w:br/>
        <w:t xml:space="preserve">                "meta": {</w:t>
        <w:br/>
        <w:t xml:space="preserve">                    "type": "object",</w:t>
        <w:br/>
        <w:t xml:space="preserve">                    "properties": {</w:t>
        <w:br/>
        <w:t xml:space="preserve">                        "pagination": {</w:t>
        <w:br/>
        <w:t xml:space="preserve">                            "type": "object",</w:t>
        <w:br/>
        <w:t xml:space="preserve">                            "properties": {</w:t>
        <w:br/>
        <w:t xml:space="preserve">                                "next_cursor": {</w:t>
        <w:br/>
        <w:t xml:space="preserve">                                    "type": "string",</w:t>
        <w:br/>
        <w:t xml:space="preserve">                                    "nullable": True,</w:t>
        <w:br/>
        <w:t xml:space="preserve">                                    "example": "cD0yMDIxLTAxLTAxKzAwJTNBMDAl",</w:t>
        <w:br/>
        <w:t xml:space="preserve">                                },</w:t>
        <w:br/>
        <w:t xml:space="preserve">                                "previous_cursor": {</w:t>
        <w:br/>
        <w:t xml:space="preserve">                                    "type": "string",</w:t>
        <w:br/>
        <w:t xml:space="preserve">                                    "nullable": True,</w:t>
        <w:br/>
        <w:t xml:space="preserve">                                    "example": None,</w:t>
        <w:br/>
        <w:t xml:space="preserve">                                },</w:t>
        <w:br/>
        <w:t xml:space="preserve">                                "page_size": {"type": "integer", "example": 20},</w:t>
        <w:br/>
        <w:t xml:space="preserve">                            },</w:t>
        <w:br/>
        <w:t xml:space="preserve">                        },</w:t>
        <w:br/>
        <w:t xml:space="preserve">                    },</w:t>
        <w:br/>
        <w:t xml:space="preserve">                },</w:t>
        <w:br/>
        <w:t xml:space="preserve">            },</w:t>
        <w:br/>
        <w:t xml:space="preserve">        }</w:t>
        <w:br/>
        <w:t>class LargeResultSetPagination(StandardCursorPagination):</w:t>
        <w:br/>
        <w:t xml:space="preserve">    """</w:t>
        <w:br/>
        <w:t xml:space="preserve">    Pagination optimized for very large result sets.</w:t>
        <w:br/>
        <w:t xml:space="preserve">    Uses smaller page size and stricter limits.</w:t>
        <w:br/>
        <w:t xml:space="preserve">    """</w:t>
        <w:br/>
        <w:t xml:space="preserve">    page_size = 50</w:t>
        <w:br/>
        <w:t xml:space="preserve">    max_page_size = 200</w:t>
        <w:br/>
        <w:t>class SmallResultSetPagination(StandardPagination):</w:t>
        <w:br/>
        <w:t xml:space="preserve">    """</w:t>
        <w:br/>
        <w:t xml:space="preserve">    Pagination for small result sets where total count is acceptable.</w:t>
        <w:br/>
        <w:t xml:space="preserve">    """</w:t>
        <w:br/>
        <w:t xml:space="preserve">    page_size = 10</w:t>
        <w:br/>
        <w:t xml:space="preserve">    max_page_size = 50</w:t>
      </w:r>
    </w:p>
    <w:p>
      <w:pPr>
        <w:pStyle w:val="Heading1"/>
      </w:pPr>
      <w:r>
        <w:t>src/apps/core/urls.py</w:t>
      </w:r>
    </w:p>
    <w:p>
      <w:r>
        <w:t>"""</w:t>
        <w:br/>
        <w:t>URL configuration for core app.</w:t>
        <w:br/>
        <w:t>"""</w:t>
        <w:br/>
        <w:t>from apps.core.views import HealthCheckView, LivenessView, ReadinessView</w:t>
        <w:br/>
        <w:t>from django.urls import path</w:t>
        <w:br/>
        <w:t>app_name = "core"</w:t>
        <w:br/>
        <w:t>urlpatterns = [</w:t>
        <w:br/>
        <w:t xml:space="preserve">    path("", HealthCheckView.as_view(), name="health"),</w:t>
        <w:br/>
        <w:t xml:space="preserve">    path("live/", LivenessView.as_view(), name="liveness"),</w:t>
        <w:br/>
        <w:t xml:space="preserve">    path("ready/", ReadinessView.as_view(), name="readiness"),</w:t>
        <w:br/>
        <w:t>]</w:t>
      </w:r>
    </w:p>
    <w:p>
      <w:pPr>
        <w:pStyle w:val="Heading1"/>
      </w:pPr>
      <w:r>
        <w:t>src/apps/core/filters.py</w:t>
      </w:r>
    </w:p>
    <w:p>
      <w:r>
        <w:t>"""</w:t>
        <w:br/>
        <w:t>Настройка фильтрации для API.</w:t>
        <w:br/>
        <w:t>Предоставляет базовые классы и утилиты для фильтрации данных.</w:t>
        <w:br/>
        <w:t>"""</w:t>
        <w:br/>
        <w:t>from typing import Any</w:t>
        <w:br/>
        <w:t>from django.db.models import QuerySet</w:t>
        <w:br/>
        <w:t>from django_filters import rest_framework as filters</w:t>
        <w:br/>
        <w:t>from rest_framework.filters import OrderingFilter, SearchFilter</w:t>
        <w:br/>
        <w:t>class BaseFilterSet(filters.FilterSet):</w:t>
        <w:br/>
        <w:t xml:space="preserve">    """</w:t>
        <w:br/>
        <w:t xml:space="preserve">    Базовый класс для фильтров с общими полями.</w:t>
        <w:br/>
        <w:t xml:space="preserve">    Автоматически добавляет фильтрацию по датам создания/обновления,</w:t>
        <w:br/>
        <w:t xml:space="preserve">    если модель имеет соответствующие поля.</w:t>
        <w:br/>
        <w:t xml:space="preserve">    Пример использования:</w:t>
        <w:br/>
        <w:t xml:space="preserve">        class ArticleFilter(BaseFilterSet):</w:t>
        <w:br/>
        <w:t xml:space="preserve">            title = filters.CharFilter(lookup_expr='icontains')</w:t>
        <w:br/>
        <w:t xml:space="preserve">            class Meta:</w:t>
        <w:br/>
        <w:t xml:space="preserve">                model = Article</w:t>
        <w:br/>
        <w:t xml:space="preserve">                fields = ['title', 'status', 'author']</w:t>
        <w:br/>
        <w:t xml:space="preserve">    """</w:t>
        <w:br/>
        <w:t xml:space="preserve">    created_at_after = filters.DateTimeFilter(</w:t>
        <w:br/>
        <w:t xml:space="preserve">        field_name="created_at",</w:t>
        <w:br/>
        <w:t xml:space="preserve">        lookup_expr="gte",</w:t>
        <w:br/>
        <w:t xml:space="preserve">        label="Создано после",</w:t>
        <w:br/>
        <w:t xml:space="preserve">    )</w:t>
        <w:br/>
        <w:t xml:space="preserve">    created_at_before = filters.DateTimeFilter(</w:t>
        <w:br/>
        <w:t xml:space="preserve">        field_name="created_at",</w:t>
        <w:br/>
        <w:t xml:space="preserve">        lookup_expr="lte",</w:t>
        <w:br/>
        <w:t xml:space="preserve">        label="Создано до",</w:t>
        <w:br/>
        <w:t xml:space="preserve">    )</w:t>
        <w:br/>
        <w:t xml:space="preserve">    updated_at_after = filters.DateTimeFilter(</w:t>
        <w:br/>
        <w:t xml:space="preserve">        field_name="updated_at",</w:t>
        <w:br/>
        <w:t xml:space="preserve">        lookup_expr="gte",</w:t>
        <w:br/>
        <w:t xml:space="preserve">        label="Обновлено после",</w:t>
        <w:br/>
        <w:t xml:space="preserve">    )</w:t>
        <w:br/>
        <w:t xml:space="preserve">    updated_at_before = filters.DateTimeFilter(</w:t>
        <w:br/>
        <w:t xml:space="preserve">        field_name="updated_at",</w:t>
        <w:br/>
        <w:t xml:space="preserve">        lookup_expr="lte",</w:t>
        <w:br/>
        <w:t xml:space="preserve">        label="Обновлено до",</w:t>
        <w:br/>
        <w:t xml:space="preserve">    )</w:t>
        <w:br/>
        <w:t>class StandardSearchFilter(SearchFilter):</w:t>
        <w:br/>
        <w:t xml:space="preserve">    """</w:t>
        <w:br/>
        <w:t xml:space="preserve">    Расширенный фильтр поиска с настраиваемыми параметрами.</w:t>
        <w:br/>
        <w:t xml:space="preserve">    Пример использования:</w:t>
        <w:br/>
        <w:t xml:space="preserve">        class MyViewSet(viewsets.ModelViewSet):</w:t>
        <w:br/>
        <w:t xml:space="preserve">            filter_backends = [StandardSearchFilter]</w:t>
        <w:br/>
        <w:t xml:space="preserve">            search_fields = ['title', 'description', 'author__username']</w:t>
        <w:br/>
        <w:t xml:space="preserve">    """</w:t>
        <w:br/>
        <w:t xml:space="preserve">    search_param = "search"</w:t>
        <w:br/>
        <w:t xml:space="preserve">    search_title = "Поиск"</w:t>
        <w:br/>
        <w:t xml:space="preserve">    search_description = "Поиск по текстовым полям"</w:t>
        <w:br/>
        <w:t>class StandardOrderingFilter(OrderingFilter):</w:t>
        <w:br/>
        <w:t xml:space="preserve">    """</w:t>
        <w:br/>
        <w:t xml:space="preserve">    Расширенный фильтр сортировки.</w:t>
        <w:br/>
        <w:t xml:space="preserve">    Пример использования:</w:t>
        <w:br/>
        <w:t xml:space="preserve">        class MyViewSet(viewsets.ModelViewSet):</w:t>
        <w:br/>
        <w:t xml:space="preserve">            filter_backends = [StandardOrderingFilter]</w:t>
        <w:br/>
        <w:t xml:space="preserve">            ordering_fields = ['created_at', 'title', 'price']</w:t>
        <w:br/>
        <w:t xml:space="preserve">            ordering = ['-created_at']  # Сортировка по умолчанию</w:t>
        <w:br/>
        <w:t xml:space="preserve">    """</w:t>
        <w:br/>
        <w:t xml:space="preserve">    ordering_param = "ordering"</w:t>
        <w:br/>
        <w:t xml:space="preserve">    ordering_title = "Сортировка"</w:t>
        <w:br/>
        <w:t xml:space="preserve">    ordering_description = "Поле для сортировки (префикс '-' для убывания)"</w:t>
        <w:br/>
        <w:t>def get_filter_backends() -&gt; list[type]:</w:t>
        <w:br/>
        <w:t xml:space="preserve">    """</w:t>
        <w:br/>
        <w:t xml:space="preserve">    Возвращает стандартный набор filter backends.</w:t>
        <w:br/>
        <w:t xml:space="preserve">    Используется для быстрой настройки ViewSet:</w:t>
        <w:br/>
        <w:t xml:space="preserve">        class MyViewSet(viewsets.ModelViewSet):</w:t>
        <w:br/>
        <w:t xml:space="preserve">            filter_backends = get_filter_backends()</w:t>
        <w:br/>
        <w:t xml:space="preserve">    """</w:t>
        <w:br/>
        <w:t xml:space="preserve">    return [</w:t>
        <w:br/>
        <w:t xml:space="preserve">        filters.DjangoFilterBackend,</w:t>
        <w:br/>
        <w:t xml:space="preserve">        StandardSearchFilter,</w:t>
        <w:br/>
        <w:t xml:space="preserve">        StandardOrderingFilter,</w:t>
        <w:br/>
        <w:t xml:space="preserve">    ]</w:t>
        <w:br/>
        <w:t>class FilterMixin:</w:t>
        <w:br/>
        <w:t xml:space="preserve">    """</w:t>
        <w:br/>
        <w:t xml:space="preserve">    Миксин для добавления стандартной фильтрации к ViewSet.</w:t>
        <w:br/>
        <w:t xml:space="preserve">    Автоматически настраивает filter_backends и базовые параметры.</w:t>
        <w:br/>
        <w:t xml:space="preserve">    Пример использования:</w:t>
        <w:br/>
        <w:t xml:space="preserve">        class MyViewSet(FilterMixin, viewsets.ModelViewSet):</w:t>
        <w:br/>
        <w:t xml:space="preserve">            filterset_class = MyFilterSet</w:t>
        <w:br/>
        <w:t xml:space="preserve">            search_fields = ['title', 'description']</w:t>
        <w:br/>
        <w:t xml:space="preserve">            ordering_fields = ['created_at', 'title']</w:t>
        <w:br/>
        <w:t xml:space="preserve">    """</w:t>
        <w:br/>
        <w:t xml:space="preserve">    filter_backends = [</w:t>
        <w:br/>
        <w:t xml:space="preserve">        filters.DjangoFilterBackend,</w:t>
        <w:br/>
        <w:t xml:space="preserve">        StandardSearchFilter,</w:t>
        <w:br/>
        <w:t xml:space="preserve">        StandardOrderingFilter,</w:t>
        <w:br/>
        <w:t xml:space="preserve">    ]</w:t>
        <w:br/>
        <w:t xml:space="preserve">    ordering = ["-created_at"]  # Сортировка по умолчанию</w:t>
        <w:br/>
        <w:t xml:space="preserve">    def get_queryset(self) -&gt; QuerySet[Any]:</w:t>
        <w:br/>
        <w:t xml:space="preserve">        """Возвращает queryset с применёнными фильтрами."""</w:t>
        <w:br/>
        <w:t xml:space="preserve">        queryset = super().get_queryset()  # type: ignore</w:t>
        <w:br/>
        <w:t xml:space="preserve">        return queryset</w:t>
      </w:r>
    </w:p>
    <w:p>
      <w:pPr>
        <w:pStyle w:val="Heading1"/>
      </w:pPr>
      <w:r>
        <w:t>src/apps/core/middleware.py</w:t>
      </w:r>
    </w:p>
    <w:p>
      <w:r>
        <w:t>"""</w:t>
        <w:br/>
        <w:t>Core middleware components.</w:t>
        <w:br/>
        <w:t>Provides Request ID tracking and other cross-cutting concerns.</w:t>
        <w:br/>
        <w:t>"""</w:t>
        <w:br/>
        <w:t>import logging</w:t>
        <w:br/>
        <w:t>import threading</w:t>
        <w:br/>
        <w:t>import uuid</w:t>
        <w:br/>
        <w:t>from django.utils.deprecation import MiddlewareMixin</w:t>
        <w:br/>
        <w:t>logger = logging.getLogger(__name__)</w:t>
        <w:br/>
        <w:t># Thread-local storage for request context</w:t>
        <w:br/>
        <w:t>_request_context = threading.local()</w:t>
        <w:br/>
        <w:t>def get_request_id() -&gt; str | None:</w:t>
        <w:br/>
        <w:t xml:space="preserve">    """Get current request ID from thread-local storage."""</w:t>
        <w:br/>
        <w:t xml:space="preserve">    return getattr(_request_context, "request_id", None)</w:t>
        <w:br/>
        <w:t>def get_current_request():</w:t>
        <w:br/>
        <w:t xml:space="preserve">    """Get current request from thread-local storage."""</w:t>
        <w:br/>
        <w:t xml:space="preserve">    return getattr(_request_context, "request", None)</w:t>
        <w:br/>
        <w:t>class RequestIDMiddleware(MiddlewareMixin):</w:t>
        <w:br/>
        <w:t xml:space="preserve">    """</w:t>
        <w:br/>
        <w:t xml:space="preserve">    Middleware that generates or extracts a unique request ID for each request.</w:t>
        <w:br/>
        <w:t xml:space="preserve">    The request ID is:</w:t>
        <w:br/>
        <w:t xml:space="preserve">    1. Extracted from X-Request-ID header if present</w:t>
        <w:br/>
        <w:t xml:space="preserve">    2. Generated as UUID4 if not present</w:t>
        <w:br/>
        <w:t xml:space="preserve">    3. Added to response headers</w:t>
        <w:br/>
        <w:t xml:space="preserve">    4. Available via get_request_id() for logging</w:t>
        <w:br/>
        <w:t xml:space="preserve">    Usage in logging:</w:t>
        <w:br/>
        <w:t xml:space="preserve">        from apps.core.middleware import get_request_id</w:t>
        <w:br/>
        <w:t xml:space="preserve">        logger.info(f"[{get_request_id()}] Processing request")</w:t>
        <w:br/>
        <w:t xml:space="preserve">    """</w:t>
        <w:br/>
        <w:t xml:space="preserve">    REQUEST_ID_HEADER = "X-Request-ID"</w:t>
        <w:br/>
        <w:t xml:space="preserve">    def process_request(self, request):</w:t>
        <w:br/>
        <w:t xml:space="preserve">        """Extract or generate request ID and store in thread-local."""</w:t>
        <w:br/>
        <w:t xml:space="preserve">        request_id = request.headers.get(self.REQUEST_ID_HEADER)</w:t>
        <w:br/>
        <w:t xml:space="preserve">        if not request_id:</w:t>
        <w:br/>
        <w:t xml:space="preserve">            request_id = str(uuid.uuid4())</w:t>
        <w:br/>
        <w:t xml:space="preserve">        request.request_id = request_id</w:t>
        <w:br/>
        <w:t xml:space="preserve">        _request_context.request_id = request_id</w:t>
        <w:br/>
        <w:t xml:space="preserve">        _request_context.request = request</w:t>
        <w:br/>
        <w:t xml:space="preserve">        return None</w:t>
        <w:br/>
        <w:t xml:space="preserve">    def process_response(self, request, response):</w:t>
        <w:br/>
        <w:t xml:space="preserve">        """Add request ID to response headers."""</w:t>
        <w:br/>
        <w:t xml:space="preserve">        request_id = getattr(request, "request_id", None)</w:t>
        <w:br/>
        <w:t xml:space="preserve">        if request_id:</w:t>
        <w:br/>
        <w:t xml:space="preserve">            response[self.REQUEST_ID_HEADER] = request_id</w:t>
        <w:br/>
        <w:t xml:space="preserve">        # Clean up thread-local storage</w:t>
        <w:br/>
        <w:t xml:space="preserve">        _request_context.request_id = None</w:t>
        <w:br/>
        <w:t xml:space="preserve">        _request_context.request = None</w:t>
        <w:br/>
        <w:t xml:space="preserve">        return response</w:t>
        <w:br/>
        <w:t xml:space="preserve">    def process_exception(self, request, exception):</w:t>
        <w:br/>
        <w:t xml:space="preserve">        """Log exception with request ID."""</w:t>
        <w:br/>
        <w:t xml:space="preserve">        request_id = getattr(request, "request_id", "unknown")</w:t>
        <w:br/>
        <w:t xml:space="preserve">        logger.error(f"[{request_id}] Unhandled exception: {exception}")</w:t>
        <w:br/>
        <w:t xml:space="preserve">        return None</w:t>
        <w:br/>
        <w:t>class RequestLoggingMiddleware(MiddlewareMixin):</w:t>
        <w:br/>
        <w:t xml:space="preserve">    """</w:t>
        <w:br/>
        <w:t xml:space="preserve">    Middleware for logging request/response details.</w:t>
        <w:br/>
        <w:t xml:space="preserve">    Logs:</w:t>
        <w:br/>
        <w:t xml:space="preserve">    - Request method, path, and request ID</w:t>
        <w:br/>
        <w:t xml:space="preserve">    - Response status code and timing (if available)</w:t>
        <w:br/>
        <w:t xml:space="preserve">    """</w:t>
        <w:br/>
        <w:t xml:space="preserve">    def process_request(self, request):</w:t>
        <w:br/>
        <w:t xml:space="preserve">        """Log incoming request."""</w:t>
        <w:br/>
        <w:t xml:space="preserve">        import time</w:t>
        <w:br/>
        <w:t xml:space="preserve">        request._start_time = time.time()</w:t>
        <w:br/>
        <w:t xml:space="preserve">        request_id = getattr(request, "request_id", "N/A")</w:t>
        <w:br/>
        <w:t xml:space="preserve">        logger.info(</w:t>
        <w:br/>
        <w:t xml:space="preserve">            f"[{request_id}] {request.method} {request.path} - Started",</w:t>
        <w:br/>
        <w:t xml:space="preserve">            extra={</w:t>
        <w:br/>
        <w:t xml:space="preserve">                "request_id": request_id,</w:t>
        <w:br/>
        <w:t xml:space="preserve">                "method": request.method,</w:t>
        <w:br/>
        <w:t xml:space="preserve">                "path": request.path,</w:t>
        <w:br/>
        <w:t xml:space="preserve">                "user": getattr(request.user, "id", None)</w:t>
        <w:br/>
        <w:t xml:space="preserve">                if hasattr(request, "user")</w:t>
        <w:br/>
        <w:t xml:space="preserve">                else None,</w:t>
        <w:br/>
        <w:t xml:space="preserve">            },</w:t>
        <w:br/>
        <w:t xml:space="preserve">        )</w:t>
        <w:br/>
        <w:t xml:space="preserve">        return None</w:t>
        <w:br/>
        <w:t xml:space="preserve">    def process_response(self, request, response):</w:t>
        <w:br/>
        <w:t xml:space="preserve">        """Log response details."""</w:t>
        <w:br/>
        <w:t xml:space="preserve">        import time</w:t>
        <w:br/>
        <w:t xml:space="preserve">        duration = None</w:t>
        <w:br/>
        <w:t xml:space="preserve">        if hasattr(request, "_start_time"):</w:t>
        <w:br/>
        <w:t xml:space="preserve">            duration = time.time() - request._start_time</w:t>
        <w:br/>
        <w:t xml:space="preserve">        request_id = getattr(request, "request_id", "N/A")</w:t>
        <w:br/>
        <w:t xml:space="preserve">        logger.info(</w:t>
        <w:br/>
        <w:t xml:space="preserve">            f"[{request_id}] {request.method} {request.path} - "</w:t>
        <w:br/>
        <w:t xml:space="preserve">            f"{response.status_code} ({duration:.3f}s)"</w:t>
        <w:br/>
        <w:t xml:space="preserve">            if duration</w:t>
        <w:br/>
        <w:t xml:space="preserve">            else f"[{request_id}] {request.method} {request.path} - "</w:t>
        <w:br/>
        <w:t xml:space="preserve">            f"{response.status_code}",</w:t>
        <w:br/>
        <w:t xml:space="preserve">            extra={</w:t>
        <w:br/>
        <w:t xml:space="preserve">                "request_id": request_id,</w:t>
        <w:br/>
        <w:t xml:space="preserve">                "method": request.method,</w:t>
        <w:br/>
        <w:t xml:space="preserve">                "path": request.path,</w:t>
        <w:br/>
        <w:t xml:space="preserve">                "status_code": response.status_code,</w:t>
        <w:br/>
        <w:t xml:space="preserve">                "duration": duration,</w:t>
        <w:br/>
        <w:t xml:space="preserve">            },</w:t>
        <w:br/>
        <w:t xml:space="preserve">        )</w:t>
        <w:br/>
        <w:t xml:space="preserve">        return response</w:t>
      </w:r>
    </w:p>
    <w:p>
      <w:pPr>
        <w:pStyle w:val="Heading1"/>
      </w:pPr>
      <w:r>
        <w:t>src/apps/core/views.py</w:t>
      </w:r>
    </w:p>
    <w:p>
      <w:r>
        <w:t>"""</w:t>
        <w:br/>
        <w:t>Health check views for monitoring and orchestration.</w:t>
        <w:br/>
        <w:t>Provides endpoints for:</w:t>
        <w:br/>
        <w:t>- Basic liveness check (is the app running?)</w:t>
        <w:br/>
        <w:t>- Readiness check (is the app ready to serve traffic?)</w:t>
        <w:br/>
        <w:t>- Detailed health check (DB, Redis, Celery status)</w:t>
        <w:br/>
        <w:t>"""</w:t>
        <w:br/>
        <w:t>import logging</w:t>
        <w:br/>
        <w:t>import time</w:t>
        <w:br/>
        <w:t>from typing import Any</w:t>
        <w:br/>
        <w:t>from django.conf import settings</w:t>
        <w:br/>
        <w:t>from django.db import connection</w:t>
        <w:br/>
        <w:t>from drf_yasg.utils import swagger_auto_schema</w:t>
        <w:br/>
        <w:t>from rest_framework import status</w:t>
        <w:br/>
        <w:t>from rest_framework.permissions import AllowAny</w:t>
        <w:br/>
        <w:t>from rest_framework.request import Request</w:t>
        <w:br/>
        <w:t>from rest_framework.response import Response</w:t>
        <w:br/>
        <w:t>from rest_framework.views import APIView</w:t>
        <w:br/>
        <w:t>logger = logging.getLogger(__name__)</w:t>
        <w:br/>
        <w:t># Swagger теги</w:t>
        <w:br/>
        <w:t>HEALTH_TAG = "Мониторинг"</w:t>
        <w:br/>
        <w:t>JOBS_TAG = "Фоновые задачи"</w:t>
        <w:br/>
        <w:t>class HealthCheckView(APIView):</w:t>
        <w:br/>
        <w:t xml:space="preserve">    """</w:t>
        <w:br/>
        <w:t xml:space="preserve">    Комплексная проверка состояния системы.</w:t>
        <w:br/>
        <w:t xml:space="preserve">    Возвращает статус всех зависимостей (БД, Redis, Celery).</w:t>
        <w:br/>
        <w:t xml:space="preserve">    """</w:t>
        <w:br/>
        <w:t xml:space="preserve">    permission_classes = [AllowAny]</w:t>
        <w:br/>
        <w:t xml:space="preserve">    authentication_classes = []  # No auth required</w:t>
        <w:br/>
        <w:t xml:space="preserve">    @swagger_auto_schema(</w:t>
        <w:br/>
        <w:t xml:space="preserve">        tags=[HEALTH_TAG],</w:t>
        <w:br/>
        <w:t xml:space="preserve">        operation_summary="Проверка состояния",</w:t>
        <w:br/>
        <w:t xml:space="preserve">        operation_description=(</w:t>
        <w:br/>
        <w:t xml:space="preserve">            "Комплексная проверка всех зависимостей системы.\n"</w:t>
        <w:br/>
        <w:t xml:space="preserve">            "Возвращает статус: healthy, degraded или unhealthy."</w:t>
        <w:br/>
        <w:t xml:space="preserve">        ),</w:t>
        <w:br/>
        <w:t xml:space="preserve">    )</w:t>
        <w:br/>
        <w:t xml:space="preserve">    def get(self, request: Request) -&gt; Response:</w:t>
        <w:br/>
        <w:t xml:space="preserve">        """Run all health checks and return status."""</w:t>
        <w:br/>
        <w:t xml:space="preserve">        checks = {}</w:t>
        <w:br/>
        <w:t xml:space="preserve">        overall_status = "healthy"</w:t>
        <w:br/>
        <w:t xml:space="preserve">        # Database check</w:t>
        <w:br/>
        <w:t xml:space="preserve">        db_check = self._check_database()</w:t>
        <w:br/>
        <w:t xml:space="preserve">        checks["database"] = db_check</w:t>
        <w:br/>
        <w:t xml:space="preserve">        if db_check["status"] != "up":</w:t>
        <w:br/>
        <w:t xml:space="preserve">            overall_status = "unhealthy"</w:t>
        <w:br/>
        <w:t xml:space="preserve">        # Redis check</w:t>
        <w:br/>
        <w:t xml:space="preserve">        redis_check = self._check_redis()</w:t>
        <w:br/>
        <w:t xml:space="preserve">        checks["redis"] = redis_check</w:t>
        <w:br/>
        <w:t xml:space="preserve">        if redis_check["status"] != "up" and overall_status == "healthy":</w:t>
        <w:br/>
        <w:t xml:space="preserve">            overall_status = "degraded"</w:t>
        <w:br/>
        <w:t xml:space="preserve">        # Celery check (optional, may be slow)</w:t>
        <w:br/>
        <w:t xml:space="preserve">        if request.query_params.get("include_celery", "").lower() == "true":</w:t>
        <w:br/>
        <w:t xml:space="preserve">            celery_check = self._check_celery()</w:t>
        <w:br/>
        <w:t xml:space="preserve">            checks["celery"] = celery_check</w:t>
        <w:br/>
        <w:t xml:space="preserve">            if celery_check["status"] != "up" and overall_status == "healthy":</w:t>
        <w:br/>
        <w:t xml:space="preserve">                overall_status = "degraded"</w:t>
        <w:br/>
        <w:t xml:space="preserve">        response_data = {</w:t>
        <w:br/>
        <w:t xml:space="preserve">            "status": overall_status,</w:t>
        <w:br/>
        <w:t xml:space="preserve">            "version": getattr(settings, "APP_VERSION", "1.0.0"),</w:t>
        <w:br/>
        <w:t xml:space="preserve">            "checks": checks,</w:t>
        <w:br/>
        <w:t xml:space="preserve">        }</w:t>
        <w:br/>
        <w:t xml:space="preserve">        # 503 only for unhealthy (critical services down)</w:t>
        <w:br/>
        <w:t xml:space="preserve">        # 200 for healthy and degraded (non-critical services down)</w:t>
        <w:br/>
        <w:t xml:space="preserve">        status_code = (</w:t>
        <w:br/>
        <w:t xml:space="preserve">            status.HTTP_503_SERVICE_UNAVAILABLE</w:t>
        <w:br/>
        <w:t xml:space="preserve">            if overall_status == "unhealthy"</w:t>
        <w:br/>
        <w:t xml:space="preserve">            else status.HTTP_200_OK</w:t>
        <w:br/>
        <w:t xml:space="preserve">        )</w:t>
        <w:br/>
        <w:t xml:space="preserve">        return Response(response_data, status=status_code)</w:t>
        <w:br/>
        <w:t xml:space="preserve">    def _check_database(self) -&gt; dict[str, Any]:</w:t>
        <w:br/>
        <w:t xml:space="preserve">        """Check database connectivity."""</w:t>
        <w:br/>
        <w:t xml:space="preserve">        start = time.time()</w:t>
        <w:br/>
        <w:t xml:space="preserve">        try:</w:t>
        <w:br/>
        <w:t xml:space="preserve">            with connection.cursor() as cursor:</w:t>
        <w:br/>
        <w:t xml:space="preserve">                cursor.execute("SELECT 1")</w:t>
        <w:br/>
        <w:t xml:space="preserve">                cursor.fetchone()</w:t>
        <w:br/>
        <w:t xml:space="preserve">            latency = (time.time() - start) * 1000</w:t>
        <w:br/>
        <w:t xml:space="preserve">            return {"status": "up", "latency_ms": round(latency, 2)}</w:t>
        <w:br/>
        <w:t xml:space="preserve">        except Exception as e:</w:t>
        <w:br/>
        <w:t xml:space="preserve">            logger.error(f"Database health check failed: {e}")</w:t>
        <w:br/>
        <w:t xml:space="preserve">            return {"status": "down", "error": str(e)}</w:t>
        <w:br/>
        <w:t xml:space="preserve">    def _check_redis(self) -&gt; dict[str, Any]:</w:t>
        <w:br/>
        <w:t xml:space="preserve">        """Check Redis connectivity."""</w:t>
        <w:br/>
        <w:t xml:space="preserve">        start = time.time()</w:t>
        <w:br/>
        <w:t xml:space="preserve">        try:</w:t>
        <w:br/>
        <w:t xml:space="preserve">            from django_redis import get_redis_connection</w:t>
        <w:br/>
        <w:t xml:space="preserve">            redis_conn = get_redis_connection("default")</w:t>
        <w:br/>
        <w:t xml:space="preserve">            redis_conn.ping()</w:t>
        <w:br/>
        <w:t xml:space="preserve">            latency = (time.time() - start) * 1000</w:t>
        <w:br/>
        <w:t xml:space="preserve">            return {"status": "up", "latency_ms": round(latency, 2)}</w:t>
        <w:br/>
        <w:t xml:space="preserve">        except ImportError:</w:t>
        <w:br/>
        <w:t xml:space="preserve">            return {"status": "skipped", "reason": "django_redis not installed"}</w:t>
        <w:br/>
        <w:t xml:space="preserve">        except Exception as e:</w:t>
        <w:br/>
        <w:t xml:space="preserve">            logger.warning(f"Redis health check failed: {e}")</w:t>
        <w:br/>
        <w:t xml:space="preserve">            return {"status": "down", "error": str(e)}</w:t>
        <w:br/>
        <w:t xml:space="preserve">    def _check_celery(self) -&gt; dict[str, Any]:</w:t>
        <w:br/>
        <w:t xml:space="preserve">        """Check Celery worker availability."""</w:t>
        <w:br/>
        <w:t xml:space="preserve">        try:</w:t>
        <w:br/>
        <w:t xml:space="preserve">            from config.celery import app as celery_app</w:t>
        <w:br/>
        <w:t xml:space="preserve">            inspector = celery_app.control.inspect(timeout=2.0)</w:t>
        <w:br/>
        <w:t xml:space="preserve">            active = inspector.active()</w:t>
        <w:br/>
        <w:t xml:space="preserve">            if active:</w:t>
        <w:br/>
        <w:t xml:space="preserve">                worker_count = len(active)</w:t>
        <w:br/>
        <w:t xml:space="preserve">                return {"status": "up", "workers": worker_count}</w:t>
        <w:br/>
        <w:t xml:space="preserve">            return {"status": "down", "error": "No active workers"}</w:t>
        <w:br/>
        <w:t xml:space="preserve">        except Exception as e:</w:t>
        <w:br/>
        <w:t xml:space="preserve">            logger.warning(f"Celery health check failed: {e}")</w:t>
        <w:br/>
        <w:t xml:space="preserve">            return {"status": "down", "error": str(e)}</w:t>
        <w:br/>
        <w:t>class LivenessView(APIView):</w:t>
        <w:br/>
        <w:t xml:space="preserve">    """</w:t>
        <w:br/>
        <w:t xml:space="preserve">    Kubernetes liveness probe.</w:t>
        <w:br/>
        <w:t xml:space="preserve">    Проверяет, запущено ли приложение.</w:t>
        <w:br/>
        <w:t xml:space="preserve">    """</w:t>
        <w:br/>
        <w:t xml:space="preserve">    permission_classes = [AllowAny]</w:t>
        <w:br/>
        <w:t xml:space="preserve">    authentication_classes = []</w:t>
        <w:br/>
        <w:t xml:space="preserve">    @swagger_auto_schema(</w:t>
        <w:br/>
        <w:t xml:space="preserve">        tags=[HEALTH_TAG],</w:t>
        <w:br/>
        <w:t xml:space="preserve">        operation_summary="Liveness probe",</w:t>
        <w:br/>
        <w:t xml:space="preserve">        operation_description="Возвращает 200 если приложение запущено.",</w:t>
        <w:br/>
        <w:t xml:space="preserve">    )</w:t>
        <w:br/>
        <w:t xml:space="preserve">    def get(self, request: Request) -&gt; Response:</w:t>
        <w:br/>
        <w:t xml:space="preserve">        """Simple liveness check."""</w:t>
        <w:br/>
        <w:t xml:space="preserve">        return Response({"status": "alive"}, status=status.HTTP_200_OK)</w:t>
        <w:br/>
        <w:t>class ReadinessView(APIView):</w:t>
        <w:br/>
        <w:t xml:space="preserve">    """</w:t>
        <w:br/>
        <w:t xml:space="preserve">    Kubernetes readiness probe.</w:t>
        <w:br/>
        <w:t xml:space="preserve">    Проверяет, готово ли приложение обрабатывать запросы.</w:t>
        <w:br/>
        <w:t xml:space="preserve">    """</w:t>
        <w:br/>
        <w:t xml:space="preserve">    permission_classes = [AllowAny]</w:t>
        <w:br/>
        <w:t xml:space="preserve">    authentication_classes = []</w:t>
        <w:br/>
        <w:t xml:space="preserve">    @swagger_auto_schema(</w:t>
        <w:br/>
        <w:t xml:space="preserve">        tags=[HEALTH_TAG],</w:t>
        <w:br/>
        <w:t xml:space="preserve">        operation_summary="Readiness probe",</w:t>
        <w:br/>
        <w:t xml:space="preserve">        operation_description=(</w:t>
        <w:br/>
        <w:t xml:space="preserve">            "Возвращает 200 если приложение готово обрабатывать запросы."</w:t>
        <w:br/>
        <w:t xml:space="preserve">        ),</w:t>
        <w:br/>
        <w:t xml:space="preserve">    )</w:t>
        <w:br/>
        <w:t xml:space="preserve">    def get(self, request: Request) -&gt; Response:</w:t>
        <w:br/>
        <w:t xml:space="preserve">        """Check if app is ready to serve traffic."""</w:t>
        <w:br/>
        <w:t xml:space="preserve">        # Check database connection</w:t>
        <w:br/>
        <w:t xml:space="preserve">        try:</w:t>
        <w:br/>
        <w:t xml:space="preserve">            with connection.cursor() as cursor:</w:t>
        <w:br/>
        <w:t xml:space="preserve">                cursor.execute("SELECT 1")</w:t>
        <w:br/>
        <w:t xml:space="preserve">                cursor.fetchone()</w:t>
        <w:br/>
        <w:t xml:space="preserve">        except Exception as e:</w:t>
        <w:br/>
        <w:t xml:space="preserve">            logger.error(f"Readiness check failed - database: {e}")</w:t>
        <w:br/>
        <w:t xml:space="preserve">            return Response(</w:t>
        <w:br/>
        <w:t xml:space="preserve">                {"status": "not_ready", "reason": "database unavailable"},</w:t>
        <w:br/>
        <w:t xml:space="preserve">                status=status.HTTP_503_SERVICE_UNAVAILABLE,</w:t>
        <w:br/>
        <w:t xml:space="preserve">            )</w:t>
        <w:br/>
        <w:t xml:space="preserve">        return Response({"status": "ready"}, status=status.HTTP_200_OK)</w:t>
        <w:br/>
        <w:t>class BackgroundJobStatusView(APIView):</w:t>
        <w:br/>
        <w:t xml:space="preserve">    """</w:t>
        <w:br/>
        <w:t xml:space="preserve">    Получение статуса фоновой задачи.</w:t>
        <w:br/>
        <w:t xml:space="preserve">    Возвращает статус, прогресс и результат задачи.</w:t>
        <w:br/>
        <w:t xml:space="preserve">    """</w:t>
        <w:br/>
        <w:t xml:space="preserve">    from rest_framework.permissions import IsAuthenticated</w:t>
        <w:br/>
        <w:t xml:space="preserve">    permission_classes = [IsAuthenticated]</w:t>
        <w:br/>
        <w:t xml:space="preserve">    @swagger_auto_schema(</w:t>
        <w:br/>
        <w:t xml:space="preserve">        tags=[JOBS_TAG],</w:t>
        <w:br/>
        <w:t xml:space="preserve">        operation_summary="Статус задачи",</w:t>
        <w:br/>
        <w:t xml:space="preserve">        operation_description=(</w:t>
        <w:br/>
        <w:t xml:space="preserve">            "Возвращает статус конкретной фоновой задачи.\n"</w:t>
        <w:br/>
        <w:t xml:space="preserve">            "Доступно только владельцу задачи или администратору."</w:t>
        <w:br/>
        <w:t xml:space="preserve">        ),</w:t>
        <w:br/>
        <w:t xml:space="preserve">    )</w:t>
        <w:br/>
        <w:t xml:space="preserve">    def get(self, request: Request, task_id: str) -&gt; Response:</w:t>
        <w:br/>
        <w:t xml:space="preserve">        """Получить статус задачи по task_id."""</w:t>
        <w:br/>
        <w:t xml:space="preserve">        from apps.core.serializers import BackgroundJobSerializer</w:t>
        <w:br/>
        <w:t xml:space="preserve">        from apps.core.services import BackgroundJobService</w:t>
        <w:br/>
        <w:t xml:space="preserve">        job = BackgroundJobService.get_by_task_id(task_id)</w:t>
        <w:br/>
        <w:t xml:space="preserve">        # Проверка доступа: только владелец или админ</w:t>
        <w:br/>
        <w:t xml:space="preserve">        if job.user_id and job.user_id != request.user.id and not request.user.is_staff:</w:t>
        <w:br/>
        <w:t xml:space="preserve">            return Response(</w:t>
        <w:br/>
        <w:t xml:space="preserve">                {"detail": "Нет доступа к этой задаче"},</w:t>
        <w:br/>
        <w:t xml:space="preserve">                status=status.HTTP_403_FORBIDDEN,</w:t>
        <w:br/>
        <w:t xml:space="preserve">            )</w:t>
        <w:br/>
        <w:t xml:space="preserve">        serializer = BackgroundJobSerializer(job)</w:t>
        <w:br/>
        <w:t xml:space="preserve">        return Response(serializer.data)</w:t>
        <w:br/>
        <w:t>class BackgroundJobListView(APIView):</w:t>
        <w:br/>
        <w:t xml:space="preserve">    """</w:t>
        <w:br/>
        <w:t xml:space="preserve">    Список фоновых задач пользователя.</w:t>
        <w:br/>
        <w:t xml:space="preserve">    Возвращает список задач текущего пользователя с фильтрацией.</w:t>
        <w:br/>
        <w:t xml:space="preserve">    """</w:t>
        <w:br/>
        <w:t xml:space="preserve">    from rest_framework.permissions import IsAuthenticated</w:t>
        <w:br/>
        <w:t xml:space="preserve">    permission_classes = [IsAuthenticated]</w:t>
        <w:br/>
        <w:t xml:space="preserve">    @swagger_auto_schema(</w:t>
        <w:br/>
        <w:t xml:space="preserve">        tags=[JOBS_TAG],</w:t>
        <w:br/>
        <w:t xml:space="preserve">        operation_summary="Список задач",</w:t>
        <w:br/>
        <w:t xml:space="preserve">        operation_description=(</w:t>
        <w:br/>
        <w:t xml:space="preserve">            "Возвращает список фоновых задач текущего пользователя.\n"</w:t>
        <w:br/>
        <w:t xml:space="preserve">            "Поддерживает фильтрацию по статусу (status) и лимит (limit)."</w:t>
        <w:br/>
        <w:t xml:space="preserve">        ),</w:t>
        <w:br/>
        <w:t xml:space="preserve">    )</w:t>
        <w:br/>
        <w:t xml:space="preserve">    def get(self, request: Request) -&gt; Response:</w:t>
        <w:br/>
        <w:t xml:space="preserve">        """Получить список задач пользователя."""</w:t>
        <w:br/>
        <w:t xml:space="preserve">        from apps.core.serializers import BackgroundJobListSerializer</w:t>
        <w:br/>
        <w:t xml:space="preserve">        from apps.core.services import BackgroundJobService</w:t>
        <w:br/>
        <w:t xml:space="preserve">        status_filter = request.query_params.get("status")</w:t>
        <w:br/>
        <w:t xml:space="preserve">        limit = min(int(request.query_params.get("limit", 50)), 100)</w:t>
        <w:br/>
        <w:t xml:space="preserve">        jobs = BackgroundJobService.get_user_jobs(</w:t>
        <w:br/>
        <w:t xml:space="preserve">            user_id=request.user.id,</w:t>
        <w:br/>
        <w:t xml:space="preserve">            status=status_filter,</w:t>
        <w:br/>
        <w:t xml:space="preserve">            limit=limit,</w:t>
        <w:br/>
        <w:t xml:space="preserve">        )</w:t>
        <w:br/>
        <w:t xml:space="preserve">        serializer = BackgroundJobListSerializer(jobs, many=True)</w:t>
        <w:br/>
        <w:t xml:space="preserve">        return Response(serializer.data)</w:t>
      </w:r>
    </w:p>
    <w:p>
      <w:pPr>
        <w:pStyle w:val="Heading1"/>
      </w:pPr>
      <w:r>
        <w:t>src/apps/core/migrations/__init__.py</w:t>
      </w:r>
    </w:p>
    <w:p>
      <w:r>
        <w:t>[Пустой файл]</w:t>
      </w:r>
    </w:p>
    <w:p>
      <w:pPr>
        <w:pStyle w:val="Heading1"/>
      </w:pPr>
      <w:r>
        <w:t>src/apps/core/migrations/0001_background_job.py</w:t>
      </w:r>
    </w:p>
    <w:p>
      <w:r>
        <w:t># Generated by Django 3.2.25 on 2026-01-21 10:19</w:t>
        <w:br/>
        <w:t>from django.db import migrations, models</w:t>
        <w:br/>
        <w:t>import uuid</w:t>
        <w:br/>
        <w:t>class Migration(migrations.Migration):</w:t>
        <w:br/>
        <w:t xml:space="preserve">    initial = True</w:t>
        <w:br/>
        <w:t xml:space="preserve">    dependencies = [</w:t>
        <w:br/>
        <w:t xml:space="preserve">    ]</w:t>
        <w:br/>
        <w:t xml:space="preserve">    operations = [</w:t>
        <w:br/>
        <w:t xml:space="preserve">        migrations.CreateModel(</w:t>
        <w:br/>
        <w:t xml:space="preserve">            name='BackgroundJob',</w:t>
        <w:br/>
        <w:t xml:space="preserve">            fields=[</w:t>
        <w:br/>
        <w:t xml:space="preserve">                ('created_at', models.DateTimeField(auto_now_add=True, db_index=True, help_text='Дата и время создания записи', verbose_name='создано')),</w:t>
        <w:br/>
        <w:t xml:space="preserve">                ('updated_at', models.DateTimeField(auto_now=True, help_text='Дата и время последнего обновления', verbose_name='обновлено')),</w:t>
        <w:br/>
        <w:t xml:space="preserve">                ('id', models.UUIDField(default=uuid.uuid4, editable=False, primary_key=True, serialize=False)),</w:t>
        <w:br/>
        <w:t xml:space="preserve">                ('task_id', models.CharField(db_index=True, help_text='Идентификатор задачи в Celery', max_length=255, unique=True, verbose_name='ID задачи Celery')),</w:t>
        <w:br/>
        <w:t xml:space="preserve">                ('task_name', models.CharField(db_index=True, help_text='Полное имя задачи (например, apps.myapp.tasks.process_data)', max_length=255, verbose_name='имя задачи')),</w:t>
        <w:br/>
        <w:t xml:space="preserve">                ('status', models.CharField(choices=[('pending', 'Ожидает'), ('started', 'Выполняется'), ('success', 'Успешно'), ('failure', 'Ошибка'), ('revoked', 'Отменена'), ('retry', 'Повтор')], db_index=True, default='pending', max_length=20, verbose_name='статус')),</w:t>
        <w:br/>
        <w:t xml:space="preserve">                ('progress', models.PositiveSmallIntegerField(default=0, help_text='Прогресс выполнения в процентах (0-100)', verbose_name='прогресс')),</w:t>
        <w:br/>
        <w:t xml:space="preserve">                ('progress_message', models.CharField(blank=True, default='', max_length=500, verbose_name='сообщение о прогрессе')),</w:t>
        <w:br/>
        <w:t xml:space="preserve">                ('result', models.JSONField(blank=True, help_text='Результат выполнения задачи (JSON)', null=True, verbose_name='результат')),</w:t>
        <w:br/>
        <w:t xml:space="preserve">                ('error', models.TextField(blank=True, default='', help_text='Текст ошибки при неудачном выполнении', verbose_name='ошибка')),</w:t>
        <w:br/>
        <w:t xml:space="preserve">                ('traceback', models.TextField(blank=True, default='', help_text='Полный traceback ошибки', verbose_name='traceback')),</w:t>
        <w:br/>
        <w:t xml:space="preserve">                ('started_at', models.DateTimeField(blank=True, null=True, verbose_name='время начала')),</w:t>
        <w:br/>
        <w:t xml:space="preserve">                ('completed_at', models.DateTimeField(blank=True, null=True, verbose_name='время завершения')),</w:t>
        <w:br/>
        <w:t xml:space="preserve">                ('user_id', models.PositiveIntegerField(blank=True, db_index=True, help_text='ID пользователя, запустившего задачу', null=True, verbose_name='ID пользователя')),</w:t>
        <w:br/>
        <w:t xml:space="preserve">                ('meta', models.JSONField(blank=True, default=dict, help_text='Дополнительные данные задачи', verbose_name='метаданные')),</w:t>
        <w:br/>
        <w:t xml:space="preserve">            ],</w:t>
        <w:br/>
        <w:t xml:space="preserve">            options={</w:t>
        <w:br/>
        <w:t xml:space="preserve">                'verbose_name': 'фоновая задача',</w:t>
        <w:br/>
        <w:t xml:space="preserve">                'verbose_name_plural': 'фоновые задачи',</w:t>
        <w:br/>
        <w:t xml:space="preserve">                'ordering': ['-created_at'],</w:t>
        <w:br/>
        <w:t xml:space="preserve">            },</w:t>
        <w:br/>
        <w:t xml:space="preserve">        ),</w:t>
        <w:br/>
        <w:t xml:space="preserve">        migrations.AddIndex(</w:t>
        <w:br/>
        <w:t xml:space="preserve">            model_name='backgroundjob',</w:t>
        <w:br/>
        <w:t xml:space="preserve">            index=models.Index(fields=['status', 'created_at'], name='core_backgr_status_e66a68_idx'),</w:t>
        <w:br/>
        <w:t xml:space="preserve">        ),</w:t>
        <w:br/>
        <w:t xml:space="preserve">        migrations.AddIndex(</w:t>
        <w:br/>
        <w:t xml:space="preserve">            model_name='backgroundjob',</w:t>
        <w:br/>
        <w:t xml:space="preserve">            index=models.Index(fields=['user_id', 'status'], name='core_backgr_user_id_d81ce2_idx'),</w:t>
        <w:br/>
        <w:t xml:space="preserve">        ),</w:t>
        <w:br/>
        <w:t xml:space="preserve">        migrations.AddIndex(</w:t>
        <w:br/>
        <w:t xml:space="preserve">            model_name='backgroundjob',</w:t>
        <w:br/>
        <w:t xml:space="preserve">            index=models.Index(fields=['task_name', 'status'], name='core_backgr_task_na_fb8e14_idx'),</w:t>
        <w:br/>
        <w:t xml:space="preserve">        ),</w:t>
        <w:br/>
        <w:t xml:space="preserve">    ]</w:t>
      </w:r>
    </w:p>
    <w:p>
      <w:pPr>
        <w:pStyle w:val="Heading1"/>
      </w:pPr>
      <w:r>
        <w:t>src/apps/core/management/__init__.py</w:t>
      </w:r>
    </w:p>
    <w:p>
      <w:r>
        <w:t>[Пустой файл]</w:t>
      </w:r>
    </w:p>
    <w:p>
      <w:pPr>
        <w:pStyle w:val="Heading1"/>
      </w:pPr>
      <w:r>
        <w:t>src/apps/core/management/commands/__init__.py</w:t>
      </w:r>
    </w:p>
    <w:p>
      <w:r>
        <w:t>[Пустой файл]</w:t>
      </w:r>
    </w:p>
    <w:p>
      <w:pPr>
        <w:pStyle w:val="Heading1"/>
      </w:pPr>
      <w:r>
        <w:t>src/apps/core/management/commands/base.py</w:t>
      </w:r>
    </w:p>
    <w:p>
      <w:r>
        <w:t>"""</w:t>
        <w:br/>
        <w:t>Базовый класс для management commands.</w:t>
        <w:br/>
        <w:t>Предоставляет:</w:t>
        <w:br/>
        <w:t>- Структурированное логирование</w:t>
        <w:br/>
        <w:t>- Отображение прогресса</w:t>
        <w:br/>
        <w:t>- Обработку ошибок</w:t>
        <w:br/>
        <w:t>- Измерение времени выполнения</w:t>
        <w:br/>
        <w:t>- Dry-run режим</w:t>
        <w:br/>
        <w:t>"""</w:t>
        <w:br/>
        <w:t>import logging</w:t>
        <w:br/>
        <w:t>import time</w:t>
        <w:br/>
        <w:t>from abc import abstractmethod</w:t>
        <w:br/>
        <w:t>from collections.abc import Generator</w:t>
        <w:br/>
        <w:t>from contextlib import contextmanager</w:t>
        <w:br/>
        <w:t>from typing import Any</w:t>
        <w:br/>
        <w:t>from django.core.management.base import BaseCommand, CommandError</w:t>
        <w:br/>
        <w:t>from django.db import transaction</w:t>
        <w:br/>
        <w:t>logger = logging.getLogger(__name__)</w:t>
        <w:br/>
        <w:t>class BaseAppCommand(BaseCommand):</w:t>
        <w:br/>
        <w:t xml:space="preserve">    """</w:t>
        <w:br/>
        <w:t xml:space="preserve">    Базовый класс для management commands проекта.</w:t>
        <w:br/>
        <w:t xml:space="preserve">    Возможности:</w:t>
        <w:br/>
        <w:t xml:space="preserve">        - Автоматическое логирование начала и завершения</w:t>
        <w:br/>
        <w:t xml:space="preserve">        - Измерение времени выполнения</w:t>
        <w:br/>
        <w:t xml:space="preserve">        - Поддержка dry-run режима</w:t>
        <w:br/>
        <w:t xml:space="preserve">        - Прогресс-бар для итераций</w:t>
        <w:br/>
        <w:t xml:space="preserve">        - Транзакционное выполнение</w:t>
        <w:br/>
        <w:t xml:space="preserve">        - Обработка ошибок с правильными кодами выхода</w:t>
        <w:br/>
        <w:t xml:space="preserve">    Использование:</w:t>
        <w:br/>
        <w:t xml:space="preserve">        class Command(BaseAppCommand):</w:t>
        <w:br/>
        <w:t xml:space="preserve">            help = 'Описание команды'</w:t>
        <w:br/>
        <w:t xml:space="preserve">            def add_arguments(self, parser):</w:t>
        <w:br/>
        <w:t xml:space="preserve">                super().add_arguments(parser)  # Добавляет --dry-run</w:t>
        <w:br/>
        <w:t xml:space="preserve">                parser.add_argument('--my-arg', type=str)</w:t>
        <w:br/>
        <w:t xml:space="preserve">            def execute_command(self, *args, **options):</w:t>
        <w:br/>
        <w:t xml:space="preserve">                # Основная логика команды</w:t>
        <w:br/>
        <w:t xml:space="preserve">                items = MyModel.objects.all()</w:t>
        <w:br/>
        <w:t xml:space="preserve">                for item in self.progress_iter(items, desc="Обработка"):</w:t>
        <w:br/>
        <w:t xml:space="preserve">                    self.process_item(item)</w:t>
        <w:br/>
        <w:t xml:space="preserve">                return "Обработано успешно"</w:t>
        <w:br/>
        <w:t xml:space="preserve">    """</w:t>
        <w:br/>
        <w:t xml:space="preserve">    # Переопределяемые атрибуты</w:t>
        <w:br/>
        <w:t xml:space="preserve">    requires_migrations_checks = True</w:t>
        <w:br/>
        <w:t xml:space="preserve">    requires_system_checks = "__all__"</w:t>
        <w:br/>
        <w:t xml:space="preserve">    use_transaction = False  # Обернуть в транзакцию</w:t>
        <w:br/>
        <w:t xml:space="preserve">    def add_arguments(self, parser) -&gt; None:</w:t>
        <w:br/>
        <w:t xml:space="preserve">        """Добавление базовых аргументов."""</w:t>
        <w:br/>
        <w:t xml:space="preserve">        parser.add_argument(</w:t>
        <w:br/>
        <w:t xml:space="preserve">            "--dry-run",</w:t>
        <w:br/>
        <w:t xml:space="preserve">            action="store_true",</w:t>
        <w:br/>
        <w:t xml:space="preserve">            default=False,</w:t>
        <w:br/>
        <w:t xml:space="preserve">            help="Режим тестового запуска без изменений в базе данных",</w:t>
        <w:br/>
        <w:t xml:space="preserve">        )</w:t>
        <w:br/>
        <w:t xml:space="preserve">        parser.add_argument(</w:t>
        <w:br/>
        <w:t xml:space="preserve">            "--silent",</w:t>
        <w:br/>
        <w:t xml:space="preserve">            action="store_true",</w:t>
        <w:br/>
        <w:t xml:space="preserve">            default=False,</w:t>
        <w:br/>
        <w:t xml:space="preserve">            help="Минимальный вывод (только ошибки)",</w:t>
        <w:br/>
        <w:t xml:space="preserve">        )</w:t>
        <w:br/>
        <w:t xml:space="preserve">    def handle(self, *args: Any, **options: Any) -&gt; str | None:</w:t>
        <w:br/>
        <w:t xml:space="preserve">        """Основной обработчик команды."""</w:t>
        <w:br/>
        <w:t xml:space="preserve">        self.dry_run = options.get("dry_run", False)</w:t>
        <w:br/>
        <w:t xml:space="preserve">        self.silent = options.get("silent", False)</w:t>
        <w:br/>
        <w:t xml:space="preserve">        self.verbosity = options.get("verbosity", 1)</w:t>
        <w:br/>
        <w:t xml:space="preserve">        command_name = self.__class__.__module__.split(".")[-1]</w:t>
        <w:br/>
        <w:t xml:space="preserve">        # Логирование старта</w:t>
        <w:br/>
        <w:t xml:space="preserve">        self.log_info(f"Запуск команды: {command_name}")</w:t>
        <w:br/>
        <w:t xml:space="preserve">        if self.dry_run:</w:t>
        <w:br/>
        <w:t xml:space="preserve">            self.log_warning("Режим dry-run: изменения НЕ будут сохранены")</w:t>
        <w:br/>
        <w:t xml:space="preserve">        start_time = time.time()</w:t>
        <w:br/>
        <w:t xml:space="preserve">        try:</w:t>
        <w:br/>
        <w:t xml:space="preserve">            if self.use_transaction:</w:t>
        <w:br/>
        <w:t xml:space="preserve">                with transaction.atomic():</w:t>
        <w:br/>
        <w:t xml:space="preserve">                    result = self._execute_with_rollback(*args, **options)</w:t>
        <w:br/>
        <w:t xml:space="preserve">            else:</w:t>
        <w:br/>
        <w:t xml:space="preserve">                result = self.execute_command(*args, **options)</w:t>
        <w:br/>
        <w:t xml:space="preserve">            # Логирование успеха</w:t>
        <w:br/>
        <w:t xml:space="preserve">            elapsed = time.time() - start_time</w:t>
        <w:br/>
        <w:t xml:space="preserve">            self.log_success(f"Команда завершена за {elapsed:.2f}с")</w:t>
        <w:br/>
        <w:t xml:space="preserve">            return result</w:t>
        <w:br/>
        <w:t xml:space="preserve">        except CommandError:</w:t>
        <w:br/>
        <w:t xml:space="preserve">            raise</w:t>
        <w:br/>
        <w:t xml:space="preserve">        except Exception as e:</w:t>
        <w:br/>
        <w:t xml:space="preserve">            elapsed = time.time() - start_time</w:t>
        <w:br/>
        <w:t xml:space="preserve">            self.log_error(f"Ошибка после {elapsed:.2f}с: {e}")</w:t>
        <w:br/>
        <w:t xml:space="preserve">            logger.exception("Command failed", extra={"command": command_name})</w:t>
        <w:br/>
        <w:t xml:space="preserve">            raise CommandError(str(e)) from e</w:t>
        <w:br/>
        <w:t xml:space="preserve">    def _execute_with_rollback(self, *args: Any, **options: Any) -&gt; str | None:</w:t>
        <w:br/>
        <w:t xml:space="preserve">        """Выполнение с откатом в dry-run режиме."""</w:t>
        <w:br/>
        <w:t xml:space="preserve">        result = self.execute_command(*args, **options)</w:t>
        <w:br/>
        <w:t xml:space="preserve">        if self.dry_run:</w:t>
        <w:br/>
        <w:t xml:space="preserve">            # Откатываем транзакцию в dry-run</w:t>
        <w:br/>
        <w:t xml:space="preserve">            transaction.set_rollback(True)</w:t>
        <w:br/>
        <w:t xml:space="preserve">            self.log_warning("Dry-run: транзакция откачена")</w:t>
        <w:br/>
        <w:t xml:space="preserve">        return result</w:t>
        <w:br/>
        <w:t xml:space="preserve">    @abstractmethod</w:t>
        <w:br/>
        <w:t xml:space="preserve">    def execute_command(self, *args: Any, **options: Any) -&gt; str | None:</w:t>
        <w:br/>
        <w:t xml:space="preserve">        """</w:t>
        <w:br/>
        <w:t xml:space="preserve">        Основная логика команды. Переопределяется в наследниках.</w:t>
        <w:br/>
        <w:t xml:space="preserve">        Returns:</w:t>
        <w:br/>
        <w:t xml:space="preserve">            Строка с результатом или None</w:t>
        <w:br/>
        <w:t xml:space="preserve">        """</w:t>
        <w:br/>
        <w:t xml:space="preserve">        raise NotImplementedError("Метод execute_command должен быть реализован")</w:t>
        <w:br/>
        <w:t xml:space="preserve">    # ==================== Методы вывода ====================</w:t>
        <w:br/>
        <w:t xml:space="preserve">    def log_info(self, message: str) -&gt; None:</w:t>
        <w:br/>
        <w:t xml:space="preserve">        """Информационное сообщение."""</w:t>
        <w:br/>
        <w:t xml:space="preserve">        if not self.silent:</w:t>
        <w:br/>
        <w:t xml:space="preserve">            self.stdout.write(message)</w:t>
        <w:br/>
        <w:t xml:space="preserve">        logger.info(message)</w:t>
        <w:br/>
        <w:t xml:space="preserve">    def log_success(self, message: str) -&gt; None:</w:t>
        <w:br/>
        <w:t xml:space="preserve">        """Сообщение об успехе (зелёное)."""</w:t>
        <w:br/>
        <w:t xml:space="preserve">        if not self.silent:</w:t>
        <w:br/>
        <w:t xml:space="preserve">            self.stdout.write(self.style.SUCCESS(message))</w:t>
        <w:br/>
        <w:t xml:space="preserve">        logger.info(message)</w:t>
        <w:br/>
        <w:t xml:space="preserve">    def log_warning(self, message: str) -&gt; None:</w:t>
        <w:br/>
        <w:t xml:space="preserve">        """Предупреждение (жёлтое)."""</w:t>
        <w:br/>
        <w:t xml:space="preserve">        if not self.silent:</w:t>
        <w:br/>
        <w:t xml:space="preserve">            self.stdout.write(self.style.WARNING(message))</w:t>
        <w:br/>
        <w:t xml:space="preserve">        logger.warning(message)</w:t>
        <w:br/>
        <w:t xml:space="preserve">    def log_error(self, message: str) -&gt; None:</w:t>
        <w:br/>
        <w:t xml:space="preserve">        """Ошибка (красное)."""</w:t>
        <w:br/>
        <w:t xml:space="preserve">        self.stderr.write(self.style.ERROR(message))</w:t>
        <w:br/>
        <w:t xml:space="preserve">        logger.error(message)</w:t>
        <w:br/>
        <w:t xml:space="preserve">    def log_debug(self, message: str) -&gt; None:</w:t>
        <w:br/>
        <w:t xml:space="preserve">        """Отладочное сообщение (только при verbosity &gt;= 2)."""</w:t>
        <w:br/>
        <w:t xml:space="preserve">        if self.verbosity &gt;= 2:</w:t>
        <w:br/>
        <w:t xml:space="preserve">            self.stdout.write(self.style.HTTP_INFO(message))</w:t>
        <w:br/>
        <w:t xml:space="preserve">        logger.debug(message)</w:t>
        <w:br/>
        <w:t xml:space="preserve">    # ==================== Прогресс ====================</w:t>
        <w:br/>
        <w:t xml:space="preserve">    def progress_iter(</w:t>
        <w:br/>
        <w:t xml:space="preserve">        self,</w:t>
        <w:br/>
        <w:t xml:space="preserve">        iterable,</w:t>
        <w:br/>
        <w:t xml:space="preserve">        desc: str = "Обработка",</w:t>
        <w:br/>
        <w:t xml:space="preserve">        total: int | None = None,</w:t>
        <w:br/>
        <w:t xml:space="preserve">    ) -&gt; Generator:</w:t>
        <w:br/>
        <w:t xml:space="preserve">        """</w:t>
        <w:br/>
        <w:t xml:space="preserve">        Итератор с отображением прогресса.</w:t>
        <w:br/>
        <w:t xml:space="preserve">        Args:</w:t>
        <w:br/>
        <w:t xml:space="preserve">            iterable: Итерируемый объект</w:t>
        <w:br/>
        <w:t xml:space="preserve">            desc: Описание операции</w:t>
        <w:br/>
        <w:t xml:space="preserve">            total: Общее количество (если известно)</w:t>
        <w:br/>
        <w:t xml:space="preserve">        Yields:</w:t>
        <w:br/>
        <w:t xml:space="preserve">            Элементы итератора</w:t>
        <w:br/>
        <w:t xml:space="preserve">        Использование:</w:t>
        <w:br/>
        <w:t xml:space="preserve">            for item in self.progress_iter(items, "Обработка записей"):</w:t>
        <w:br/>
        <w:t xml:space="preserve">                process(item)</w:t>
        <w:br/>
        <w:t xml:space="preserve">        """</w:t>
        <w:br/>
        <w:t xml:space="preserve">        if total is None:</w:t>
        <w:br/>
        <w:t xml:space="preserve">            try:</w:t>
        <w:br/>
        <w:t xml:space="preserve">                total = len(iterable)</w:t>
        <w:br/>
        <w:t xml:space="preserve">            except TypeError:</w:t>
        <w:br/>
        <w:t xml:space="preserve">                total = None</w:t>
        <w:br/>
        <w:t xml:space="preserve">        processed = 0</w:t>
        <w:br/>
        <w:t xml:space="preserve">        last_percent = -1</w:t>
        <w:br/>
        <w:t xml:space="preserve">        for item in iterable:</w:t>
        <w:br/>
        <w:t xml:space="preserve">            yield item</w:t>
        <w:br/>
        <w:t xml:space="preserve">            processed += 1</w:t>
        <w:br/>
        <w:t xml:space="preserve">            if total and not self.silent:</w:t>
        <w:br/>
        <w:t xml:space="preserve">                percent = int(processed * 100 / total)</w:t>
        <w:br/>
        <w:t xml:space="preserve">                if percent != last_percent and percent % 10 == 0:</w:t>
        <w:br/>
        <w:t xml:space="preserve">                    self.stdout.write(f"{desc}: {percent}% ({processed}/{total})")</w:t>
        <w:br/>
        <w:t xml:space="preserve">                    last_percent = percent</w:t>
        <w:br/>
        <w:t xml:space="preserve">        if not self.silent:</w:t>
        <w:br/>
        <w:t xml:space="preserve">            self.log_info(f"{desc}: завершено ({processed} элементов)")</w:t>
        <w:br/>
        <w:t xml:space="preserve">    @contextmanager</w:t>
        <w:br/>
        <w:t xml:space="preserve">    def timed_operation(self, operation_name: str) -&gt; Generator:</w:t>
        <w:br/>
        <w:t xml:space="preserve">        """</w:t>
        <w:br/>
        <w:t xml:space="preserve">        Контекстный менеджер для измерения времени операции.</w:t>
        <w:br/>
        <w:t xml:space="preserve">        Использование:</w:t>
        <w:br/>
        <w:t xml:space="preserve">            with self.timed_operation("Загрузка данных"):</w:t>
        <w:br/>
        <w:t xml:space="preserve">                load_data()</w:t>
        <w:br/>
        <w:t xml:space="preserve">        """</w:t>
        <w:br/>
        <w:t xml:space="preserve">        start = time.time()</w:t>
        <w:br/>
        <w:t xml:space="preserve">        self.log_debug(f"Начало: {operation_name}")</w:t>
        <w:br/>
        <w:t xml:space="preserve">        try:</w:t>
        <w:br/>
        <w:t xml:space="preserve">            yield</w:t>
        <w:br/>
        <w:t xml:space="preserve">        finally:</w:t>
        <w:br/>
        <w:t xml:space="preserve">            elapsed = time.time() - start</w:t>
        <w:br/>
        <w:t xml:space="preserve">            self.log_debug(f"Завершено: {operation_name} ({elapsed:.2f}с)")</w:t>
        <w:br/>
        <w:t xml:space="preserve">    # ==================== Утилиты ====================</w:t>
        <w:br/>
        <w:t xml:space="preserve">    def confirm(self, message: str) -&gt; bool:</w:t>
        <w:br/>
        <w:t xml:space="preserve">        """</w:t>
        <w:br/>
        <w:t xml:space="preserve">        Запрос подтверждения у пользователя.</w:t>
        <w:br/>
        <w:t xml:space="preserve">        Args:</w:t>
        <w:br/>
        <w:t xml:space="preserve">            message: Текст вопроса</w:t>
        <w:br/>
        <w:t xml:space="preserve">        Returns:</w:t>
        <w:br/>
        <w:t xml:space="preserve">            True если пользователь подтвердил</w:t>
        <w:br/>
        <w:t xml:space="preserve">        """</w:t>
        <w:br/>
        <w:t xml:space="preserve">        if self.dry_run:</w:t>
        <w:br/>
        <w:t xml:space="preserve">            self.log_warning(f"[Dry-run] Пропуск подтверждения: {message}")</w:t>
        <w:br/>
        <w:t xml:space="preserve">            return True</w:t>
        <w:br/>
        <w:t xml:space="preserve">        self.stdout.write(f"\n{message} [y/N]: ", ending="")</w:t>
        <w:br/>
        <w:t xml:space="preserve">        response = input().strip().lower()</w:t>
        <w:br/>
        <w:t xml:space="preserve">        return response in ("y", "yes", "да", "д")</w:t>
        <w:br/>
        <w:t xml:space="preserve">    def abort(self, message: str) -&gt; None:</w:t>
        <w:br/>
        <w:t xml:space="preserve">        """Прерывание команды с сообщением."""</w:t>
        <w:br/>
        <w:t xml:space="preserve">        raise CommandError(message)</w:t>
        <w:br/>
        <w:t xml:space="preserve">    def check_dry_run(self) -&gt; bool:</w:t>
        <w:br/>
        <w:t xml:space="preserve">        """Проверка режима dry-run (для условного выполнения)."""</w:t>
        <w:br/>
        <w:t xml:space="preserve">        return self.dry_run</w:t>
      </w:r>
    </w:p>
    <w:p>
      <w:pPr>
        <w:pStyle w:val="Heading1"/>
      </w:pPr>
      <w:r>
        <w:t>src/apps/user/signals.py</w:t>
      </w:r>
    </w:p>
    <w:p>
      <w:r>
        <w:t>from django.contrib.auth import get_user_model</w:t>
        <w:br/>
        <w:t>from django.db.models.signals import post_save</w:t>
        <w:br/>
        <w:t>from django.dispatch import receiver</w:t>
        <w:br/>
        <w:t>from .models import Profile</w:t>
        <w:br/>
        <w:t>User = get_user_model()</w:t>
        <w:br/>
        <w:t>@receiver(post_save, sender=User)</w:t>
        <w:br/>
        <w:t>def create_user_profile(sender, instance, created, **kwargs):</w:t>
        <w:br/>
        <w:t xml:space="preserve">    """</w:t>
        <w:br/>
        <w:t xml:space="preserve">    Автоматически создает профиль при создании пользователя</w:t>
        <w:br/>
        <w:t xml:space="preserve">    """</w:t>
        <w:br/>
        <w:t xml:space="preserve">    if created:</w:t>
        <w:br/>
        <w:t xml:space="preserve">        Profile.objects.create(user=instance)</w:t>
        <w:br/>
        <w:t>@receiver(post_save, sender=User)</w:t>
        <w:br/>
        <w:t>def save_user_profile(sender, instance, **kwargs):</w:t>
        <w:br/>
        <w:t xml:space="preserve">    """</w:t>
        <w:br/>
        <w:t xml:space="preserve">    Сохраняет профиль при сохранении пользователя</w:t>
        <w:br/>
        <w:t xml:space="preserve">    """</w:t>
        <w:br/>
        <w:t xml:space="preserve">    if hasattr(instance, "profile"):</w:t>
        <w:br/>
        <w:t xml:space="preserve">        instance.profile.save()</w:t>
      </w:r>
    </w:p>
    <w:p>
      <w:pPr>
        <w:pStyle w:val="Heading1"/>
      </w:pPr>
      <w:r>
        <w:t>src/apps/user/services.py</w:t>
      </w:r>
    </w:p>
    <w:p>
      <w:r>
        <w:t>from typing import Any</w:t>
        <w:br/>
        <w:t>from apps.core.exceptions import NotFoundError</w:t>
        <w:br/>
        <w:t>from django.contrib.auth import get_user_model</w:t>
        <w:br/>
        <w:t>from django.db import transaction</w:t>
        <w:br/>
        <w:t>from rest_framework_simplejwt.tokens import RefreshToken</w:t>
        <w:br/>
        <w:t>from .models import Profile</w:t>
        <w:br/>
        <w:t>User = get_user_model()</w:t>
        <w:br/>
        <w:t>class UserService:</w:t>
        <w:br/>
        <w:t xml:space="preserve">    """Сервисный слой для работы с пользователями"""</w:t>
        <w:br/>
        <w:t xml:space="preserve">    @classmethod</w:t>
        <w:br/>
        <w:t xml:space="preserve">    def create_user(</w:t>
        <w:br/>
        <w:t xml:space="preserve">        cls, *, email: str, username: str, password: str, **extra_fields</w:t>
        <w:br/>
        <w:t xml:space="preserve">    ) -&gt; User:</w:t>
        <w:br/>
        <w:t xml:space="preserve">        """</w:t>
        <w:br/>
        <w:t xml:space="preserve">        Создает нового пользователя</w:t>
        <w:br/>
        <w:t xml:space="preserve">        Args:</w:t>
        <w:br/>
        <w:t xml:space="preserve">            email: Email пользователя</w:t>
        <w:br/>
        <w:t xml:space="preserve">            username: Username пользователя</w:t>
        <w:br/>
        <w:t xml:space="preserve">            password: Пароль</w:t>
        <w:br/>
        <w:t xml:space="preserve">            **extra_fields: Дополнительные поля</w:t>
        <w:br/>
        <w:t xml:space="preserve">        Returns:</w:t>
        <w:br/>
        <w:t xml:space="preserve">            User: Созданный пользователь</w:t>
        <w:br/>
        <w:t xml:space="preserve">        Raises:</w:t>
        <w:br/>
        <w:t xml:space="preserve">            ValidationError: При некорректных данных</w:t>
        <w:br/>
        <w:t xml:space="preserve">        """</w:t>
        <w:br/>
        <w:t xml:space="preserve">        with transaction.atomic():</w:t>
        <w:br/>
        <w:t xml:space="preserve">            user = User.objects.create_user(</w:t>
        <w:br/>
        <w:t xml:space="preserve">                email=email, username=username, password=password, **extra_fields</w:t>
        <w:br/>
        <w:t xml:space="preserve">            )</w:t>
        <w:br/>
        <w:t xml:space="preserve">            return user</w:t>
        <w:br/>
        <w:t xml:space="preserve">    @classmethod</w:t>
        <w:br/>
        <w:t xml:space="preserve">    def get_user_by_email(cls, email: str) -&gt; User:</w:t>
        <w:br/>
        <w:t xml:space="preserve">        """Получает пользователя по email</w:t>
        <w:br/>
        <w:t xml:space="preserve">        Raises:</w:t>
        <w:br/>
        <w:t xml:space="preserve">            NotFoundError: Если пользователь не найден</w:t>
        <w:br/>
        <w:t xml:space="preserve">        """</w:t>
        <w:br/>
        <w:t xml:space="preserve">        try:</w:t>
        <w:br/>
        <w:t xml:space="preserve">            return User.objects.get(email=email)</w:t>
        <w:br/>
        <w:t xml:space="preserve">        except User.DoesNotExist as e:</w:t>
        <w:br/>
        <w:t xml:space="preserve">            raise NotFoundError(</w:t>
        <w:br/>
        <w:t xml:space="preserve">                message=f"User with email={email} not found",</w:t>
        <w:br/>
        <w:t xml:space="preserve">                details={"email": email},</w:t>
        <w:br/>
        <w:t xml:space="preserve">            ) from e</w:t>
        <w:br/>
        <w:t xml:space="preserve">    @classmethod</w:t>
        <w:br/>
        <w:t xml:space="preserve">    def get_user_by_email_or_none(cls, email: str) -&gt; User | None:</w:t>
        <w:br/>
        <w:t xml:space="preserve">        """Получает пользователя по email или None"""</w:t>
        <w:br/>
        <w:t xml:space="preserve">        try:</w:t>
        <w:br/>
        <w:t xml:space="preserve">            return User.objects.get(email=email)</w:t>
        <w:br/>
        <w:t xml:space="preserve">        except User.DoesNotExist:</w:t>
        <w:br/>
        <w:t xml:space="preserve">            return None</w:t>
        <w:br/>
        <w:t xml:space="preserve">    @classmethod</w:t>
        <w:br/>
        <w:t xml:space="preserve">    def get_user_by_id(cls, user_id: int) -&gt; User:</w:t>
        <w:br/>
        <w:t xml:space="preserve">        """Получает пользователя по ID</w:t>
        <w:br/>
        <w:t xml:space="preserve">        Raises:</w:t>
        <w:br/>
        <w:t xml:space="preserve">            NotFoundError: Если пользователь не найден</w:t>
        <w:br/>
        <w:t xml:space="preserve">        """</w:t>
        <w:br/>
        <w:t xml:space="preserve">        try:</w:t>
        <w:br/>
        <w:t xml:space="preserve">            return User.objects.get(id=user_id)</w:t>
        <w:br/>
        <w:t xml:space="preserve">        except User.DoesNotExist as e:</w:t>
        <w:br/>
        <w:t xml:space="preserve">            raise NotFoundError(</w:t>
        <w:br/>
        <w:t xml:space="preserve">                message=f"User with id={user_id} not found",</w:t>
        <w:br/>
        <w:t xml:space="preserve">                details={"user_id": user_id},</w:t>
        <w:br/>
        <w:t xml:space="preserve">            ) from e</w:t>
        <w:br/>
        <w:t xml:space="preserve">    @classmethod</w:t>
        <w:br/>
        <w:t xml:space="preserve">    def get_user_by_id_or_none(cls, user_id: int) -&gt; User | None:</w:t>
        <w:br/>
        <w:t xml:space="preserve">        """Получает пользователя по ID или None"""</w:t>
        <w:br/>
        <w:t xml:space="preserve">        try:</w:t>
        <w:br/>
        <w:t xml:space="preserve">            return User.objects.get(id=user_id)</w:t>
        <w:br/>
        <w:t xml:space="preserve">        except User.DoesNotExist:</w:t>
        <w:br/>
        <w:t xml:space="preserve">            return None</w:t>
        <w:br/>
        <w:t xml:space="preserve">    @classmethod</w:t>
        <w:br/>
        <w:t xml:space="preserve">    def update_user(cls, user_id: int, **fields) -&gt; User:</w:t>
        <w:br/>
        <w:t xml:space="preserve">        """</w:t>
        <w:br/>
        <w:t xml:space="preserve">        Обновляет данные пользователя</w:t>
        <w:br/>
        <w:t xml:space="preserve">        Args:</w:t>
        <w:br/>
        <w:t xml:space="preserve">            user_id: ID пользователя</w:t>
        <w:br/>
        <w:t xml:space="preserve">            **fields: Поля для обновления</w:t>
        <w:br/>
        <w:t xml:space="preserve">        Returns:</w:t>
        <w:br/>
        <w:t xml:space="preserve">            User: Обновленный пользователь</w:t>
        <w:br/>
        <w:t xml:space="preserve">        Raises:</w:t>
        <w:br/>
        <w:t xml:space="preserve">            NotFoundError: Если пользователь не найден</w:t>
        <w:br/>
        <w:t xml:space="preserve">        """</w:t>
        <w:br/>
        <w:t xml:space="preserve">        user = cls.get_user_by_id(user_id)</w:t>
        <w:br/>
        <w:t xml:space="preserve">        for field, value in fields.items():</w:t>
        <w:br/>
        <w:t xml:space="preserve">            setattr(user, field, value)</w:t>
        <w:br/>
        <w:t xml:space="preserve">        user.save()</w:t>
        <w:br/>
        <w:t xml:space="preserve">        return user</w:t>
        <w:br/>
        <w:t xml:space="preserve">    @classmethod</w:t>
        <w:br/>
        <w:t xml:space="preserve">    def delete_user(cls, user_id: int) -&gt; None:</w:t>
        <w:br/>
        <w:t xml:space="preserve">        """</w:t>
        <w:br/>
        <w:t xml:space="preserve">        Удаляет пользователя</w:t>
        <w:br/>
        <w:t xml:space="preserve">        Args:</w:t>
        <w:br/>
        <w:t xml:space="preserve">            user_id: ID пользователя</w:t>
        <w:br/>
        <w:t xml:space="preserve">        Raises:</w:t>
        <w:br/>
        <w:t xml:space="preserve">            NotFoundError: Если пользователь не найден</w:t>
        <w:br/>
        <w:t xml:space="preserve">        """</w:t>
        <w:br/>
        <w:t xml:space="preserve">        user = cls.get_user_by_id(user_id)</w:t>
        <w:br/>
        <w:t xml:space="preserve">        user.delete()</w:t>
        <w:br/>
        <w:t xml:space="preserve">    @classmethod</w:t>
        <w:br/>
        <w:t xml:space="preserve">    def get_tokens_for_user(cls, user: User) -&gt; dict[str, str]:</w:t>
        <w:br/>
        <w:t xml:space="preserve">        """</w:t>
        <w:br/>
        <w:t xml:space="preserve">        Генерирует JWT токены для пользователя</w:t>
        <w:br/>
        <w:t xml:space="preserve">        Args:</w:t>
        <w:br/>
        <w:t xml:space="preserve">            user: Пользователь</w:t>
        <w:br/>
        <w:t xml:space="preserve">        Returns:</w:t>
        <w:br/>
        <w:t xml:space="preserve">            Dict[str, str]: refresh и access токены</w:t>
        <w:br/>
        <w:t xml:space="preserve">        """</w:t>
        <w:br/>
        <w:t xml:space="preserve">        refresh = RefreshToken.for_user(user)</w:t>
        <w:br/>
        <w:t xml:space="preserve">        return {</w:t>
        <w:br/>
        <w:t xml:space="preserve">            "refresh": str(refresh),</w:t>
        <w:br/>
        <w:t xml:space="preserve">            "access": str(refresh.access_token),</w:t>
        <w:br/>
        <w:t xml:space="preserve">        }</w:t>
        <w:br/>
        <w:t xml:space="preserve">    @classmethod</w:t>
        <w:br/>
        <w:t xml:space="preserve">    def verify_email(cls, user_id: int) -&gt; User:</w:t>
        <w:br/>
        <w:t xml:space="preserve">        """</w:t>
        <w:br/>
        <w:t xml:space="preserve">        Подтверждает email пользователя</w:t>
        <w:br/>
        <w:t xml:space="preserve">        Args:</w:t>
        <w:br/>
        <w:t xml:space="preserve">            user_id: ID пользователя</w:t>
        <w:br/>
        <w:t xml:space="preserve">        Returns:</w:t>
        <w:br/>
        <w:t xml:space="preserve">            User: Обновленный пользователь</w:t>
        <w:br/>
        <w:t xml:space="preserve">        Raises:</w:t>
        <w:br/>
        <w:t xml:space="preserve">            NotFoundError: Если пользователь не найден</w:t>
        <w:br/>
        <w:t xml:space="preserve">        """</w:t>
        <w:br/>
        <w:t xml:space="preserve">        user = cls.get_user_by_id(user_id)</w:t>
        <w:br/>
        <w:t xml:space="preserve">        user.is_verified = True</w:t>
        <w:br/>
        <w:t xml:space="preserve">        user.save()</w:t>
        <w:br/>
        <w:t xml:space="preserve">        return user</w:t>
        <w:br/>
        <w:t>class ProfileService:</w:t>
        <w:br/>
        <w:t xml:space="preserve">    """Сервисный слой для работы с профилями"""</w:t>
        <w:br/>
        <w:t xml:space="preserve">    @classmethod</w:t>
        <w:br/>
        <w:t xml:space="preserve">    def get_profile_by_user_id(cls, user_id: int) -&gt; Profile:</w:t>
        <w:br/>
        <w:t xml:space="preserve">        """Получает профиль по ID пользователя</w:t>
        <w:br/>
        <w:t xml:space="preserve">        Raises:</w:t>
        <w:br/>
        <w:t xml:space="preserve">            NotFoundError: Если профиль не найден</w:t>
        <w:br/>
        <w:t xml:space="preserve">        """</w:t>
        <w:br/>
        <w:t xml:space="preserve">        try:</w:t>
        <w:br/>
        <w:t xml:space="preserve">            return Profile.objects.select_related("user").get(user_id=user_id)</w:t>
        <w:br/>
        <w:t xml:space="preserve">        except Profile.DoesNotExist as e:</w:t>
        <w:br/>
        <w:t xml:space="preserve">            raise NotFoundError(</w:t>
        <w:br/>
        <w:t xml:space="preserve">                message=f"Profile for user_id={user_id} not found",</w:t>
        <w:br/>
        <w:t xml:space="preserve">                details={"user_id": user_id},</w:t>
        <w:br/>
        <w:t xml:space="preserve">            ) from e</w:t>
        <w:br/>
        <w:t xml:space="preserve">    @classmethod</w:t>
        <w:br/>
        <w:t xml:space="preserve">    def get_profile_by_user_id_or_none(cls, user_id: int) -&gt; Profile | None:</w:t>
        <w:br/>
        <w:t xml:space="preserve">        """Получает профиль по ID пользователя или None"""</w:t>
        <w:br/>
        <w:t xml:space="preserve">        try:</w:t>
        <w:br/>
        <w:t xml:space="preserve">            return Profile.objects.select_related("user").get(user_id=user_id)</w:t>
        <w:br/>
        <w:t xml:space="preserve">        except Profile.DoesNotExist:</w:t>
        <w:br/>
        <w:t xml:space="preserve">            return None</w:t>
        <w:br/>
        <w:t xml:space="preserve">    @classmethod</w:t>
        <w:br/>
        <w:t xml:space="preserve">    def update_profile(cls, user_id: int, **fields) -&gt; Profile:</w:t>
        <w:br/>
        <w:t xml:space="preserve">        """</w:t>
        <w:br/>
        <w:t xml:space="preserve">        Обновляет профиль пользователя</w:t>
        <w:br/>
        <w:t xml:space="preserve">        Args:</w:t>
        <w:br/>
        <w:t xml:space="preserve">            user_id: ID пользователя</w:t>
        <w:br/>
        <w:t xml:space="preserve">            **fields: Поля для обновления</w:t>
        <w:br/>
        <w:t xml:space="preserve">        Returns:</w:t>
        <w:br/>
        <w:t xml:space="preserve">            Profile: Обновленный профиль</w:t>
        <w:br/>
        <w:t xml:space="preserve">        Raises:</w:t>
        <w:br/>
        <w:t xml:space="preserve">            NotFoundError: Если профиль не найден</w:t>
        <w:br/>
        <w:t xml:space="preserve">        """</w:t>
        <w:br/>
        <w:t xml:space="preserve">        profile = cls.get_profile_by_user_id(user_id)</w:t>
        <w:br/>
        <w:t xml:space="preserve">        for field, value in fields.items():</w:t>
        <w:br/>
        <w:t xml:space="preserve">            setattr(profile, field, value)</w:t>
        <w:br/>
        <w:t xml:space="preserve">        profile.save()</w:t>
        <w:br/>
        <w:t xml:space="preserve">        return profile</w:t>
        <w:br/>
        <w:t xml:space="preserve">    @classmethod</w:t>
        <w:br/>
        <w:t xml:space="preserve">    def get_full_profile_data(cls, user_id: int) -&gt; dict[str, Any]:</w:t>
        <w:br/>
        <w:t xml:space="preserve">        """</w:t>
        <w:br/>
        <w:t xml:space="preserve">        Получает полные данные пользователя и профиля</w:t>
        <w:br/>
        <w:t xml:space="preserve">        Args:</w:t>
        <w:br/>
        <w:t xml:space="preserve">            user_id: ID пользователя</w:t>
        <w:br/>
        <w:t xml:space="preserve">        Returns:</w:t>
        <w:br/>
        <w:t xml:space="preserve">            Dict: Полные данные</w:t>
        <w:br/>
        <w:t xml:space="preserve">        Raises:</w:t>
        <w:br/>
        <w:t xml:space="preserve">            NotFoundError: Если профиль не найден</w:t>
        <w:br/>
        <w:t xml:space="preserve">        """</w:t>
        <w:br/>
        <w:t xml:space="preserve">        profile = cls.get_profile_by_user_id(user_id)</w:t>
        <w:br/>
        <w:t xml:space="preserve">        user = profile.user</w:t>
        <w:br/>
        <w:t xml:space="preserve">        return {</w:t>
        <w:br/>
        <w:t xml:space="preserve">            "id": user.id,</w:t>
        <w:br/>
        <w:t xml:space="preserve">            "email": user.email,</w:t>
        <w:br/>
        <w:t xml:space="preserve">            "username": user.username,</w:t>
        <w:br/>
        <w:t xml:space="preserve">            "is_verified": user.is_verified,</w:t>
        <w:br/>
        <w:t xml:space="preserve">            "phone": user.phone,</w:t>
        <w:br/>
        <w:t xml:space="preserve">            "first_name": profile.first_name,</w:t>
        <w:br/>
        <w:t xml:space="preserve">            "last_name": profile.last_name,</w:t>
        <w:br/>
        <w:t xml:space="preserve">            "full_name": profile.full_name,</w:t>
        <w:br/>
        <w:t xml:space="preserve">            "bio": profile.bio,</w:t>
        <w:br/>
        <w:t xml:space="preserve">            "avatar": profile.avatar.url if profile.avatar else None,</w:t>
        <w:br/>
        <w:t xml:space="preserve">            "date_of_birth": profile.date_of_birth,</w:t>
        <w:br/>
        <w:t xml:space="preserve">            "created_at": user.created_at,</w:t>
        <w:br/>
        <w:t xml:space="preserve">            "updated_at": user.updated_at,</w:t>
        <w:br/>
        <w:t xml:space="preserve">        }</w:t>
      </w:r>
    </w:p>
    <w:p>
      <w:pPr>
        <w:pStyle w:val="Heading1"/>
      </w:pPr>
      <w:r>
        <w:t>src/apps/user/models.py</w:t>
      </w:r>
    </w:p>
    <w:p>
      <w:r>
        <w:t>from django.contrib.auth.models import AbstractUser</w:t>
        <w:br/>
        <w:t>from django.db import models</w:t>
        <w:br/>
        <w:t>from django.utils.translation import gettext_lazy as _</w:t>
        <w:br/>
        <w:t>class User(AbstractUser):</w:t>
        <w:br/>
        <w:t xml:space="preserve">    """Расширенная модель пользователя"""</w:t>
        <w:br/>
        <w:t xml:space="preserve">    # Убираем first_name и last_name из модели User (они в Profile)</w:t>
        <w:br/>
        <w:t xml:space="preserve">    first_name = None</w:t>
        <w:br/>
        <w:t xml:space="preserve">    last_name = None</w:t>
        <w:br/>
        <w:t xml:space="preserve">    # Переопределяем группы и разрешения для избежания конфликта</w:t>
        <w:br/>
        <w:t xml:space="preserve">    groups = models.ManyToManyField(</w:t>
        <w:br/>
        <w:t xml:space="preserve">        "auth.Group",</w:t>
        <w:br/>
        <w:t xml:space="preserve">        verbose_name=_("groups"),</w:t>
        <w:br/>
        <w:t xml:space="preserve">        blank=True,</w:t>
        <w:br/>
        <w:t xml:space="preserve">        help_text=_(""),</w:t>
        <w:br/>
        <w:t xml:space="preserve">        related_name="custom_user_set",</w:t>
        <w:br/>
        <w:t xml:space="preserve">        related_query_name="custom_user",</w:t>
        <w:br/>
        <w:t xml:space="preserve">    )</w:t>
        <w:br/>
        <w:t xml:space="preserve">    user_permissions = models.ManyToManyField(</w:t>
        <w:br/>
        <w:t xml:space="preserve">        "auth.Permission",</w:t>
        <w:br/>
        <w:t xml:space="preserve">        verbose_name=_("user permissions"),</w:t>
        <w:br/>
        <w:t xml:space="preserve">        blank=True,</w:t>
        <w:br/>
        <w:t xml:space="preserve">        help_text=_("Specific permissions for this user."),</w:t>
        <w:br/>
        <w:t xml:space="preserve">        related_name="custom_user_set",</w:t>
        <w:br/>
        <w:t xml:space="preserve">        related_query_name="custom_user",</w:t>
        <w:br/>
        <w:t xml:space="preserve">    )</w:t>
        <w:br/>
        <w:t xml:space="preserve">    email = models.EmailField(</w:t>
        <w:br/>
        <w:t xml:space="preserve">        _("email address"), unique=True, help_text=_("Required. Must be unique.")</w:t>
        <w:br/>
        <w:t xml:space="preserve">    )</w:t>
        <w:br/>
        <w:t xml:space="preserve">    phone = models.CharField(</w:t>
        <w:br/>
        <w:t xml:space="preserve">        _("phone number"),</w:t>
        <w:br/>
        <w:t xml:space="preserve">        max_length=20,</w:t>
        <w:br/>
        <w:t xml:space="preserve">        blank=True,</w:t>
        <w:br/>
        <w:t xml:space="preserve">        null=True,</w:t>
        <w:br/>
        <w:t xml:space="preserve">        help_text=_("Phone number in international format"),</w:t>
        <w:br/>
        <w:t xml:space="preserve">    )</w:t>
        <w:br/>
        <w:t xml:space="preserve">    is_verified = models.BooleanField(</w:t>
        <w:br/>
        <w:t xml:space="preserve">        _("email verified"),</w:t>
        <w:br/>
        <w:t xml:space="preserve">        default=False,</w:t>
        <w:br/>
        <w:t xml:space="preserve">        help_text=_("Designates whether the user has verified their email."),</w:t>
        <w:br/>
        <w:t xml:space="preserve">    )</w:t>
        <w:br/>
        <w:t xml:space="preserve">    created_at = models.DateTimeField(_("created at"), auto_now_add=True)</w:t>
        <w:br/>
        <w:t xml:space="preserve">    updated_at = models.DateTimeField(_("updated at"), auto_now=True)</w:t>
        <w:br/>
        <w:t xml:space="preserve">    USERNAME_FIELD = "email"</w:t>
        <w:br/>
        <w:t xml:space="preserve">    REQUIRED_FIELDS = ["username"]</w:t>
        <w:br/>
        <w:t xml:space="preserve">    class Meta:</w:t>
        <w:br/>
        <w:t xml:space="preserve">        db_table = "users"</w:t>
        <w:br/>
        <w:t xml:space="preserve">        verbose_name = _("user")</w:t>
        <w:br/>
        <w:t xml:space="preserve">        verbose_name_plural = _("users")</w:t>
        <w:br/>
        <w:t xml:space="preserve">        ordering = ["-created_at"]</w:t>
        <w:br/>
        <w:t xml:space="preserve">    def __str__(self):</w:t>
        <w:br/>
        <w:t xml:space="preserve">        return f"{self.username} ({self.email})"</w:t>
        <w:br/>
        <w:t>class Profile(models.Model):</w:t>
        <w:br/>
        <w:t xml:space="preserve">    """Профиль пользователя (OneToOne связь с User)"""</w:t>
        <w:br/>
        <w:t xml:space="preserve">    user = models.OneToOneField(</w:t>
        <w:br/>
        <w:t xml:space="preserve">        User, on_delete=models.CASCADE, related_name="profile", verbose_name=_("user")</w:t>
        <w:br/>
        <w:t xml:space="preserve">    )</w:t>
        <w:br/>
        <w:t xml:space="preserve">    first_name = models.CharField(_("first name"), max_length=50, blank=True, null=True)</w:t>
        <w:br/>
        <w:t xml:space="preserve">    last_name = models.CharField(_("last name"), max_length=50, blank=True, null=True)</w:t>
        <w:br/>
        <w:t xml:space="preserve">    bio = models.TextField(</w:t>
        <w:br/>
        <w:t xml:space="preserve">        _("bio"), blank=True, null=True, help_text=_("Short biography or description")</w:t>
        <w:br/>
        <w:t xml:space="preserve">    )</w:t>
        <w:br/>
        <w:t xml:space="preserve">    avatar = models.ImageField(</w:t>
        <w:br/>
        <w:t xml:space="preserve">        _("avatar"),</w:t>
        <w:br/>
        <w:t xml:space="preserve">        upload_to="avatars/",</w:t>
        <w:br/>
        <w:t xml:space="preserve">        blank=True,</w:t>
        <w:br/>
        <w:t xml:space="preserve">        null=True,</w:t>
        <w:br/>
        <w:t xml:space="preserve">        help_text=_("User avatar image"),</w:t>
        <w:br/>
        <w:t xml:space="preserve">    )</w:t>
        <w:br/>
        <w:t xml:space="preserve">    date_of_birth = models.DateField(_("date of birth"), blank=True, null=True)</w:t>
        <w:br/>
        <w:t xml:space="preserve">    created_at = models.DateTimeField(_("created at"), auto_now_add=True)</w:t>
        <w:br/>
        <w:t xml:space="preserve">    updated_at = models.DateTimeField(_("updated at"), auto_now=True)</w:t>
        <w:br/>
        <w:t xml:space="preserve">    class Meta:</w:t>
        <w:br/>
        <w:t xml:space="preserve">        db_table = "profiles"</w:t>
        <w:br/>
        <w:t xml:space="preserve">        verbose_name = _("profile")</w:t>
        <w:br/>
        <w:t xml:space="preserve">        verbose_name_plural = _("profiles")</w:t>
        <w:br/>
        <w:t xml:space="preserve">        ordering = ["-created_at"]</w:t>
        <w:br/>
        <w:t xml:space="preserve">    def __str__(self):</w:t>
        <w:br/>
        <w:t xml:space="preserve">        return f"Profile of {self.user.username}"</w:t>
        <w:br/>
        <w:t xml:space="preserve">    @property</w:t>
        <w:br/>
        <w:t xml:space="preserve">    def full_name(self):</w:t>
        <w:br/>
        <w:t xml:space="preserve">        """Полное имя пользователя"""</w:t>
        <w:br/>
        <w:t xml:space="preserve">        if self.first_name and self.last_name:</w:t>
        <w:br/>
        <w:t xml:space="preserve">            return f"{self.first_name} {self.last_name}"</w:t>
        <w:br/>
        <w:t xml:space="preserve">        elif self.first_name:</w:t>
        <w:br/>
        <w:t xml:space="preserve">            return self.first_name</w:t>
        <w:br/>
        <w:t xml:space="preserve">        elif self.last_name:</w:t>
        <w:br/>
        <w:t xml:space="preserve">            return self.last_name</w:t>
        <w:br/>
        <w:t xml:space="preserve">        return self.user.username</w:t>
      </w:r>
    </w:p>
    <w:p>
      <w:pPr>
        <w:pStyle w:val="Heading1"/>
      </w:pPr>
      <w:r>
        <w:t>src/apps/user/serializers.py</w:t>
      </w:r>
    </w:p>
    <w:p>
      <w:r>
        <w:t>from django.contrib.auth import get_user_model</w:t>
        <w:br/>
        <w:t>from rest_framework import serializers</w:t>
        <w:br/>
        <w:t>from rest_framework.validators import UniqueValidator</w:t>
        <w:br/>
        <w:t>from .models import Profile</w:t>
        <w:br/>
        <w:t>User = get_user_model()</w:t>
        <w:br/>
        <w:t>class UserRegistrationSerializer(serializers.ModelSerializer):</w:t>
        <w:br/>
        <w:t xml:space="preserve">    """Сериализатор для регистрации пользователя"""</w:t>
        <w:br/>
        <w:t xml:space="preserve">    email = serializers.EmailField(</w:t>
        <w:br/>
        <w:t xml:space="preserve">        validators=[UniqueValidator(queryset=User.objects.all())],</w:t>
        <w:br/>
        <w:t xml:space="preserve">        help_text="Email пользователя (уникальный)",</w:t>
        <w:br/>
        <w:t xml:space="preserve">    )</w:t>
        <w:br/>
        <w:t xml:space="preserve">    password = serializers.CharField(</w:t>
        <w:br/>
        <w:t xml:space="preserve">        write_only=True, min_length=8, help_text="Пароль (минимум 8 символов)"</w:t>
        <w:br/>
        <w:t xml:space="preserve">    )</w:t>
        <w:br/>
        <w:t xml:space="preserve">    password_confirm = serializers.CharField(</w:t>
        <w:br/>
        <w:t xml:space="preserve">        write_only=True, min_length=8, help_text="Подтверждение пароля"</w:t>
        <w:br/>
        <w:t xml:space="preserve">    )</w:t>
        <w:br/>
        <w:t xml:space="preserve">    class Meta:</w:t>
        <w:br/>
        <w:t xml:space="preserve">        model = User</w:t>
        <w:br/>
        <w:t xml:space="preserve">        fields = ("email", "username", "password", "password_confirm", "phone")</w:t>
        <w:br/>
        <w:t xml:space="preserve">        extra_kwargs = {</w:t>
        <w:br/>
        <w:t xml:space="preserve">            "username": {</w:t>
        <w:br/>
        <w:t xml:space="preserve">                "validators": [UniqueValidator(queryset=User.objects.all())],</w:t>
        <w:br/>
        <w:t xml:space="preserve">                "help_text": "Username пользователя (уникальный)",</w:t>
        <w:br/>
        <w:t xml:space="preserve">            }</w:t>
        <w:br/>
        <w:t xml:space="preserve">        }</w:t>
        <w:br/>
        <w:t xml:space="preserve">    def validate(self, attrs):</w:t>
        <w:br/>
        <w:t xml:space="preserve">        if attrs["password"] != attrs["password_confirm"]:</w:t>
        <w:br/>
        <w:t xml:space="preserve">            raise serializers.ValidationError("Пароли не совпадают")</w:t>
        <w:br/>
        <w:t xml:space="preserve">        return attrs</w:t>
        <w:br/>
        <w:t xml:space="preserve">    def create(self, validated_data):</w:t>
        <w:br/>
        <w:t xml:space="preserve">        validated_data.pop("password_confirm")</w:t>
        <w:br/>
        <w:t xml:space="preserve">        password = validated_data.pop("password")</w:t>
        <w:br/>
        <w:t xml:space="preserve">        user = User.objects.create_user(**validated_data)</w:t>
        <w:br/>
        <w:t xml:space="preserve">        user.set_password(password)</w:t>
        <w:br/>
        <w:t xml:space="preserve">        user.save()</w:t>
        <w:br/>
        <w:t xml:space="preserve">        return user</w:t>
        <w:br/>
        <w:t>class UserProfileSerializer(serializers.ModelSerializer):</w:t>
        <w:br/>
        <w:t xml:space="preserve">    """Сериализатор для профиля пользователя"""</w:t>
        <w:br/>
        <w:t xml:space="preserve">    full_name = serializers.ReadOnlyField(help_text="Полное имя")</w:t>
        <w:br/>
        <w:t xml:space="preserve">    avatar = serializers.ImageField(required=False, allow_null=True)</w:t>
        <w:br/>
        <w:t xml:space="preserve">    class Meta:</w:t>
        <w:br/>
        <w:t xml:space="preserve">        model = Profile</w:t>
        <w:br/>
        <w:t xml:space="preserve">        fields = (</w:t>
        <w:br/>
        <w:t xml:space="preserve">            "id",</w:t>
        <w:br/>
        <w:t xml:space="preserve">            "first_name",</w:t>
        <w:br/>
        <w:t xml:space="preserve">            "last_name",</w:t>
        <w:br/>
        <w:t xml:space="preserve">            "full_name",</w:t>
        <w:br/>
        <w:t xml:space="preserve">            "bio",</w:t>
        <w:br/>
        <w:t xml:space="preserve">            "avatar",</w:t>
        <w:br/>
        <w:t xml:space="preserve">            "date_of_birth",</w:t>
        <w:br/>
        <w:t xml:space="preserve">        )</w:t>
        <w:br/>
        <w:t xml:space="preserve">        read_only_fields = ("id",)</w:t>
        <w:br/>
        <w:t>class UserSerializer(serializers.ModelSerializer):</w:t>
        <w:br/>
        <w:t xml:space="preserve">    """Сериализатор для пользователя"""</w:t>
        <w:br/>
        <w:t xml:space="preserve">    profile = UserProfileSerializer(read_only=True)</w:t>
        <w:br/>
        <w:t xml:space="preserve">    class Meta:</w:t>
        <w:br/>
        <w:t xml:space="preserve">        model = User</w:t>
        <w:br/>
        <w:t xml:space="preserve">        fields = (</w:t>
        <w:br/>
        <w:t xml:space="preserve">            "id",</w:t>
        <w:br/>
        <w:t xml:space="preserve">            "email",</w:t>
        <w:br/>
        <w:t xml:space="preserve">            "username",</w:t>
        <w:br/>
        <w:t xml:space="preserve">            "phone",</w:t>
        <w:br/>
        <w:t xml:space="preserve">            "is_verified",</w:t>
        <w:br/>
        <w:t xml:space="preserve">            "profile",</w:t>
        <w:br/>
        <w:t xml:space="preserve">            "created_at",</w:t>
        <w:br/>
        <w:t xml:space="preserve">            "updated_at",</w:t>
        <w:br/>
        <w:t xml:space="preserve">        )</w:t>
        <w:br/>
        <w:t xml:space="preserve">        read_only_fields = ("id", "is_verified", "created_at", "updated_at")</w:t>
        <w:br/>
        <w:t>class UserUpdateSerializer(serializers.ModelSerializer):</w:t>
        <w:br/>
        <w:t xml:space="preserve">    """Сериализатор для обновления данных пользователя"""</w:t>
        <w:br/>
        <w:t xml:space="preserve">    class Meta:</w:t>
        <w:br/>
        <w:t xml:space="preserve">        model = User</w:t>
        <w:br/>
        <w:t xml:space="preserve">        fields = ("username", "phone")</w:t>
        <w:br/>
        <w:t>class ProfileUpdateSerializer(serializers.ModelSerializer):</w:t>
        <w:br/>
        <w:t xml:space="preserve">    """Сериализатор для обновления профиля"""</w:t>
        <w:br/>
        <w:t xml:space="preserve">    class Meta:</w:t>
        <w:br/>
        <w:t xml:space="preserve">        model = Profile</w:t>
        <w:br/>
        <w:t xml:space="preserve">        fields = ("first_name", "last_name", "bio", "avatar", "date_of_birth")</w:t>
        <w:br/>
        <w:t>class LoginSerializer(serializers.Serializer):</w:t>
        <w:br/>
        <w:t xml:space="preserve">    """Сериализатор для входа"""</w:t>
        <w:br/>
        <w:t xml:space="preserve">    email = serializers.EmailField(help_text="Email пользователя")</w:t>
        <w:br/>
        <w:t xml:space="preserve">    password = serializers.CharField(help_text="Пароль")</w:t>
        <w:br/>
        <w:t>class TokenSerializer(serializers.Serializer):</w:t>
        <w:br/>
        <w:t xml:space="preserve">    """Сериализатор для токенов"""</w:t>
        <w:br/>
        <w:t xml:space="preserve">    access = serializers.CharField(help_text="Access token")</w:t>
        <w:br/>
        <w:t xml:space="preserve">    refresh = serializers.CharField(help_text="Refresh token")</w:t>
        <w:br/>
        <w:t>class PasswordChangeSerializer(serializers.Serializer):</w:t>
        <w:br/>
        <w:t xml:space="preserve">    """Сериализатор для смены пароля"""</w:t>
        <w:br/>
        <w:t xml:space="preserve">    old_password = serializers.CharField(help_text="Старый пароль")</w:t>
        <w:br/>
        <w:t xml:space="preserve">    new_password = serializers.CharField(</w:t>
        <w:br/>
        <w:t xml:space="preserve">        min_length=8, help_text="Новый пароль (минимум 8 символов)"</w:t>
        <w:br/>
        <w:t xml:space="preserve">    )</w:t>
        <w:br/>
        <w:t xml:space="preserve">    new_password_confirm = serializers.CharField(</w:t>
        <w:br/>
        <w:t xml:space="preserve">        min_length=8, help_text="Подтверждение нового пароля"</w:t>
        <w:br/>
        <w:t xml:space="preserve">    )</w:t>
        <w:br/>
        <w:t xml:space="preserve">    def validate(self, attrs):</w:t>
        <w:br/>
        <w:t xml:space="preserve">        if attrs["new_password"] != attrs["new_password_confirm"]:</w:t>
        <w:br/>
        <w:t xml:space="preserve">            raise serializers.ValidationError("Новые пароли не совпадают")</w:t>
        <w:br/>
        <w:t xml:space="preserve">        return attrs</w:t>
        <w:br/>
        <w:t>class PasswordResetRequestSerializer(serializers.Serializer):</w:t>
        <w:br/>
        <w:t xml:space="preserve">    """Сериализатор для запроса сброса пароля"""</w:t>
        <w:br/>
        <w:t xml:space="preserve">    email = serializers.EmailField(help_text="Email пользователя")</w:t>
        <w:br/>
        <w:t>class PasswordResetConfirmSerializer(serializers.Serializer):</w:t>
        <w:br/>
        <w:t xml:space="preserve">    """Сериализатор для подтверждения сброса пароля"""</w:t>
        <w:br/>
        <w:t xml:space="preserve">    token = serializers.CharField(help_text="Токен сброса")</w:t>
        <w:br/>
        <w:t xml:space="preserve">    new_password = serializers.CharField(</w:t>
        <w:br/>
        <w:t xml:space="preserve">        min_length=8, help_text="Новый пароль (минимум 8 символов)"</w:t>
        <w:br/>
        <w:t xml:space="preserve">    )</w:t>
        <w:br/>
        <w:t xml:space="preserve">    new_password_confirm = serializers.CharField(</w:t>
        <w:br/>
        <w:t xml:space="preserve">        min_length=8, help_text="Подтверждение нового пароля"</w:t>
        <w:br/>
        <w:t xml:space="preserve">    )</w:t>
        <w:br/>
        <w:t xml:space="preserve">    def validate(self, attrs):</w:t>
        <w:br/>
        <w:t xml:space="preserve">        if attrs["new_password"] != attrs["new_password_confirm"]:</w:t>
        <w:br/>
        <w:t xml:space="preserve">            raise serializers.ValidationError("Новые пароли не совпадают")</w:t>
        <w:br/>
        <w:t xml:space="preserve">        return attrs</w:t>
      </w:r>
    </w:p>
    <w:p>
      <w:pPr>
        <w:pStyle w:val="Heading1"/>
      </w:pPr>
      <w:r>
        <w:t>src/apps/user/__init__.py</w:t>
      </w:r>
    </w:p>
    <w:p>
      <w:r>
        <w:t>[Пустой файл]</w:t>
      </w:r>
    </w:p>
    <w:p>
      <w:pPr>
        <w:pStyle w:val="Heading1"/>
      </w:pPr>
      <w:r>
        <w:t>src/apps/user/apps.py</w:t>
      </w:r>
    </w:p>
    <w:p>
      <w:r>
        <w:t>from django.apps import AppConfig</w:t>
        <w:br/>
        <w:t>class UserConfig(AppConfig):</w:t>
        <w:br/>
        <w:t xml:space="preserve">    default_auto_field = "django.db.models.BigAutoField"</w:t>
        <w:br/>
        <w:t xml:space="preserve">    name = "apps.user"</w:t>
        <w:br/>
        <w:t xml:space="preserve">    verbose_name = "User Management"</w:t>
        <w:br/>
        <w:t xml:space="preserve">    def ready(self):</w:t>
        <w:br/>
        <w:t xml:space="preserve">        import apps.user.signals  # noqa</w:t>
      </w:r>
    </w:p>
    <w:p>
      <w:pPr>
        <w:pStyle w:val="Heading1"/>
      </w:pPr>
      <w:r>
        <w:t>src/apps/user/admin.py</w:t>
      </w:r>
    </w:p>
    <w:p>
      <w:r>
        <w:t>"""</w:t>
        <w:br/>
        <w:t>Admin configuration for user app.</w:t>
        <w:br/>
        <w:t>"""</w:t>
        <w:br/>
        <w:t>from apps.user.models import Profile, User</w:t>
        <w:br/>
        <w:t>from django.contrib import admin</w:t>
        <w:br/>
        <w:t>from django.contrib.auth.admin import UserAdmin as BaseUserAdmin</w:t>
        <w:br/>
        <w:t>from django.utils.html import format_html</w:t>
        <w:br/>
        <w:t>from django.utils.translation import gettext_lazy as _</w:t>
        <w:br/>
        <w:t>class ProfileInline(admin.StackedInline):</w:t>
        <w:br/>
        <w:t xml:space="preserve">    """Inline для профиля пользователя."""</w:t>
        <w:br/>
        <w:t xml:space="preserve">    model = Profile</w:t>
        <w:br/>
        <w:t xml:space="preserve">    can_delete = False</w:t>
        <w:br/>
        <w:t xml:space="preserve">    verbose_name_plural = "Профиль"</w:t>
        <w:br/>
        <w:t xml:space="preserve">    fk_name = "user"</w:t>
        <w:br/>
        <w:t xml:space="preserve">    fields = ["first_name", "last_name", "bio", "avatar", "date_of_birth"]</w:t>
        <w:br/>
        <w:t>@admin.register(User)</w:t>
        <w:br/>
        <w:t>class UserAdmin(BaseUserAdmin):</w:t>
        <w:br/>
        <w:t xml:space="preserve">    """Admin для пользователей."""</w:t>
        <w:br/>
        <w:t xml:space="preserve">    inlines = [ProfileInline]</w:t>
        <w:br/>
        <w:t xml:space="preserve">    list_display = [</w:t>
        <w:br/>
        <w:t xml:space="preserve">        "username",</w:t>
        <w:br/>
        <w:t xml:space="preserve">        "email",</w:t>
        <w:br/>
        <w:t xml:space="preserve">        "phone",</w:t>
        <w:br/>
        <w:t xml:space="preserve">        "is_verified_badge",</w:t>
        <w:br/>
        <w:t xml:space="preserve">        "is_active_badge",</w:t>
        <w:br/>
        <w:t xml:space="preserve">        "is_staff",</w:t>
        <w:br/>
        <w:t xml:space="preserve">        "created_at",</w:t>
        <w:br/>
        <w:t xml:space="preserve">    ]</w:t>
        <w:br/>
        <w:t xml:space="preserve">    list_filter = ["is_staff", "is_superuser", "is_active", "is_verified", "created_at"]</w:t>
        <w:br/>
        <w:t xml:space="preserve">    search_fields = ["username", "email", "phone"]</w:t>
        <w:br/>
        <w:t xml:space="preserve">    ordering = ["-created_at"]</w:t>
        <w:br/>
        <w:t xml:space="preserve">    list_per_page = 50</w:t>
        <w:br/>
        <w:t xml:space="preserve">    date_hierarchy = "created_at"</w:t>
        <w:br/>
        <w:t xml:space="preserve">    fieldsets = (</w:t>
        <w:br/>
        <w:t xml:space="preserve">        (None, {"fields": ("username", "password")}),</w:t>
        <w:br/>
        <w:t xml:space="preserve">        (</w:t>
        <w:br/>
        <w:t xml:space="preserve">            _("Personal info"),</w:t>
        <w:br/>
        <w:t xml:space="preserve">            {"fields": ("email", "phone")},</w:t>
        <w:br/>
        <w:t xml:space="preserve">        ),</w:t>
        <w:br/>
        <w:t xml:space="preserve">        (</w:t>
        <w:br/>
        <w:t xml:space="preserve">            _("Permissions"),</w:t>
        <w:br/>
        <w:t xml:space="preserve">            {</w:t>
        <w:br/>
        <w:t xml:space="preserve">                "fields": (</w:t>
        <w:br/>
        <w:t xml:space="preserve">                    "is_active",</w:t>
        <w:br/>
        <w:t xml:space="preserve">                    "is_staff",</w:t>
        <w:br/>
        <w:t xml:space="preserve">                    "is_superuser",</w:t>
        <w:br/>
        <w:t xml:space="preserve">                    "is_verified",</w:t>
        <w:br/>
        <w:t xml:space="preserve">                    "groups",</w:t>
        <w:br/>
        <w:t xml:space="preserve">                    "user_permissions",</w:t>
        <w:br/>
        <w:t xml:space="preserve">                ),</w:t>
        <w:br/>
        <w:t xml:space="preserve">                "classes": ("collapse",),</w:t>
        <w:br/>
        <w:t xml:space="preserve">            },</w:t>
        <w:br/>
        <w:t xml:space="preserve">        ),</w:t>
        <w:br/>
        <w:t xml:space="preserve">        (</w:t>
        <w:br/>
        <w:t xml:space="preserve">            _("Important dates"),</w:t>
        <w:br/>
        <w:t xml:space="preserve">            {"fields": ("last_login", "date_joined", "created_at", "updated_at")},</w:t>
        <w:br/>
        <w:t xml:space="preserve">        ),</w:t>
        <w:br/>
        <w:t xml:space="preserve">    )</w:t>
        <w:br/>
        <w:t xml:space="preserve">    add_fieldsets = (</w:t>
        <w:br/>
        <w:t xml:space="preserve">        (</w:t>
        <w:br/>
        <w:t xml:space="preserve">            None,</w:t>
        <w:br/>
        <w:t xml:space="preserve">            {</w:t>
        <w:br/>
        <w:t xml:space="preserve">                "classes": ("wide",),</w:t>
        <w:br/>
        <w:t xml:space="preserve">                "fields": (</w:t>
        <w:br/>
        <w:t xml:space="preserve">                    "username",</w:t>
        <w:br/>
        <w:t xml:space="preserve">                    "email",</w:t>
        <w:br/>
        <w:t xml:space="preserve">                    "password1",</w:t>
        <w:br/>
        <w:t xml:space="preserve">                    "password2",</w:t>
        <w:br/>
        <w:t xml:space="preserve">                    "is_staff",</w:t>
        <w:br/>
        <w:t xml:space="preserve">                    "is_active",</w:t>
        <w:br/>
        <w:t xml:space="preserve">                ),</w:t>
        <w:br/>
        <w:t xml:space="preserve">            },</w:t>
        <w:br/>
        <w:t xml:space="preserve">        ),</w:t>
        <w:br/>
        <w:t xml:space="preserve">    )</w:t>
        <w:br/>
        <w:t xml:space="preserve">    readonly_fields = ["created_at", "updated_at", "last_login", "date_joined"]</w:t>
        <w:br/>
        <w:t xml:space="preserve">    def is_verified_badge(self, obj):</w:t>
        <w:br/>
        <w:t xml:space="preserve">        """Бейдж верификации."""</w:t>
        <w:br/>
        <w:t xml:space="preserve">        if obj.is_verified:</w:t>
        <w:br/>
        <w:t xml:space="preserve">            return format_html(</w:t>
        <w:br/>
        <w:t xml:space="preserve">                '&lt;span style="color: white; background: #28a745; padding: 3px 10px; '</w:t>
        <w:br/>
        <w:t xml:space="preserve">                'border-radius: 3px;"&gt;✓&lt;/span&gt;'</w:t>
        <w:br/>
        <w:t xml:space="preserve">            )</w:t>
        <w:br/>
        <w:t xml:space="preserve">        return format_html(</w:t>
        <w:br/>
        <w:t xml:space="preserve">            '&lt;span style="color: white; background: #dc3545; padding: 3px 10px; '</w:t>
        <w:br/>
        <w:t xml:space="preserve">            'border-radius: 3px;"&gt;✗&lt;/span&gt;'</w:t>
        <w:br/>
        <w:t xml:space="preserve">        )</w:t>
        <w:br/>
        <w:t xml:space="preserve">    is_verified_badge.short_description = "Верифицирован"</w:t>
        <w:br/>
        <w:t xml:space="preserve">    is_verified_badge.admin_order_field = "is_verified"</w:t>
        <w:br/>
        <w:t xml:space="preserve">    def is_active_badge(self, obj):</w:t>
        <w:br/>
        <w:t xml:space="preserve">        """Бейдж активности."""</w:t>
        <w:br/>
        <w:t xml:space="preserve">        if obj.is_active:</w:t>
        <w:br/>
        <w:t xml:space="preserve">            return format_html(</w:t>
        <w:br/>
        <w:t xml:space="preserve">                '&lt;span style="color: white; background: #28a745; padding: 3px 10px; '</w:t>
        <w:br/>
        <w:t xml:space="preserve">                'border-radius: 3px;"&gt;Активен&lt;/span&gt;'</w:t>
        <w:br/>
        <w:t xml:space="preserve">            )</w:t>
        <w:br/>
        <w:t xml:space="preserve">        return format_html(</w:t>
        <w:br/>
        <w:t xml:space="preserve">            '&lt;span style="color: white; background: #dc3545; padding: 3px 10px; '</w:t>
        <w:br/>
        <w:t xml:space="preserve">            'border-radius: 3px;"&gt;Неактивен&lt;/span&gt;'</w:t>
        <w:br/>
        <w:t xml:space="preserve">        )</w:t>
        <w:br/>
        <w:t xml:space="preserve">    is_active_badge.short_description = "Статус"</w:t>
        <w:br/>
        <w:t xml:space="preserve">    is_active_badge.admin_order_field = "is_active"</w:t>
        <w:br/>
        <w:t xml:space="preserve">    actions = ["verify_users", "unverify_users", "activate_users", "deactivate_users"]</w:t>
        <w:br/>
        <w:t xml:space="preserve">    @admin.action(description="Верифицировать выбранных пользователей")</w:t>
        <w:br/>
        <w:t xml:space="preserve">    def verify_users(self, request, queryset):</w:t>
        <w:br/>
        <w:t xml:space="preserve">        updated = queryset.update(is_verified=True)</w:t>
        <w:br/>
        <w:t xml:space="preserve">        self.message_user(request, f"Верифицировано {updated} пользователей")</w:t>
        <w:br/>
        <w:t xml:space="preserve">    @admin.action(description="Снять верификацию")</w:t>
        <w:br/>
        <w:t xml:space="preserve">    def unverify_users(self, request, queryset):</w:t>
        <w:br/>
        <w:t xml:space="preserve">        updated = queryset.update(is_verified=False)</w:t>
        <w:br/>
        <w:t xml:space="preserve">        self.message_user(request, f"Снята верификация у {updated} пользователей")</w:t>
        <w:br/>
        <w:t xml:space="preserve">    @admin.action(description="Активировать пользователей")</w:t>
        <w:br/>
        <w:t xml:space="preserve">    def activate_users(self, request, queryset):</w:t>
        <w:br/>
        <w:t xml:space="preserve">        updated = queryset.update(is_active=True)</w:t>
        <w:br/>
        <w:t xml:space="preserve">        self.message_user(request, f"Активировано {updated} пользователей")</w:t>
        <w:br/>
        <w:t xml:space="preserve">    @admin.action(description="Деактивировать пользователей")</w:t>
        <w:br/>
        <w:t xml:space="preserve">    def deactivate_users(self, request, queryset):</w:t>
        <w:br/>
        <w:t xml:space="preserve">        updated = queryset.update(is_active=False)</w:t>
        <w:br/>
        <w:t xml:space="preserve">        self.message_user(request, f"Деактивировано {updated} пользователей")</w:t>
        <w:br/>
        <w:t>@admin.register(Profile)</w:t>
        <w:br/>
        <w:t>class ProfileAdmin(admin.ModelAdmin):</w:t>
        <w:br/>
        <w:t xml:space="preserve">    """Admin для профилей."""</w:t>
        <w:br/>
        <w:t xml:space="preserve">    list_display = [</w:t>
        <w:br/>
        <w:t xml:space="preserve">        "user",</w:t>
        <w:br/>
        <w:t xml:space="preserve">        "full_name",</w:t>
        <w:br/>
        <w:t xml:space="preserve">        "date_of_birth",</w:t>
        <w:br/>
        <w:t xml:space="preserve">        "has_avatar",</w:t>
        <w:br/>
        <w:t xml:space="preserve">        "created_at",</w:t>
        <w:br/>
        <w:t xml:space="preserve">    ]</w:t>
        <w:br/>
        <w:t xml:space="preserve">    list_filter = ["created_at"]</w:t>
        <w:br/>
        <w:t xml:space="preserve">    search_fields = ["user__username", "user__email", "first_name", "last_name"]</w:t>
        <w:br/>
        <w:t xml:space="preserve">    readonly_fields = ["created_at", "updated_at"]</w:t>
        <w:br/>
        <w:t xml:space="preserve">    ordering = ["-created_at"]</w:t>
        <w:br/>
        <w:t xml:space="preserve">    list_per_page = 50</w:t>
        <w:br/>
        <w:t xml:space="preserve">    raw_id_fields = ["user"]</w:t>
        <w:br/>
        <w:t xml:space="preserve">    fieldsets = (</w:t>
        <w:br/>
        <w:t xml:space="preserve">        ("Пользователь", {"fields": ("user",)}),</w:t>
        <w:br/>
        <w:t xml:space="preserve">        (</w:t>
        <w:br/>
        <w:t xml:space="preserve">            "Личная информация",</w:t>
        <w:br/>
        <w:t xml:space="preserve">            {"fields": ("first_name", "last_name", "bio", "date_of_birth")},</w:t>
        <w:br/>
        <w:t xml:space="preserve">        ),</w:t>
        <w:br/>
        <w:t xml:space="preserve">        ("Аватар", {"fields": ("avatar",)}),</w:t>
        <w:br/>
        <w:t xml:space="preserve">        ("Даты", {"fields": ("created_at", "updated_at"), "classes": ("collapse",)}),</w:t>
        <w:br/>
        <w:t xml:space="preserve">    )</w:t>
        <w:br/>
        <w:t xml:space="preserve">    def has_avatar(self, obj):</w:t>
        <w:br/>
        <w:t xml:space="preserve">        """Есть ли аватар."""</w:t>
        <w:br/>
        <w:t xml:space="preserve">        if obj.avatar:</w:t>
        <w:br/>
        <w:t xml:space="preserve">            return format_html(</w:t>
        <w:br/>
        <w:t xml:space="preserve">                '&lt;span style="color: white; background: #28a745; padding: 3px 10px; '</w:t>
        <w:br/>
        <w:t xml:space="preserve">                'border-radius: 3px;"&gt;Да&lt;/span&gt;'</w:t>
        <w:br/>
        <w:t xml:space="preserve">            )</w:t>
        <w:br/>
        <w:t xml:space="preserve">        return format_html(</w:t>
        <w:br/>
        <w:t xml:space="preserve">            '&lt;span style="color: white; background: #6c757d; padding: 3px 10px; '</w:t>
        <w:br/>
        <w:t xml:space="preserve">            'border-radius: 3px;"&gt;Нет&lt;/span&gt;'</w:t>
        <w:br/>
        <w:t xml:space="preserve">        )</w:t>
        <w:br/>
        <w:t xml:space="preserve">    has_avatar.short_description = "Аватар"</w:t>
      </w:r>
    </w:p>
    <w:p>
      <w:pPr>
        <w:pStyle w:val="Heading1"/>
      </w:pPr>
      <w:r>
        <w:t>src/apps/user/urls.py</w:t>
      </w:r>
    </w:p>
    <w:p>
      <w:r>
        <w:t>from django.urls import path</w:t>
        <w:br/>
        <w:t>from rest_framework_simplejwt.views import TokenVerifyView</w:t>
        <w:br/>
        <w:t>from . import views</w:t>
        <w:br/>
        <w:t>app_name = "user"</w:t>
        <w:br/>
        <w:t>urlpatterns = [</w:t>
        <w:br/>
        <w:t xml:space="preserve">    # Аутентификация</w:t>
        <w:br/>
        <w:t xml:space="preserve">    path("register/", views.RegisterView.as_view(), name="register"),</w:t>
        <w:br/>
        <w:t xml:space="preserve">    path("login/", views.LoginView.as_view(), name="login"),</w:t>
        <w:br/>
        <w:t xml:space="preserve">    path("logout/", views.LogoutView.as_view(), name="logout"),</w:t>
        <w:br/>
        <w:t xml:space="preserve">    path("token/refresh/", views.TokenRefreshView.as_view(), name="token_refresh"),</w:t>
        <w:br/>
        <w:t xml:space="preserve">    path("token/verify/", TokenVerifyView.as_view(), name="token_verify"),</w:t>
        <w:br/>
        <w:t xml:space="preserve">    # Пользовательские данные</w:t>
        <w:br/>
        <w:t xml:space="preserve">    path("me/", views.CurrentUserView.as_view(), name="current_user"),</w:t>
        <w:br/>
        <w:t xml:space="preserve">    path("me/update/", views.UserUpdateView.as_view(), name="user_update"),</w:t>
        <w:br/>
        <w:t xml:space="preserve">    path("profile/", views.ProfileDetailView.as_view(), name="profile_detail"),</w:t>
        <w:br/>
        <w:t xml:space="preserve">    path("profile/full/", views.user_profile_detail, name="profile_full"),</w:t>
        <w:br/>
        <w:t xml:space="preserve">    # Безопасность</w:t>
        <w:br/>
        <w:t xml:space="preserve">    path(</w:t>
        <w:br/>
        <w:t xml:space="preserve">        "password/change/", views.PasswordChangeView.as_view(), name="password_change"</w:t>
        <w:br/>
        <w:t xml:space="preserve">    ),</w:t>
        <w:br/>
        <w:t>]</w:t>
      </w:r>
    </w:p>
    <w:p>
      <w:pPr>
        <w:pStyle w:val="Heading1"/>
      </w:pPr>
      <w:r>
        <w:t>src/apps/user/views.py</w:t>
      </w:r>
    </w:p>
    <w:p>
      <w:r>
        <w:t>from django.contrib.auth import authenticate</w:t>
        <w:br/>
        <w:t>from django.contrib.auth.hashers import check_password</w:t>
        <w:br/>
        <w:t>from drf_yasg import openapi</w:t>
        <w:br/>
        <w:t>from drf_yasg.utils import swagger_auto_schema</w:t>
        <w:br/>
        <w:t>from rest_framework import generics, status</w:t>
        <w:br/>
        <w:t>from rest_framework.decorators import api_view, permission_classes</w:t>
        <w:br/>
        <w:t>from rest_framework.permissions import AllowAny, IsAuthenticated</w:t>
        <w:br/>
        <w:t>from rest_framework.response import Response</w:t>
        <w:br/>
        <w:t>from rest_framework.views import APIView</w:t>
        <w:br/>
        <w:t>from rest_framework_simplejwt.tokens import RefreshToken</w:t>
        <w:br/>
        <w:t>from .serializers import (</w:t>
        <w:br/>
        <w:t xml:space="preserve">    LoginSerializer,</w:t>
        <w:br/>
        <w:t xml:space="preserve">    PasswordChangeSerializer,</w:t>
        <w:br/>
        <w:t xml:space="preserve">    ProfileUpdateSerializer,</w:t>
        <w:br/>
        <w:t xml:space="preserve">    TokenSerializer,</w:t>
        <w:br/>
        <w:t xml:space="preserve">    UserRegistrationSerializer,</w:t>
        <w:br/>
        <w:t xml:space="preserve">    UserSerializer,</w:t>
        <w:br/>
        <w:t xml:space="preserve">    UserUpdateSerializer,</w:t>
        <w:br/>
        <w:t>)</w:t>
        <w:br/>
        <w:t>from .services import ProfileService, UserService</w:t>
        <w:br/>
        <w:t># Swagger теги для группировки</w:t>
        <w:br/>
        <w:t>AUTH_TAG = "Аутентификация"</w:t>
        <w:br/>
        <w:t>USER_TAG = "Пользователь"</w:t>
        <w:br/>
        <w:t>class RegisterView(APIView):</w:t>
        <w:br/>
        <w:t xml:space="preserve">    """</w:t>
        <w:br/>
        <w:t xml:space="preserve">    Регистрация нового пользователя.</w:t>
        <w:br/>
        <w:t xml:space="preserve">    Создаёт учётную запись и возвращает JWT токены.</w:t>
        <w:br/>
        <w:t xml:space="preserve">    """</w:t>
        <w:br/>
        <w:t xml:space="preserve">    permission_classes = [AllowAny]</w:t>
        <w:br/>
        <w:t xml:space="preserve">    @swagger_auto_schema(</w:t>
        <w:br/>
        <w:t xml:space="preserve">        tags=[AUTH_TAG],</w:t>
        <w:br/>
        <w:t xml:space="preserve">        operation_summary="Регистрация",</w:t>
        <w:br/>
        <w:t xml:space="preserve">        operation_description="Создание новой учётной записи пользователя.",</w:t>
        <w:br/>
        <w:t xml:space="preserve">        request_body=UserRegistrationSerializer,</w:t>
        <w:br/>
        <w:t xml:space="preserve">        responses={201: UserSerializer},</w:t>
        <w:br/>
        <w:t xml:space="preserve">    )</w:t>
        <w:br/>
        <w:t xml:space="preserve">    def post(self, request):</w:t>
        <w:br/>
        <w:t xml:space="preserve">        serializer = UserRegistrationSerializer(data=request.data)</w:t>
        <w:br/>
        <w:t xml:space="preserve">        if serializer.is_valid():</w:t>
        <w:br/>
        <w:t xml:space="preserve">            # Убираем password_confirm из данных для создания пользователя</w:t>
        <w:br/>
        <w:t xml:space="preserve">            user_data = serializer.validated_data.copy()</w:t>
        <w:br/>
        <w:t xml:space="preserve">            user_data.pop("password_confirm", None)</w:t>
        <w:br/>
        <w:t xml:space="preserve">            user = UserService.create_user(**user_data)</w:t>
        <w:br/>
        <w:t xml:space="preserve">            user_serializer = UserSerializer(user)</w:t>
        <w:br/>
        <w:t xml:space="preserve">            tokens = UserService.get_tokens_for_user(user)</w:t>
        <w:br/>
        <w:t xml:space="preserve">            return Response(</w:t>
        <w:br/>
        <w:t xml:space="preserve">                {"user": user_serializer.data, "tokens": tokens},</w:t>
        <w:br/>
        <w:t xml:space="preserve">                status=status.HTTP_201_CREATED,</w:t>
        <w:br/>
        <w:t xml:space="preserve">            )</w:t>
        <w:br/>
        <w:t xml:space="preserve">        return Response(serializer.errors, status=status.HTTP_400_BAD_REQUEST)</w:t>
        <w:br/>
        <w:t>class LoginView(APIView):</w:t>
        <w:br/>
        <w:t xml:space="preserve">    """</w:t>
        <w:br/>
        <w:t xml:space="preserve">    Вход пользователя.</w:t>
        <w:br/>
        <w:t xml:space="preserve">    Возвращает access и refresh токены для авторизации.</w:t>
        <w:br/>
        <w:t xml:space="preserve">    """</w:t>
        <w:br/>
        <w:t xml:space="preserve">    permission_classes = [AllowAny]</w:t>
        <w:br/>
        <w:t xml:space="preserve">    @swagger_auto_schema(</w:t>
        <w:br/>
        <w:t xml:space="preserve">        tags=[AUTH_TAG],</w:t>
        <w:br/>
        <w:t xml:space="preserve">        operation_summary="Вход",</w:t>
        <w:br/>
        <w:t xml:space="preserve">        operation_description="Аутентификация по email и паролю. Возвращает JWT токены.",</w:t>
        <w:br/>
        <w:t xml:space="preserve">        request_body=LoginSerializer,</w:t>
        <w:br/>
        <w:t xml:space="preserve">        responses={200: TokenSerializer},</w:t>
        <w:br/>
        <w:t xml:space="preserve">    )</w:t>
        <w:br/>
        <w:t xml:space="preserve">    def post(self, request):</w:t>
        <w:br/>
        <w:t xml:space="preserve">        serializer = LoginSerializer(data=request.data)</w:t>
        <w:br/>
        <w:t xml:space="preserve">        if serializer.is_valid():</w:t>
        <w:br/>
        <w:t xml:space="preserve">            email = serializer.validated_data["email"]</w:t>
        <w:br/>
        <w:t xml:space="preserve">            password = serializer.validated_data["password"]</w:t>
        <w:br/>
        <w:t xml:space="preserve">            user = authenticate(email=email, password=password)</w:t>
        <w:br/>
        <w:t xml:space="preserve">            if user:</w:t>
        <w:br/>
        <w:t xml:space="preserve">                tokens = UserService.get_tokens_for_user(user)</w:t>
        <w:br/>
        <w:t xml:space="preserve">                return Response(tokens, status=status.HTTP_200_OK)</w:t>
        <w:br/>
        <w:t xml:space="preserve">            else:</w:t>
        <w:br/>
        <w:t xml:space="preserve">                return Response(</w:t>
        <w:br/>
        <w:t xml:space="preserve">                    {"error": "Неверные учетные данные"},</w:t>
        <w:br/>
        <w:t xml:space="preserve">                    status=status.HTTP_401_UNAUTHORIZED,</w:t>
        <w:br/>
        <w:t xml:space="preserve">                )</w:t>
        <w:br/>
        <w:t xml:space="preserve">        return Response(serializer.errors, status=status.HTTP_400_BAD_REQUEST)</w:t>
        <w:br/>
        <w:t>class LogoutView(APIView):</w:t>
        <w:br/>
        <w:t xml:space="preserve">    """</w:t>
        <w:br/>
        <w:t xml:space="preserve">    Выход пользователя.</w:t>
        <w:br/>
        <w:t xml:space="preserve">    Логаут на JWT означает удаление токенов на клиенте.</w:t>
        <w:br/>
        <w:t xml:space="preserve">    """</w:t>
        <w:br/>
        <w:t xml:space="preserve">    permission_classes = [IsAuthenticated]</w:t>
        <w:br/>
        <w:t xml:space="preserve">    @swagger_auto_schema(</w:t>
        <w:br/>
        <w:t xml:space="preserve">        tags=[AUTH_TAG],</w:t>
        <w:br/>
        <w:t xml:space="preserve">        operation_summary="Выход",</w:t>
        <w:br/>
        <w:t xml:space="preserve">        operation_description="Выход из системы (удаление токенов на клиенте).",</w:t>
        <w:br/>
        <w:t xml:space="preserve">        responses={200: "Успешный выход"},</w:t>
        <w:br/>
        <w:t xml:space="preserve">    )</w:t>
        <w:br/>
        <w:t xml:space="preserve">    def post(self, request):</w:t>
        <w:br/>
        <w:t xml:space="preserve">        # Для JWT логаут означает удаление токенов на клиенте.</w:t>
        <w:br/>
        <w:t xml:space="preserve">        # Сервер не хранит сессию и ничего не инвалидирует.</w:t>
        <w:br/>
        <w:t xml:space="preserve">        return Response({"message": "Успешный выход"}, status=status.HTTP_200_OK)</w:t>
        <w:br/>
        <w:t>class CurrentUserView(APIView):</w:t>
        <w:br/>
        <w:t xml:space="preserve">    """Получение данных текущего пользователя."""</w:t>
        <w:br/>
        <w:t xml:space="preserve">    permission_classes = [IsAuthenticated]</w:t>
        <w:br/>
        <w:t xml:space="preserve">    @swagger_auto_schema(</w:t>
        <w:br/>
        <w:t xml:space="preserve">        tags=[USER_TAG],</w:t>
        <w:br/>
        <w:t xml:space="preserve">        operation_summary="Текущий пользователь",</w:t>
        <w:br/>
        <w:t xml:space="preserve">        operation_description="Возвращает данные авторизованного пользователя.",</w:t>
        <w:br/>
        <w:t xml:space="preserve">        responses={200: UserSerializer},</w:t>
        <w:br/>
        <w:t xml:space="preserve">    )</w:t>
        <w:br/>
        <w:t xml:space="preserve">    def get(self, request):</w:t>
        <w:br/>
        <w:t xml:space="preserve">        serializer = UserSerializer(request.user)</w:t>
        <w:br/>
        <w:t xml:space="preserve">        return Response(serializer.data)</w:t>
        <w:br/>
        <w:t>class UserUpdateView(APIView):</w:t>
        <w:br/>
        <w:t xml:space="preserve">    """Обновление данных пользователя."""</w:t>
        <w:br/>
        <w:t xml:space="preserve">    permission_classes = [IsAuthenticated]</w:t>
        <w:br/>
        <w:t xml:space="preserve">    @swagger_auto_schema(</w:t>
        <w:br/>
        <w:t xml:space="preserve">        tags=[USER_TAG],</w:t>
        <w:br/>
        <w:t xml:space="preserve">        operation_summary="Обновить данные",</w:t>
        <w:br/>
        <w:t xml:space="preserve">        operation_description="Частичное обновление данных пользователя.",</w:t>
        <w:br/>
        <w:t xml:space="preserve">        request_body=UserUpdateSerializer,</w:t>
        <w:br/>
        <w:t xml:space="preserve">        responses={200: UserSerializer},</w:t>
        <w:br/>
        <w:t xml:space="preserve">    )</w:t>
        <w:br/>
        <w:t xml:space="preserve">    def patch(self, request):</w:t>
        <w:br/>
        <w:t xml:space="preserve">        serializer = UserUpdateSerializer(request.user, data=request.data, partial=True)</w:t>
        <w:br/>
        <w:t xml:space="preserve">        if serializer.is_valid():</w:t>
        <w:br/>
        <w:t xml:space="preserve">            user = UserService.update_user(request.user.id, **serializer.validated_data)</w:t>
        <w:br/>
        <w:t xml:space="preserve">            user_serializer = UserSerializer(user)</w:t>
        <w:br/>
        <w:t xml:space="preserve">            return Response(user_serializer.data)</w:t>
        <w:br/>
        <w:t xml:space="preserve">        return Response(serializer.errors, status=status.HTTP_400_BAD_REQUEST)</w:t>
        <w:br/>
        <w:t>class ProfileDetailView(generics.RetrieveUpdateAPIView):</w:t>
        <w:br/>
        <w:t xml:space="preserve">    """Получение и обновление профиля пользователя."""</w:t>
        <w:br/>
        <w:t xml:space="preserve">    permission_classes = [IsAuthenticated]</w:t>
        <w:br/>
        <w:t xml:space="preserve">    serializer_class = ProfileUpdateSerializer</w:t>
        <w:br/>
        <w:t xml:space="preserve">    def get_object(self):</w:t>
        <w:br/>
        <w:t xml:space="preserve">        profile = ProfileService.get_profile_by_user_id_or_none(self.request.user.id)</w:t>
        <w:br/>
        <w:t xml:space="preserve">        if not profile:</w:t>
        <w:br/>
        <w:t xml:space="preserve">            # Если профиль не существует, создаем его</w:t>
        <w:br/>
        <w:t xml:space="preserve">            from .models import Profile</w:t>
        <w:br/>
        <w:t xml:space="preserve">            profile = Profile.objects.create(user=self.request.user)</w:t>
        <w:br/>
        <w:t xml:space="preserve">        return profile</w:t>
        <w:br/>
        <w:t xml:space="preserve">    @swagger_auto_schema(</w:t>
        <w:br/>
        <w:t xml:space="preserve">        tags=[USER_TAG],</w:t>
        <w:br/>
        <w:t xml:space="preserve">        operation_summary="Получить профиль",</w:t>
        <w:br/>
        <w:t xml:space="preserve">        operation_description="Возвращает профиль текущего пользователя.",</w:t>
        <w:br/>
        <w:t xml:space="preserve">    )</w:t>
        <w:br/>
        <w:t xml:space="preserve">    def get(self, request, *args, **kwargs):</w:t>
        <w:br/>
        <w:t xml:space="preserve">        profile = self.get_object()</w:t>
        <w:br/>
        <w:t xml:space="preserve">        serializer = self.get_serializer(profile)</w:t>
        <w:br/>
        <w:t xml:space="preserve">        return Response(serializer.data)</w:t>
        <w:br/>
        <w:t xml:space="preserve">    @swagger_auto_schema(</w:t>
        <w:br/>
        <w:t xml:space="preserve">        tags=[USER_TAG],</w:t>
        <w:br/>
        <w:t xml:space="preserve">        operation_summary="Обновить профиль",</w:t>
        <w:br/>
        <w:t xml:space="preserve">        operation_description="Частичное обновление профиля пользователя.",</w:t>
        <w:br/>
        <w:t xml:space="preserve">        request_body=ProfileUpdateSerializer,</w:t>
        <w:br/>
        <w:t xml:space="preserve">    )</w:t>
        <w:br/>
        <w:t xml:space="preserve">    def patch(self, request, *args, **kwargs):</w:t>
        <w:br/>
        <w:t xml:space="preserve">        profile = self.get_object()</w:t>
        <w:br/>
        <w:t xml:space="preserve">        serializer = self.get_serializer(profile, data=request.data, partial=True)</w:t>
        <w:br/>
        <w:t xml:space="preserve">        if serializer.is_valid():</w:t>
        <w:br/>
        <w:t xml:space="preserve">            updated_profile = ProfileService.update_profile(</w:t>
        <w:br/>
        <w:t xml:space="preserve">                request.user.id, **serializer.validated_data</w:t>
        <w:br/>
        <w:t xml:space="preserve">            )</w:t>
        <w:br/>
        <w:t xml:space="preserve">            return Response(ProfileUpdateSerializer(updated_profile).data)</w:t>
        <w:br/>
        <w:t xml:space="preserve">        return Response(serializer.errors, status=status.HTTP_400_BAD_REQUEST)</w:t>
        <w:br/>
        <w:t>class PasswordChangeView(APIView):</w:t>
        <w:br/>
        <w:t xml:space="preserve">    """Смена пароля пользователя."""</w:t>
        <w:br/>
        <w:t xml:space="preserve">    permission_classes = [IsAuthenticated]</w:t>
        <w:br/>
        <w:t xml:space="preserve">    @swagger_auto_schema(</w:t>
        <w:br/>
        <w:t xml:space="preserve">        tags=[USER_TAG],</w:t>
        <w:br/>
        <w:t xml:space="preserve">        operation_summary="Сменить пароль",</w:t>
        <w:br/>
        <w:t xml:space="preserve">        operation_description="Смена пароля. Требуется текущий пароль для подтверждения.",</w:t>
        <w:br/>
        <w:t xml:space="preserve">        request_body=PasswordChangeSerializer,</w:t>
        <w:br/>
        <w:t xml:space="preserve">        responses={200: "Пароль успешно изменен"},</w:t>
        <w:br/>
        <w:t xml:space="preserve">    )</w:t>
        <w:br/>
        <w:t xml:space="preserve">    def post(self, request):</w:t>
        <w:br/>
        <w:t xml:space="preserve">        serializer = PasswordChangeSerializer(data=request.data)</w:t>
        <w:br/>
        <w:t xml:space="preserve">        if serializer.is_valid():</w:t>
        <w:br/>
        <w:t xml:space="preserve">            user = request.user</w:t>
        <w:br/>
        <w:t xml:space="preserve">            old_password = serializer.validated_data["old_password"]</w:t>
        <w:br/>
        <w:t xml:space="preserve">            if check_password(old_password, user.password):</w:t>
        <w:br/>
        <w:t xml:space="preserve">                new_password = serializer.validated_data["new_password"]</w:t>
        <w:br/>
        <w:t xml:space="preserve">                user.set_password(new_password)</w:t>
        <w:br/>
        <w:t xml:space="preserve">                user.save()</w:t>
        <w:br/>
        <w:t xml:space="preserve">                return Response(</w:t>
        <w:br/>
        <w:t xml:space="preserve">                    {"message": "Пароль успешно изменен"}, status=status.HTTP_200_OK</w:t>
        <w:br/>
        <w:t xml:space="preserve">                )</w:t>
        <w:br/>
        <w:t xml:space="preserve">            else:</w:t>
        <w:br/>
        <w:t xml:space="preserve">                return Response(</w:t>
        <w:br/>
        <w:t xml:space="preserve">                    {"error": "Неверный старый пароль"},</w:t>
        <w:br/>
        <w:t xml:space="preserve">                    status=status.HTTP_400_BAD_REQUEST,</w:t>
        <w:br/>
        <w:t xml:space="preserve">                )</w:t>
        <w:br/>
        <w:t xml:space="preserve">        return Response(serializer.errors, status=status.HTTP_400_BAD_REQUEST)</w:t>
        <w:br/>
        <w:t>@swagger_auto_schema(</w:t>
        <w:br/>
        <w:t xml:space="preserve">    method="get",</w:t>
        <w:br/>
        <w:t xml:space="preserve">    tags=[USER_TAG],</w:t>
        <w:br/>
        <w:t xml:space="preserve">    operation_summary="Полный профиль",</w:t>
        <w:br/>
        <w:t xml:space="preserve">    operation_description="Расширенная информация о пользователе и профиле.",</w:t>
        <w:br/>
        <w:t>)</w:t>
        <w:br/>
        <w:t>@api_view(["GET"])</w:t>
        <w:br/>
        <w:t>@permission_classes([IsAuthenticated])</w:t>
        <w:br/>
        <w:t>def user_profile_detail(request):</w:t>
        <w:br/>
        <w:t xml:space="preserve">    """Получение полных данных профиля пользователя."""</w:t>
        <w:br/>
        <w:t xml:space="preserve">    profile_data = ProfileService.get_full_profile_data(request.user.id)</w:t>
        <w:br/>
        <w:t xml:space="preserve">    return Response(profile_data)</w:t>
        <w:br/>
        <w:t>class TokenRefreshView(APIView):</w:t>
        <w:br/>
        <w:t xml:space="preserve">    """Обновление access токена через refresh токен."""</w:t>
        <w:br/>
        <w:t xml:space="preserve">    permission_classes = [AllowAny]</w:t>
        <w:br/>
        <w:t xml:space="preserve">    @swagger_auto_schema(</w:t>
        <w:br/>
        <w:t xml:space="preserve">        tags=[AUTH_TAG],</w:t>
        <w:br/>
        <w:t xml:space="preserve">        operation_summary="Обновить токен",</w:t>
        <w:br/>
        <w:t xml:space="preserve">        operation_description="Получение нового access токена по refresh токену.",</w:t>
        <w:br/>
        <w:t xml:space="preserve">        request_body=openapi.Schema(</w:t>
        <w:br/>
        <w:t xml:space="preserve">            type=openapi.TYPE_OBJECT,</w:t>
        <w:br/>
        <w:t xml:space="preserve">            properties={</w:t>
        <w:br/>
        <w:t xml:space="preserve">                "refresh": openapi.Schema(</w:t>
        <w:br/>
        <w:t xml:space="preserve">                    type=openapi.TYPE_STRING, description="Refresh token"</w:t>
        <w:br/>
        <w:t xml:space="preserve">                )</w:t>
        <w:br/>
        <w:t xml:space="preserve">            },</w:t>
        <w:br/>
        <w:t xml:space="preserve">            required=["refresh"],</w:t>
        <w:br/>
        <w:t xml:space="preserve">        ),</w:t>
        <w:br/>
        <w:t xml:space="preserve">        responses={200: TokenSerializer},</w:t>
        <w:br/>
        <w:t xml:space="preserve">    )</w:t>
        <w:br/>
        <w:t xml:space="preserve">    def post(self, request):</w:t>
        <w:br/>
        <w:t xml:space="preserve">        refresh_token = request.data.get("refresh")</w:t>
        <w:br/>
        <w:t xml:space="preserve">        if not refresh_token:</w:t>
        <w:br/>
        <w:t xml:space="preserve">            return Response(</w:t>
        <w:br/>
        <w:t xml:space="preserve">                {"error": "Refresh token обязателен"},</w:t>
        <w:br/>
        <w:t xml:space="preserve">                status=status.HTTP_400_BAD_REQUEST,</w:t>
        <w:br/>
        <w:t xml:space="preserve">            )</w:t>
        <w:br/>
        <w:t xml:space="preserve">        try:</w:t>
        <w:br/>
        <w:t xml:space="preserve">            refresh = RefreshToken(refresh_token)</w:t>
        <w:br/>
        <w:t xml:space="preserve">            return Response(</w:t>
        <w:br/>
        <w:t xml:space="preserve">                {"access": str(refresh.access_token), "refresh": str(refresh)}</w:t>
        <w:br/>
        <w:t xml:space="preserve">            )</w:t>
        <w:br/>
        <w:t xml:space="preserve">        except Exception:</w:t>
        <w:br/>
        <w:t xml:space="preserve">            return Response(</w:t>
        <w:br/>
        <w:t xml:space="preserve">                {"error": "Неверный refresh token"}, status=status.HTTP_401_UNAUTHORIZED</w:t>
        <w:br/>
        <w:t xml:space="preserve">            )</w:t>
      </w:r>
    </w:p>
    <w:p>
      <w:pPr>
        <w:pStyle w:val="Heading1"/>
      </w:pPr>
      <w:r>
        <w:t>src/apps/user/migrations/0003_alter_user_groups.py</w:t>
      </w:r>
    </w:p>
    <w:p>
      <w:r>
        <w:t># Generated by Django 3.2.25 on 2026-02-05 11:42</w:t>
        <w:br/>
        <w:t>from django.db import migrations, models</w:t>
        <w:br/>
        <w:t>class Migration(migrations.Migration):</w:t>
        <w:br/>
        <w:t xml:space="preserve">    dependencies = [</w:t>
        <w:br/>
        <w:t xml:space="preserve">        ('auth', '0012_alter_user_first_name_max_length'),</w:t>
        <w:br/>
        <w:t xml:space="preserve">        ('user', '0002_remove_firstname_lastname'),</w:t>
        <w:br/>
        <w:t xml:space="preserve">    ]</w:t>
        <w:br/>
        <w:t xml:space="preserve">    operations = [</w:t>
        <w:br/>
        <w:t xml:space="preserve">        migrations.AlterField(</w:t>
        <w:br/>
        <w:t xml:space="preserve">            model_name='user',</w:t>
        <w:br/>
        <w:t xml:space="preserve">            name='groups',</w:t>
        <w:br/>
        <w:t xml:space="preserve">            field=models.ManyToManyField(blank=True, help_text='', related_name='custom_user_set', related_query_name='custom_user', to='auth.Group', verbose_name='groups'),</w:t>
        <w:br/>
        <w:t xml:space="preserve">        ),</w:t>
        <w:br/>
        <w:t xml:space="preserve">    ]</w:t>
      </w:r>
    </w:p>
    <w:p>
      <w:pPr>
        <w:pStyle w:val="Heading1"/>
      </w:pPr>
      <w:r>
        <w:t>src/apps/user/migrations/0002_remove_firstname_lastname.py</w:t>
      </w:r>
    </w:p>
    <w:p>
      <w:r>
        <w:t># Generated by Django 3.2.25 on 2026-01-21 17:28</w:t>
        <w:br/>
        <w:t>from django.db import migrations, models</w:t>
        <w:br/>
        <w:t>class Migration(migrations.Migration):</w:t>
        <w:br/>
        <w:t xml:space="preserve">    dependencies = [</w:t>
        <w:br/>
        <w:t xml:space="preserve">        ('auth', '0012_alter_user_first_name_max_length'),</w:t>
        <w:br/>
        <w:t xml:space="preserve">        ('user', '0001_initial'),</w:t>
        <w:br/>
        <w:t xml:space="preserve">    ]</w:t>
        <w:br/>
        <w:t xml:space="preserve">    operations = [</w:t>
        <w:br/>
        <w:t xml:space="preserve">        migrations.RemoveField(</w:t>
        <w:br/>
        <w:t xml:space="preserve">            model_name='user',</w:t>
        <w:br/>
        <w:t xml:space="preserve">            name='first_name',</w:t>
        <w:br/>
        <w:t xml:space="preserve">        ),</w:t>
        <w:br/>
        <w:t xml:space="preserve">        migrations.RemoveField(</w:t>
        <w:br/>
        <w:t xml:space="preserve">            model_name='user',</w:t>
        <w:br/>
        <w:t xml:space="preserve">            name='last_name',</w:t>
        <w:br/>
        <w:t xml:space="preserve">        ),</w:t>
        <w:br/>
        <w:t xml:space="preserve">        migrations.AlterField(</w:t>
        <w:br/>
        <w:t xml:space="preserve">            model_name='user',</w:t>
        <w:br/>
        <w:t xml:space="preserve">            name='groups',</w:t>
        <w:br/>
        <w:t xml:space="preserve">            field=models.ManyToManyField(blank=True, help_text='', related_name='custom_user_set', related_query_name='custom_user', to='auth.Group', verbose_name='groups'),</w:t>
        <w:br/>
        <w:t xml:space="preserve">        ),</w:t>
        <w:br/>
        <w:t xml:space="preserve">    ]</w:t>
      </w:r>
    </w:p>
    <w:p>
      <w:pPr>
        <w:pStyle w:val="Heading1"/>
      </w:pPr>
      <w:r>
        <w:t>src/apps/user/migrations/__init__.py</w:t>
      </w:r>
    </w:p>
    <w:p>
      <w:r>
        <w:t>[Пустой файл]</w:t>
      </w:r>
    </w:p>
    <w:p>
      <w:pPr>
        <w:pStyle w:val="Heading1"/>
      </w:pPr>
      <w:r>
        <w:t>src/apps/user/migrations/0004_alter_user_groups.py</w:t>
      </w:r>
    </w:p>
    <w:p>
      <w:r>
        <w:t># Generated by Django 3.2.25 on 2026-02-06 12:49</w:t>
        <w:br/>
        <w:t>from django.db import migrations, models</w:t>
        <w:br/>
        <w:t>class Migration(migrations.Migration):</w:t>
        <w:br/>
        <w:t xml:space="preserve">    dependencies = [</w:t>
        <w:br/>
        <w:t xml:space="preserve">        ('auth', '0012_alter_user_first_name_max_length'),</w:t>
        <w:br/>
        <w:t xml:space="preserve">        ('user', '0003_alter_user_groups'),</w:t>
        <w:br/>
        <w:t xml:space="preserve">    ]</w:t>
        <w:br/>
        <w:t xml:space="preserve">    operations = [</w:t>
        <w:br/>
        <w:t xml:space="preserve">        migrations.AlterField(</w:t>
        <w:br/>
        <w:t xml:space="preserve">            model_name='user',</w:t>
        <w:br/>
        <w:t xml:space="preserve">            name='groups',</w:t>
        <w:br/>
        <w:t xml:space="preserve">            field=models.ManyToManyField(blank=True, help_text='', related_name='custom_user_set', related_query_name='custom_user', to='auth.Group', verbose_name='groups'),</w:t>
        <w:br/>
        <w:t xml:space="preserve">        ),</w:t>
        <w:br/>
        <w:t xml:space="preserve">    ]</w:t>
      </w:r>
    </w:p>
    <w:p>
      <w:pPr>
        <w:pStyle w:val="Heading1"/>
      </w:pPr>
      <w:r>
        <w:t>src/apps/user/migrations/0001_initial.py</w:t>
      </w:r>
    </w:p>
    <w:p>
      <w:r>
        <w:t># Generated by Django 3.2.25 on 2026-01-19 12:19</w:t>
        <w:br/>
        <w:t>from django.conf import settings</w:t>
        <w:br/>
        <w:t>import django.contrib.auth.models</w:t>
        <w:br/>
        <w:t>import django.contrib.auth.validators</w:t>
        <w:br/>
        <w:t>from django.db import migrations, models</w:t>
        <w:br/>
        <w:t>import django.db.models.deletion</w:t>
        <w:br/>
        <w:t>import django.utils.timezone</w:t>
        <w:br/>
        <w:t>class Migration(migrations.Migration):</w:t>
        <w:br/>
        <w:t xml:space="preserve">    initial = True</w:t>
        <w:br/>
        <w:t xml:space="preserve">    dependencies = [</w:t>
        <w:br/>
        <w:t xml:space="preserve">        ('auth', '0012_alter_user_first_name_max_length'),</w:t>
        <w:br/>
        <w:t xml:space="preserve">    ]</w:t>
        <w:br/>
        <w:t xml:space="preserve">    operations = [</w:t>
        <w:br/>
        <w:t xml:space="preserve">        migrations.CreateModel(</w:t>
        <w:br/>
        <w:t xml:space="preserve">            name='User',</w:t>
        <w:br/>
        <w:t xml:space="preserve">            fields=[</w:t>
        <w:br/>
        <w:t xml:space="preserve">                ('id', models.BigAutoField(auto_created=True, primary_key=True, serialize=False, verbose_name='ID')),</w:t>
        <w:br/>
        <w:t xml:space="preserve">                ('password', models.CharField(max_length=128, verbose_name='password')),</w:t>
        <w:br/>
        <w:t xml:space="preserve">                ('last_login', models.DateTimeField(blank=True, null=True, verbose_name='last login')),</w:t>
        <w:br/>
        <w:t xml:space="preserve">                ('is_superuser', models.BooleanField(default=False, help_text='Designates that this user has all permissions without explicitly assigning them.', verbose_name='superuser status')),</w:t>
        <w:br/>
        <w:t xml:space="preserve">                ('username', models.CharField(error_messages={'unique': 'A user with that username already exists.'}, help_text='Required. 150 characters or fewer. Letters, digits and @/./+/-/_ only.', max_length=150, unique=True, validators=[django.contrib.auth.validators.UnicodeUsernameValidator()], verbose_name='username')),</w:t>
        <w:br/>
        <w:t xml:space="preserve">                ('first_name', models.CharField(blank=True, max_length=150, verbose_name='first name')),</w:t>
        <w:br/>
        <w:t xml:space="preserve">                ('last_name', models.CharField(blank=True, max_length=150, verbose_name='last name')),</w:t>
        <w:br/>
        <w:t xml:space="preserve">                ('is_staff', models.BooleanField(default=False, help_text='Designates whether the user can log into this admin site.', verbose_name='staff status')),</w:t>
        <w:br/>
        <w:t xml:space="preserve">                ('is_active', models.BooleanField(default=True, help_text='Designates whether this user should be treated as active. Unselect this instead of deleting accounts.', verbose_name='active')),</w:t>
        <w:br/>
        <w:t xml:space="preserve">                ('date_joined', models.DateTimeField(default=django.utils.timezone.now, verbose_name='date joined')),</w:t>
        <w:br/>
        <w:t xml:space="preserve">                ('email', models.EmailField(help_text='Required. Must be unique.', max_length=254, unique=True, verbose_name='email address')),</w:t>
        <w:br/>
        <w:t xml:space="preserve">                ('phone', models.CharField(blank=True, help_text='Phone number in international format', max_length=20, null=True, verbose_name='phone number')),</w:t>
        <w:br/>
        <w:t xml:space="preserve">                ('is_verified', models.BooleanField(default=False, help_text='Designates whether the user has verified their email.', verbose_name='email verified')),</w:t>
        <w:br/>
        <w:t xml:space="preserve">                ('created_at', models.DateTimeField(auto_now_add=True, verbose_name='created at')),</w:t>
        <w:br/>
        <w:t xml:space="preserve">                ('updated_at', models.DateTimeField(auto_now=True, verbose_name='updated at')),</w:t>
        <w:br/>
        <w:t xml:space="preserve">                ('groups', models.ManyToManyField(blank=True, help_text='', related_name='custom_user_set', related_query_name='custom_user', to='auth.Group', verbose_name='groups')),</w:t>
        <w:br/>
        <w:t xml:space="preserve">                ('user_permissions', models.ManyToManyField(blank=True, help_text='Specific permissions for this user.', related_name='custom_user_set', related_query_name='custom_user', to='auth.Permission', verbose_name='user permissions')),</w:t>
        <w:br/>
        <w:t xml:space="preserve">            ],</w:t>
        <w:br/>
        <w:t xml:space="preserve">            options={</w:t>
        <w:br/>
        <w:t xml:space="preserve">                'verbose_name': 'user',</w:t>
        <w:br/>
        <w:t xml:space="preserve">                'verbose_name_plural': 'users',</w:t>
        <w:br/>
        <w:t xml:space="preserve">                'db_table': 'users',</w:t>
        <w:br/>
        <w:t xml:space="preserve">                'ordering': ['-created_at'],</w:t>
        <w:br/>
        <w:t xml:space="preserve">            },</w:t>
        <w:br/>
        <w:t xml:space="preserve">            managers=[</w:t>
        <w:br/>
        <w:t xml:space="preserve">                ('objects', django.contrib.auth.models.UserManager()),</w:t>
        <w:br/>
        <w:t xml:space="preserve">            ],</w:t>
        <w:br/>
        <w:t xml:space="preserve">        ),</w:t>
        <w:br/>
        <w:t xml:space="preserve">        migrations.CreateModel(</w:t>
        <w:br/>
        <w:t xml:space="preserve">            name='Profile',</w:t>
        <w:br/>
        <w:t xml:space="preserve">            fields=[</w:t>
        <w:br/>
        <w:t xml:space="preserve">                ('id', models.BigAutoField(auto_created=True, primary_key=True, serialize=False, verbose_name='ID')),</w:t>
        <w:br/>
        <w:t xml:space="preserve">                ('first_name', models.CharField(blank=True, max_length=50, null=True, verbose_name='first name')),</w:t>
        <w:br/>
        <w:t xml:space="preserve">                ('last_name', models.CharField(blank=True, max_length=50, null=True, verbose_name='last name')),</w:t>
        <w:br/>
        <w:t xml:space="preserve">                ('bio', models.TextField(blank=True, help_text='Short biography or description', null=True, verbose_name='bio')),</w:t>
        <w:br/>
        <w:t xml:space="preserve">                ('avatar', models.ImageField(blank=True, help_text='User avatar image', null=True, upload_to='avatars/', verbose_name='avatar')),</w:t>
        <w:br/>
        <w:t xml:space="preserve">                ('date_of_birth', models.DateField(blank=True, null=True, verbose_name='date of birth')),</w:t>
        <w:br/>
        <w:t xml:space="preserve">                ('created_at', models.DateTimeField(auto_now_add=True, verbose_name='created at')),</w:t>
        <w:br/>
        <w:t xml:space="preserve">                ('updated_at', models.DateTimeField(auto_now=True, verbose_name='updated at')),</w:t>
        <w:br/>
        <w:t xml:space="preserve">                ('user', models.OneToOneField(on_delete=django.db.models.deletion.CASCADE, related_name='profile', to=settings.AUTH_USER_MODEL, verbose_name='user')),</w:t>
        <w:br/>
        <w:t xml:space="preserve">            ],</w:t>
        <w:br/>
        <w:t xml:space="preserve">            options={</w:t>
        <w:br/>
        <w:t xml:space="preserve">                'verbose_name': 'profile',</w:t>
        <w:br/>
        <w:t xml:space="preserve">                'verbose_name_plural': 'profiles',</w:t>
        <w:br/>
        <w:t xml:space="preserve">                'db_table': 'profiles',</w:t>
        <w:br/>
        <w:t xml:space="preserve">                'ordering': ['-created_at'],</w:t>
        <w:br/>
        <w:t xml:space="preserve">            },</w:t>
        <w:br/>
        <w:t xml:space="preserve">        ),</w:t>
        <w:br/>
        <w:t xml:space="preserve">    ]</w:t>
      </w:r>
    </w:p>
    <w:p>
      <w:pPr>
        <w:pStyle w:val="Heading1"/>
      </w:pPr>
      <w:r>
        <w:t>src/apps/form_3/services.py</w:t>
      </w:r>
    </w:p>
    <w:p>
      <w:r>
        <w:t>"""</w:t>
        <w:br/>
        <w:t>Сервисы для работы с формой Ф-3.</w:t>
        <w:br/>
        <w:t>Содержит:</w:t>
        <w:br/>
        <w:t>- FormF3Service - CRUD операции</w:t>
        <w:br/>
        <w:t>- FormF3Parser - парсинг Excel</w:t>
        <w:br/>
        <w:t>"""</w:t>
        <w:br/>
        <w:t>import logging</w:t>
        <w:br/>
        <w:t>from typing import Any</w:t>
        <w:br/>
        <w:t>from apps.core.excel import (</w:t>
        <w:br/>
        <w:t xml:space="preserve">    BaseExcelParser,</w:t>
        <w:br/>
        <w:t xml:space="preserve">    ColumnMapping,</w:t>
        <w:br/>
        <w:t xml:space="preserve">    ParseResult,</w:t>
        <w:br/>
        <w:t xml:space="preserve">    RowData,</w:t>
        <w:br/>
        <w:t>)</w:t>
        <w:br/>
        <w:t>from apps.core.services import BaseService, BulkOperationsMixin</w:t>
        <w:br/>
        <w:t>from apps.form_3.models import FormF3Record</w:t>
        <w:br/>
        <w:t>from apps.organization.services import OrganizationService</w:t>
        <w:br/>
        <w:t>from django.db import transaction</w:t>
        <w:br/>
        <w:t>from django.db.models import Count, Max</w:t>
        <w:br/>
        <w:t>logger = logging.getLogger(__name__)</w:t>
        <w:br/>
        <w:t>class FormF3Service(BulkOperationsMixin, BaseService[FormF3Record]):</w:t>
        <w:br/>
        <w:t xml:space="preserve">    """</w:t>
        <w:br/>
        <w:t xml:space="preserve">    Сервис для работы с записями формы Ф-3.</w:t>
        <w:br/>
        <w:t xml:space="preserve">    Методы:</w:t>
        <w:br/>
        <w:t xml:space="preserve">        get_by_batch: Получить записи по номеру загрузки</w:t>
        <w:br/>
        <w:t xml:space="preserve">        get_next_batch_id: Получить следующий номер загрузки</w:t>
        <w:br/>
        <w:t xml:space="preserve">        get_batches: Получить список загрузок</w:t>
        <w:br/>
        <w:t xml:space="preserve">    """</w:t>
        <w:br/>
        <w:t xml:space="preserve">    model = FormF3Record</w:t>
        <w:br/>
        <w:t xml:space="preserve">    @classmethod</w:t>
        <w:br/>
        <w:t xml:space="preserve">    def get_by_batch(cls, batch_id: int):</w:t>
        <w:br/>
        <w:t xml:space="preserve">        """Получить записи по номеру загрузки."""</w:t>
        <w:br/>
        <w:t xml:space="preserve">        return cls.get_queryset().filter(load_batch=batch_id)</w:t>
        <w:br/>
        <w:t xml:space="preserve">    @classmethod</w:t>
        <w:br/>
        <w:t xml:space="preserve">    def get_next_batch_id(cls) -&gt; int:</w:t>
        <w:br/>
        <w:t xml:space="preserve">        """Получить следующий номер загрузки."""</w:t>
        <w:br/>
        <w:t xml:space="preserve">        max_batch = cls.model.objects.aggregate(max_batch=Max("load_batch"))</w:t>
        <w:br/>
        <w:t xml:space="preserve">        return (max_batch["max_batch"] or 0) + 1</w:t>
        <w:br/>
        <w:t xml:space="preserve">    @classmethod</w:t>
        <w:br/>
        <w:t xml:space="preserve">    def get_batches(cls) -&gt; list[dict[str, Any]]:</w:t>
        <w:br/>
        <w:t xml:space="preserve">        """Получить список загрузок с количеством записей."""</w:t>
        <w:br/>
        <w:t xml:space="preserve">        return list(</w:t>
        <w:br/>
        <w:t xml:space="preserve">            cls.model.objects.values("load_batch")</w:t>
        <w:br/>
        <w:t xml:space="preserve">            .annotate(</w:t>
        <w:br/>
        <w:t xml:space="preserve">                count=Count("id"),</w:t>
        <w:br/>
        <w:t xml:space="preserve">                created_at=Max("created_at"),</w:t>
        <w:br/>
        <w:t xml:space="preserve">            )</w:t>
        <w:br/>
        <w:t xml:space="preserve">            .order_by("-load_batch")</w:t>
        <w:br/>
        <w:t xml:space="preserve">        )</w:t>
        <w:br/>
        <w:t>class FormF3Parser(BaseExcelParser[FormF3Record]):</w:t>
        <w:br/>
        <w:t xml:space="preserve">    """</w:t>
        <w:br/>
        <w:t xml:space="preserve">    Парсер Excel файла формы Ф-3 (Кадры и оборудование).</w:t>
        <w:br/>
        <w:t xml:space="preserve">    Колонки:</w:t>
        <w:br/>
        <w:t xml:space="preserve">        0: Наименование организации</w:t>
        <w:br/>
        <w:t xml:space="preserve">        1: ОКПО</w:t>
        <w:br/>
        <w:t xml:space="preserve">        2: ОГРН</w:t>
        <w:br/>
        <w:t xml:space="preserve">        3: ИНН</w:t>
        <w:br/>
        <w:t xml:space="preserve">        4+: Данные о кадрах и оборудовании</w:t>
        <w:br/>
        <w:t xml:space="preserve">    """</w:t>
        <w:br/>
        <w:t xml:space="preserve">    ORG_NAME_COLUMN = 0</w:t>
        <w:br/>
        <w:t xml:space="preserve">    OKPO_COLUMN = 1</w:t>
        <w:br/>
        <w:t xml:space="preserve">    OGRN_COLUMN = 2</w:t>
        <w:br/>
        <w:t xml:space="preserve">    INN_COLUMN = 3</w:t>
        <w:br/>
        <w:t xml:space="preserve">    def get_column_mappings(self) -&gt; list[ColumnMapping]:</w:t>
        <w:br/>
        <w:t xml:space="preserve">        """Маппинг колонок Excel на поля модели."""</w:t>
        <w:br/>
        <w:t xml:space="preserve">        return [</w:t>
        <w:br/>
        <w:t xml:space="preserve">            # Кадры</w:t>
        <w:br/>
        <w:t xml:space="preserve">            ColumnMapping(4, "Средняя численность работников", "avg_employees", field_type="decimal"),</w:t>
        <w:br/>
        <w:t xml:space="preserve">            ColumnMapping(5, "Производственный персонал", "production_workers", field_type="decimal"),</w:t>
        <w:br/>
        <w:t xml:space="preserve">            ColumnMapping(6, "Инженерно-технические работники", "engineering_workers", field_type="decimal"),</w:t>
        <w:br/>
        <w:t xml:space="preserve">            ColumnMapping(7, "Административный персонал", "administrative_workers", field_type="decimal"),</w:t>
        <w:br/>
        <w:t xml:space="preserve">            # Оборудование - общие данные</w:t>
        <w:br/>
        <w:t xml:space="preserve">            ColumnMapping(8, "Всего оборудования", "total_equipment", field_type="int"),</w:t>
        <w:br/>
        <w:t xml:space="preserve">            ColumnMapping(9, "Отечественное оборудование", "domestic_equipment", field_type="int"),</w:t>
        <w:br/>
        <w:t xml:space="preserve">            ColumnMapping(10, "Импортное оборудование", "imported_equipment", field_type="int"),</w:t>
        <w:br/>
        <w:t xml:space="preserve">            # Оборудование по возрасту</w:t>
        <w:br/>
        <w:t xml:space="preserve">            ColumnMapping(11, "Оборудование до 5 лет", "equipment_age_under_5", field_type="int"),</w:t>
        <w:br/>
        <w:t xml:space="preserve">            ColumnMapping(12, "Оборудование 5-10 лет", "equipment_age_5_10", field_type="int"),</w:t>
        <w:br/>
        <w:t xml:space="preserve">            ColumnMapping(13, "Оборудование 10-15 лет", "equipment_age_10_15", field_type="int"),</w:t>
        <w:br/>
        <w:t xml:space="preserve">            ColumnMapping(14, "Оборудование 15-20 лет", "equipment_age_15_20", field_type="int"),</w:t>
        <w:br/>
        <w:t xml:space="preserve">            ColumnMapping(15, "Оборудование свыше 20 лет", "equipment_age_over_20", field_type="int"),</w:t>
        <w:br/>
        <w:t xml:space="preserve">            # Износ и использование</w:t>
        <w:br/>
        <w:t xml:space="preserve">            ColumnMapping(16, "Физический износ, %", "physical_wear_percent", field_type="decimal"),</w:t>
        <w:br/>
        <w:t xml:space="preserve">            ColumnMapping(17, "Коэффициент загрузки", "utilization_rate", field_type="decimal"),</w:t>
        <w:br/>
        <w:t xml:space="preserve">            ColumnMapping(18, "Средняя сменность работы", "avg_shift_work", field_type="decimal"),</w:t>
        <w:br/>
        <w:t xml:space="preserve">            # Потребности</w:t>
        <w:br/>
        <w:t xml:space="preserve">            ColumnMapping(19, "Потребность в оборудовании", "equipment_needed", field_type="int"),</w:t>
        <w:br/>
        <w:t xml:space="preserve">            ColumnMapping(20, "Потребность в кадрах", "workers_needed", field_type="int"),</w:t>
        <w:br/>
        <w:t xml:space="preserve">        ]</w:t>
        <w:br/>
        <w:t xml:space="preserve">    def get_next_batch_id(self) -&gt; int:</w:t>
        <w:br/>
        <w:t xml:space="preserve">        """Получить следующий номер загрузки."""</w:t>
        <w:br/>
        <w:t xml:space="preserve">        return FormF3Service.get_next_batch_id()</w:t>
        <w:br/>
        <w:t xml:space="preserve">    @transaction.atomic</w:t>
        <w:br/>
        <w:t xml:space="preserve">    def create_record(self, row_data: RowData, batch_id: int) -&gt; FormF3Record:</w:t>
        <w:br/>
        <w:t xml:space="preserve">        """Создать запись формы Ф-3."""</w:t>
        <w:br/>
        <w:t xml:space="preserve">        org, _ = OrganizationService.get_or_create_by_inn(</w:t>
        <w:br/>
        <w:t xml:space="preserve">            inn=row_data.inn,</w:t>
        <w:br/>
        <w:t xml:space="preserve">            defaults={</w:t>
        <w:br/>
        <w:t xml:space="preserve">                "name": row_data.organization_name,</w:t>
        <w:br/>
        <w:t xml:space="preserve">                "ogrn": row_data.ogrn or "",</w:t>
        <w:br/>
        <w:t xml:space="preserve">                "okpo": row_data.okpo or "",</w:t>
        <w:br/>
        <w:t xml:space="preserve">                "kpp": row_data.kpp or "",</w:t>
        <w:br/>
        <w:t xml:space="preserve">            },</w:t>
        <w:br/>
        <w:t xml:space="preserve">        )</w:t>
        <w:br/>
        <w:t xml:space="preserve">        record = FormF3Record.objects.create(</w:t>
        <w:br/>
        <w:t xml:space="preserve">            organization=org,</w:t>
        <w:br/>
        <w:t xml:space="preserve">            load_batch=batch_id,</w:t>
        <w:br/>
        <w:t xml:space="preserve">            **row_data.fields,</w:t>
        <w:br/>
        <w:t xml:space="preserve">        )</w:t>
        <w:br/>
        <w:t xml:space="preserve">        return record</w:t>
        <w:br/>
        <w:t>def parse_form_f3_file(file) -&gt; ParseResult:</w:t>
        <w:br/>
        <w:t xml:space="preserve">    """</w:t>
        <w:br/>
        <w:t xml:space="preserve">    Парсит Excel файл формы Ф-3.</w:t>
        <w:br/>
        <w:t xml:space="preserve">    Args:</w:t>
        <w:br/>
        <w:t xml:space="preserve">        file: Загруженный файл</w:t>
        <w:br/>
        <w:t xml:space="preserve">    Returns:</w:t>
        <w:br/>
        <w:t xml:space="preserve">        ParseResult с результатами парсинга</w:t>
        <w:br/>
        <w:t xml:space="preserve">    """</w:t>
        <w:br/>
        <w:t xml:space="preserve">    parser = FormF3Parser()</w:t>
        <w:br/>
        <w:t xml:space="preserve">    return parser.parse(file)</w:t>
      </w:r>
    </w:p>
    <w:p>
      <w:pPr>
        <w:pStyle w:val="Heading1"/>
      </w:pPr>
      <w:r>
        <w:t>src/apps/form_3/tasks.py</w:t>
      </w:r>
    </w:p>
    <w:p>
      <w:r>
        <w:t>"""</w:t>
        <w:br/>
        <w:t>Celery задачи для формы Ф-3.</w:t>
        <w:br/>
        <w:t>Содержит:</w:t>
        <w:br/>
        <w:t>- process_form_f3_file - фоновая обработка файла</w:t>
        <w:br/>
        <w:t>"""</w:t>
        <w:br/>
        <w:t>import logging</w:t>
        <w:br/>
        <w:t>from apps.core.tasks import TrackedTask</w:t>
        <w:br/>
        <w:t>from apps.form_3.services import FormF3Parser</w:t>
        <w:br/>
        <w:t>from celery import shared_task</w:t>
        <w:br/>
        <w:t>logger = logging.getLogger(__name__)</w:t>
        <w:br/>
        <w:t>@shared_task(bind=True, base=TrackedTask)</w:t>
        <w:br/>
        <w:t>def process_form_f3_file(self, file_content: bytes, file_name: str) -&gt; dict:</w:t>
        <w:br/>
        <w:t xml:space="preserve">    """</w:t>
        <w:br/>
        <w:t xml:space="preserve">    Фоновая обработка файла формы Ф-3.</w:t>
        <w:br/>
        <w:t xml:space="preserve">    Args:</w:t>
        <w:br/>
        <w:t xml:space="preserve">        file_content: Содержимое файла в байтах</w:t>
        <w:br/>
        <w:t xml:space="preserve">        file_name: Имя файла</w:t>
        <w:br/>
        <w:t xml:space="preserve">    Returns:</w:t>
        <w:br/>
        <w:t xml:space="preserve">        Результат парсинга в виде словаря</w:t>
        <w:br/>
        <w:t xml:space="preserve">    """</w:t>
        <w:br/>
        <w:t xml:space="preserve">    from io import BytesIO</w:t>
        <w:br/>
        <w:t xml:space="preserve">    logger.info(f"Начало обработки файла Ф-3: {file_name}")</w:t>
        <w:br/>
        <w:t xml:space="preserve">    file_io = BytesIO(file_content)</w:t>
        <w:br/>
        <w:t xml:space="preserve">    parser = FormF3Parser()</w:t>
        <w:br/>
        <w:t xml:space="preserve">    result = parser.parse(file_io)</w:t>
        <w:br/>
        <w:t xml:space="preserve">    logger.info(</w:t>
        <w:br/>
        <w:t xml:space="preserve">        f"Обработка Ф-3 завершена: загружено {result.loaded_count}, "</w:t>
        <w:br/>
        <w:t xml:space="preserve">        f"пропущено {result.skipped_count}"</w:t>
        <w:br/>
        <w:t xml:space="preserve">    )</w:t>
        <w:br/>
        <w:t xml:space="preserve">    return result.to_dict()</w:t>
      </w:r>
    </w:p>
    <w:p>
      <w:pPr>
        <w:pStyle w:val="Heading1"/>
      </w:pPr>
      <w:r>
        <w:t>src/apps/form_3/models.py</w:t>
      </w:r>
    </w:p>
    <w:p>
      <w:r>
        <w:t>"""</w:t>
        <w:br/>
        <w:t>Модели формы Ф-3 (Кадры и оборудование).</w:t>
        <w:br/>
        <w:t>Содержит:</w:t>
        <w:br/>
        <w:t>- FormF3Record - запись формы Ф-3</w:t>
        <w:br/>
        <w:t>"""</w:t>
        <w:br/>
        <w:t>import uuid</w:t>
        <w:br/>
        <w:t>from apps.core.mixins import TimestampMixin</w:t>
        <w:br/>
        <w:t>from apps.organization.models import Organization</w:t>
        <w:br/>
        <w:t>from django.db import models</w:t>
        <w:br/>
        <w:t>from django.utils.translation import gettext_lazy as _</w:t>
        <w:br/>
        <w:t>class FormF3Record(TimestampMixin, models.Model):</w:t>
        <w:br/>
        <w:t xml:space="preserve">    """</w:t>
        <w:br/>
        <w:t xml:space="preserve">    Запись формы Ф-3 (Кадры и оборудование).</w:t>
        <w:br/>
        <w:t xml:space="preserve">    Данные о численности персонала и состоянии оборудования.</w:t>
        <w:br/>
        <w:t xml:space="preserve">    """</w:t>
        <w:br/>
        <w:t xml:space="preserve">    id = models.UUIDField(</w:t>
        <w:br/>
        <w:t xml:space="preserve">        primary_key=True,</w:t>
        <w:br/>
        <w:t xml:space="preserve">        default=uuid.uuid4,</w:t>
        <w:br/>
        <w:t xml:space="preserve">        editable=False,</w:t>
        <w:br/>
        <w:t xml:space="preserve">        verbose_name=_("ID"),</w:t>
        <w:br/>
        <w:t xml:space="preserve">    )</w:t>
        <w:br/>
        <w:t xml:space="preserve">    organization = models.ForeignKey(</w:t>
        <w:br/>
        <w:t xml:space="preserve">        Organization,</w:t>
        <w:br/>
        <w:t xml:space="preserve">        on_delete=models.CASCADE,</w:t>
        <w:br/>
        <w:t xml:space="preserve">        related_name="form_f3_records",</w:t>
        <w:br/>
        <w:t xml:space="preserve">        verbose_name=_("организация"),</w:t>
        <w:br/>
        <w:t xml:space="preserve">    )</w:t>
        <w:br/>
        <w:t xml:space="preserve">    load_batch = models.PositiveIntegerField(</w:t>
        <w:br/>
        <w:t xml:space="preserve">        _("номер загрузки"),</w:t>
        <w:br/>
        <w:t xml:space="preserve">        db_index=True,</w:t>
        <w:br/>
        <w:t xml:space="preserve">        help_text=_("Идентификатор пакета загрузки"),</w:t>
        <w:br/>
        <w:t xml:space="preserve">    )</w:t>
        <w:br/>
        <w:t xml:space="preserve">    # === Кадры ===</w:t>
        <w:br/>
        <w:t xml:space="preserve">    avg_employees = models.DecimalField(</w:t>
        <w:br/>
        <w:t xml:space="preserve">        _("средняя численность работников"),</w:t>
        <w:br/>
        <w:t xml:space="preserve">        max_digits=12, decimal_places=2, null=True, blank=True,</w:t>
        <w:br/>
        <w:t xml:space="preserve">    )</w:t>
        <w:br/>
        <w:t xml:space="preserve">    production_workers = models.DecimalField(</w:t>
        <w:br/>
        <w:t xml:space="preserve">        _("производственный персонал"),</w:t>
        <w:br/>
        <w:t xml:space="preserve">        max_digits=12, decimal_places=2, null=True, blank=True,</w:t>
        <w:br/>
        <w:t xml:space="preserve">    )</w:t>
        <w:br/>
        <w:t xml:space="preserve">    engineering_workers = models.DecimalField(</w:t>
        <w:br/>
        <w:t xml:space="preserve">        _("инженерно-технические работники"),</w:t>
        <w:br/>
        <w:t xml:space="preserve">        max_digits=12, decimal_places=2, null=True, blank=True,</w:t>
        <w:br/>
        <w:t xml:space="preserve">    )</w:t>
        <w:br/>
        <w:t xml:space="preserve">    administrative_workers = models.DecimalField(</w:t>
        <w:br/>
        <w:t xml:space="preserve">        _("административный персонал"),</w:t>
        <w:br/>
        <w:t xml:space="preserve">        max_digits=12, decimal_places=2, null=True, blank=True,</w:t>
        <w:br/>
        <w:t xml:space="preserve">    )</w:t>
        <w:br/>
        <w:t xml:space="preserve">    # === Оборудование - общие данные ===</w:t>
        <w:br/>
        <w:t xml:space="preserve">    total_equipment = models.PositiveIntegerField(</w:t>
        <w:br/>
        <w:t xml:space="preserve">        _("всего оборудования"),</w:t>
        <w:br/>
        <w:t xml:space="preserve">        null=True, blank=True,</w:t>
        <w:br/>
        <w:t xml:space="preserve">    )</w:t>
        <w:br/>
        <w:t xml:space="preserve">    domestic_equipment = models.PositiveIntegerField(</w:t>
        <w:br/>
        <w:t xml:space="preserve">        _("отечественное оборудование"),</w:t>
        <w:br/>
        <w:t xml:space="preserve">        null=True, blank=True,</w:t>
        <w:br/>
        <w:t xml:space="preserve">    )</w:t>
        <w:br/>
        <w:t xml:space="preserve">    imported_equipment = models.PositiveIntegerField(</w:t>
        <w:br/>
        <w:t xml:space="preserve">        _("импортное оборудование"),</w:t>
        <w:br/>
        <w:t xml:space="preserve">        null=True, blank=True,</w:t>
        <w:br/>
        <w:t xml:space="preserve">    )</w:t>
        <w:br/>
        <w:t xml:space="preserve">    # === Оборудование по возрасту ===</w:t>
        <w:br/>
        <w:t xml:space="preserve">    equipment_age_under_5 = models.PositiveIntegerField(</w:t>
        <w:br/>
        <w:t xml:space="preserve">        _("оборудование до 5 лет"),</w:t>
        <w:br/>
        <w:t xml:space="preserve">        null=True, blank=True,</w:t>
        <w:br/>
        <w:t xml:space="preserve">    )</w:t>
        <w:br/>
        <w:t xml:space="preserve">    equipment_age_5_10 = models.PositiveIntegerField(</w:t>
        <w:br/>
        <w:t xml:space="preserve">        _("оборудование 5-10 лет"),</w:t>
        <w:br/>
        <w:t xml:space="preserve">        null=True, blank=True,</w:t>
        <w:br/>
        <w:t xml:space="preserve">    )</w:t>
        <w:br/>
        <w:t xml:space="preserve">    equipment_age_10_15 = models.PositiveIntegerField(</w:t>
        <w:br/>
        <w:t xml:space="preserve">        _("оборудование 10-15 лет"),</w:t>
        <w:br/>
        <w:t xml:space="preserve">        null=True, blank=True,</w:t>
        <w:br/>
        <w:t xml:space="preserve">    )</w:t>
        <w:br/>
        <w:t xml:space="preserve">    equipment_age_15_20 = models.PositiveIntegerField(</w:t>
        <w:br/>
        <w:t xml:space="preserve">        _("оборудование 15-20 лет"),</w:t>
        <w:br/>
        <w:t xml:space="preserve">        null=True, blank=True,</w:t>
        <w:br/>
        <w:t xml:space="preserve">    )</w:t>
        <w:br/>
        <w:t xml:space="preserve">    equipment_age_over_20 = models.PositiveIntegerField(</w:t>
        <w:br/>
        <w:t xml:space="preserve">        _("оборудование свыше 20 лет"),</w:t>
        <w:br/>
        <w:t xml:space="preserve">        null=True, blank=True,</w:t>
        <w:br/>
        <w:t xml:space="preserve">    )</w:t>
        <w:br/>
        <w:t xml:space="preserve">    # === Износ и использование ===</w:t>
        <w:br/>
        <w:t xml:space="preserve">    physical_wear_percent = models.DecimalField(</w:t>
        <w:br/>
        <w:t xml:space="preserve">        _("физический износ, %"),</w:t>
        <w:br/>
        <w:t xml:space="preserve">        max_digits=5, decimal_places=2, null=True, blank=True,</w:t>
        <w:br/>
        <w:t xml:space="preserve">    )</w:t>
        <w:br/>
        <w:t xml:space="preserve">    utilization_rate = models.DecimalField(</w:t>
        <w:br/>
        <w:t xml:space="preserve">        _("коэффициент загрузки"),</w:t>
        <w:br/>
        <w:t xml:space="preserve">        max_digits=5, decimal_places=2, null=True, blank=True,</w:t>
        <w:br/>
        <w:t xml:space="preserve">    )</w:t>
        <w:br/>
        <w:t xml:space="preserve">    avg_shift_work = models.DecimalField(</w:t>
        <w:br/>
        <w:t xml:space="preserve">        _("средняя сменность работы"),</w:t>
        <w:br/>
        <w:t xml:space="preserve">        max_digits=5, decimal_places=2, null=True, blank=True,</w:t>
        <w:br/>
        <w:t xml:space="preserve">    )</w:t>
        <w:br/>
        <w:t xml:space="preserve">    # === Потребности ===</w:t>
        <w:br/>
        <w:t xml:space="preserve">    equipment_needed = models.PositiveIntegerField(</w:t>
        <w:br/>
        <w:t xml:space="preserve">        _("потребность в оборудовании"),</w:t>
        <w:br/>
        <w:t xml:space="preserve">        null=True, blank=True,</w:t>
        <w:br/>
        <w:t xml:space="preserve">    )</w:t>
        <w:br/>
        <w:t xml:space="preserve">    workers_needed = models.PositiveIntegerField(</w:t>
        <w:br/>
        <w:t xml:space="preserve">        _("потребность в кадрах"),</w:t>
        <w:br/>
        <w:t xml:space="preserve">        null=True, blank=True,</w:t>
        <w:br/>
        <w:t xml:space="preserve">    )</w:t>
        <w:br/>
        <w:t xml:space="preserve">    class Meta:</w:t>
        <w:br/>
        <w:t xml:space="preserve">        verbose_name = _("запись Ф-3")</w:t>
        <w:br/>
        <w:t xml:space="preserve">        verbose_name_plural = _("записи Ф-3")</w:t>
        <w:br/>
        <w:t xml:space="preserve">        ordering = ["-created_at"]</w:t>
        <w:br/>
        <w:t xml:space="preserve">        indexes = [</w:t>
        <w:br/>
        <w:t xml:space="preserve">            models.Index(fields=["organization", "load_batch"]),</w:t>
        <w:br/>
        <w:t xml:space="preserve">            models.Index(fields=["load_batch"]),</w:t>
        <w:br/>
        <w:t xml:space="preserve">        ]</w:t>
        <w:br/>
        <w:t xml:space="preserve">    def __str__(self) -&gt; str:</w:t>
        <w:br/>
        <w:t xml:space="preserve">        return f"Ф-3: {self.organization.name} (batch: {self.load_batch})"</w:t>
      </w:r>
    </w:p>
    <w:p>
      <w:pPr>
        <w:pStyle w:val="Heading1"/>
      </w:pPr>
      <w:r>
        <w:t>src/apps/form_3/serializers.py</w:t>
      </w:r>
    </w:p>
    <w:p>
      <w:r>
        <w:t>"""</w:t>
        <w:br/>
        <w:t>Сериализаторы формы Ф-3.</w:t>
        <w:br/>
        <w:t>Содержит:</w:t>
        <w:br/>
        <w:t>- FormF3RecordSerializer - сериализатор записи</w:t>
        <w:br/>
        <w:t>- FormF3UploadSerializer - сериализатор загрузки файла</w:t>
        <w:br/>
        <w:t>- FormF3ParseResultSerializer - результат парсинга</w:t>
        <w:br/>
        <w:t>"""</w:t>
        <w:br/>
        <w:t>from apps.form_3.models import FormF3Record</w:t>
        <w:br/>
        <w:t>from apps.organization.serializers import OrganizationSerializer</w:t>
        <w:br/>
        <w:t>from rest_framework import serializers</w:t>
        <w:br/>
        <w:t>class FormF3RecordSerializer(serializers.ModelSerializer):</w:t>
        <w:br/>
        <w:t xml:space="preserve">    """Сериализатор записи формы Ф-3."""</w:t>
        <w:br/>
        <w:t xml:space="preserve">    organization = OrganizationSerializer(read_only=True)</w:t>
        <w:br/>
        <w:t xml:space="preserve">    class Meta:</w:t>
        <w:br/>
        <w:t xml:space="preserve">        model = FormF3Record</w:t>
        <w:br/>
        <w:t xml:space="preserve">        fields = "__all__"</w:t>
        <w:br/>
        <w:t xml:space="preserve">        read_only_fields = ["id", "created_at", "updated_at"]</w:t>
        <w:br/>
        <w:t>class FormF3RecordListSerializer(serializers.ModelSerializer):</w:t>
        <w:br/>
        <w:t xml:space="preserve">    """Сериализатор списка записей формы Ф-3 (сокращённый)."""</w:t>
        <w:br/>
        <w:t xml:space="preserve">    organization_name = serializers.CharField(source="organization.name", read_only=True)</w:t>
        <w:br/>
        <w:t xml:space="preserve">    organization_inn = serializers.CharField(source="organization.inn", read_only=True)</w:t>
        <w:br/>
        <w:t xml:space="preserve">    class Meta:</w:t>
        <w:br/>
        <w:t xml:space="preserve">        model = FormF3Record</w:t>
        <w:br/>
        <w:t xml:space="preserve">        fields = [</w:t>
        <w:br/>
        <w:t xml:space="preserve">            "id",</w:t>
        <w:br/>
        <w:t xml:space="preserve">            "organization_name",</w:t>
        <w:br/>
        <w:t xml:space="preserve">            "organization_inn",</w:t>
        <w:br/>
        <w:t xml:space="preserve">            "load_batch",</w:t>
        <w:br/>
        <w:t xml:space="preserve">            "avg_employees",</w:t>
        <w:br/>
        <w:t xml:space="preserve">            "total_equipment",</w:t>
        <w:br/>
        <w:t xml:space="preserve">            "physical_wear_percent",</w:t>
        <w:br/>
        <w:t xml:space="preserve">            "created_at",</w:t>
        <w:br/>
        <w:t xml:space="preserve">        ]</w:t>
        <w:br/>
        <w:t>class FormF3UploadSerializer(serializers.Serializer):</w:t>
        <w:br/>
        <w:t xml:space="preserve">    """Сериализатор загрузки файла формы Ф-3."""</w:t>
        <w:br/>
        <w:t xml:space="preserve">    file = serializers.FileField(</w:t>
        <w:br/>
        <w:t xml:space="preserve">        help_text="Excel файл формы Ф-3 (.xlsx)"</w:t>
        <w:br/>
        <w:t xml:space="preserve">    )</w:t>
        <w:br/>
        <w:t xml:space="preserve">    def validate_file(self, value):</w:t>
        <w:br/>
        <w:t xml:space="preserve">        """Валидация загруженного файла."""</w:t>
        <w:br/>
        <w:t xml:space="preserve">        if not value.name.endswith((".xlsx", ".xls")):</w:t>
        <w:br/>
        <w:t xml:space="preserve">            raise serializers.ValidationError(</w:t>
        <w:br/>
        <w:t xml:space="preserve">                "Неподдерживаемый формат файла. Используйте .xlsx или .xls"</w:t>
        <w:br/>
        <w:t xml:space="preserve">            )</w:t>
        <w:br/>
        <w:t xml:space="preserve">        if value.size &gt; 50 * 1024 * 1024:</w:t>
        <w:br/>
        <w:t xml:space="preserve">            raise serializers.ValidationError(</w:t>
        <w:br/>
        <w:t xml:space="preserve">                "Размер файла превышает 50MB"</w:t>
        <w:br/>
        <w:t xml:space="preserve">            )</w:t>
        <w:br/>
        <w:t xml:space="preserve">        return value</w:t>
        <w:br/>
        <w:t>class FieldErrorSerializer(serializers.Serializer):</w:t>
        <w:br/>
        <w:t xml:space="preserve">    """Сериализатор ошибки поля."""</w:t>
        <w:br/>
        <w:t xml:space="preserve">    field = serializers.CharField()</w:t>
        <w:br/>
        <w:t xml:space="preserve">    message = serializers.CharField()</w:t>
        <w:br/>
        <w:t>class RowValidationErrorSerializer(serializers.Serializer):</w:t>
        <w:br/>
        <w:t xml:space="preserve">    """Сериализатор ошибки валидации строки."""</w:t>
        <w:br/>
        <w:t xml:space="preserve">    row = serializers.IntegerField()</w:t>
        <w:br/>
        <w:t xml:space="preserve">    inn = serializers.CharField(allow_null=True)</w:t>
        <w:br/>
        <w:t xml:space="preserve">    kpp = serializers.CharField(allow_null=True)</w:t>
        <w:br/>
        <w:t xml:space="preserve">    organization_name = serializers.CharField(allow_null=True)</w:t>
        <w:br/>
        <w:t xml:space="preserve">    errors = FieldErrorSerializer(many=True)</w:t>
        <w:br/>
        <w:t>class FormF3ParseResultSerializer(serializers.Serializer):</w:t>
        <w:br/>
        <w:t xml:space="preserve">    """Сериализатор результата парсинга."""</w:t>
        <w:br/>
        <w:t xml:space="preserve">    batch_id = serializers.IntegerField()</w:t>
        <w:br/>
        <w:t xml:space="preserve">    loaded_count = serializers.IntegerField()</w:t>
        <w:br/>
        <w:t xml:space="preserve">    skipped_count = serializers.IntegerField()</w:t>
        <w:br/>
        <w:t xml:space="preserve">    errors = RowValidationErrorSerializer(many=True)</w:t>
      </w:r>
    </w:p>
    <w:p>
      <w:pPr>
        <w:pStyle w:val="Heading1"/>
      </w:pPr>
      <w:r>
        <w:t>src/apps/form_3/__init__.py</w:t>
      </w:r>
    </w:p>
    <w:p>
      <w:r>
        <w:t>"""Приложение формы Ф-3 (Кадры и оборудование)."""</w:t>
      </w:r>
    </w:p>
    <w:p>
      <w:pPr>
        <w:pStyle w:val="Heading1"/>
      </w:pPr>
      <w:r>
        <w:t>src/apps/form_3/apps.py</w:t>
      </w:r>
    </w:p>
    <w:p>
      <w:r>
        <w:t>"""Конфигурация приложения form_3."""</w:t>
        <w:br/>
        <w:t>from django.apps import AppConfig</w:t>
        <w:br/>
        <w:t>class Form3Config(AppConfig):</w:t>
        <w:br/>
        <w:t xml:space="preserve">    """Конфигурация приложения формы Ф-3."""</w:t>
        <w:br/>
        <w:t xml:space="preserve">    default_auto_field = "django.db.models.BigAutoField"</w:t>
        <w:br/>
        <w:t xml:space="preserve">    name = "apps.form_3"</w:t>
        <w:br/>
        <w:t xml:space="preserve">    verbose_name = "Форма Ф-3 (Кадры и оборудование)"</w:t>
      </w:r>
    </w:p>
    <w:p>
      <w:pPr>
        <w:pStyle w:val="Heading1"/>
      </w:pPr>
      <w:r>
        <w:t>src/apps/form_3/api.py</w:t>
      </w:r>
    </w:p>
    <w:p>
      <w:r>
        <w:t>"""</w:t>
        <w:br/>
        <w:t>API формы Ф-3.</w:t>
        <w:br/>
        <w:t>Содержит:</w:t>
        <w:br/>
        <w:t>- FormF3UploadView - загрузка файла</w:t>
        <w:br/>
        <w:t>- FormF3RecordViewSet - CRUD записей</w:t>
        <w:br/>
        <w:t>"""</w:t>
        <w:br/>
        <w:t>import logging</w:t>
        <w:br/>
        <w:t>from apps.core.viewsets import BaseViewSet</w:t>
        <w:br/>
        <w:t>from apps.form_3.models import FormF3Record</w:t>
        <w:br/>
        <w:t>from apps.form_3.serializers import (</w:t>
        <w:br/>
        <w:t xml:space="preserve">    FormF3ParseResultSerializer,</w:t>
        <w:br/>
        <w:t xml:space="preserve">    FormF3RecordListSerializer,</w:t>
        <w:br/>
        <w:t xml:space="preserve">    FormF3RecordSerializer,</w:t>
        <w:br/>
        <w:t xml:space="preserve">    FormF3UploadSerializer,</w:t>
        <w:br/>
        <w:t>)</w:t>
        <w:br/>
        <w:t>from apps.form_3.services import FormF3Service, parse_form_f3_file</w:t>
        <w:br/>
        <w:t>from apps.form_3.tasks import process_form_f3_file</w:t>
        <w:br/>
        <w:t>from rest_framework import status</w:t>
        <w:br/>
        <w:t>from rest_framework.parsers import MultiPartParser</w:t>
        <w:br/>
        <w:t>from rest_framework.response import Response</w:t>
        <w:br/>
        <w:t>from rest_framework.views import APIView</w:t>
        <w:br/>
        <w:t>logger = logging.getLogger(__name__)</w:t>
        <w:br/>
        <w:t>BACKGROUND_THRESHOLD = 1024 * 1024  # 1MB</w:t>
        <w:br/>
        <w:t>class FormF3UploadView(APIView):</w:t>
        <w:br/>
        <w:t xml:space="preserve">    """</w:t>
        <w:br/>
        <w:t xml:space="preserve">    Загрузка файла формы Ф-3.</w:t>
        <w:br/>
        <w:t xml:space="preserve">    POST /api/v1/forms/f3/upload/</w:t>
        <w:br/>
        <w:t xml:space="preserve">    """</w:t>
        <w:br/>
        <w:t xml:space="preserve">    parser_classes = [MultiPartParser]</w:t>
        <w:br/>
        <w:t xml:space="preserve">    def post(self, request):</w:t>
        <w:br/>
        <w:t xml:space="preserve">        """Загрузка и обработка файла."""</w:t>
        <w:br/>
        <w:t xml:space="preserve">        serializer = FormF3UploadSerializer(data=request.data)</w:t>
        <w:br/>
        <w:t xml:space="preserve">        serializer.is_valid(raise_exception=True)</w:t>
        <w:br/>
        <w:t xml:space="preserve">        file = serializer.validated_data["file"]</w:t>
        <w:br/>
        <w:t xml:space="preserve">        if file.size &gt; BACKGROUND_THRESHOLD:</w:t>
        <w:br/>
        <w:t xml:space="preserve">            file_content = file.read()</w:t>
        <w:br/>
        <w:t xml:space="preserve">            task = process_form_f3_file.delay(file_content, file.name)</w:t>
        <w:br/>
        <w:t xml:space="preserve">            return Response(</w:t>
        <w:br/>
        <w:t xml:space="preserve">                {</w:t>
        <w:br/>
        <w:t xml:space="preserve">                    "success": True,</w:t>
        <w:br/>
        <w:t xml:space="preserve">                    "message": "Файл поставлен в очередь на обработку",</w:t>
        <w:br/>
        <w:t xml:space="preserve">                    "task_id": task.id,</w:t>
        <w:br/>
        <w:t xml:space="preserve">                },</w:t>
        <w:br/>
        <w:t xml:space="preserve">                status=status.HTTP_202_ACCEPTED,</w:t>
        <w:br/>
        <w:t xml:space="preserve">            )</w:t>
        <w:br/>
        <w:t xml:space="preserve">        try:</w:t>
        <w:br/>
        <w:t xml:space="preserve">            result = parse_form_f3_file(file)</w:t>
        <w:br/>
        <w:t xml:space="preserve">            result_serializer = FormF3ParseResultSerializer(result)</w:t>
        <w:br/>
        <w:t xml:space="preserve">            return Response(</w:t>
        <w:br/>
        <w:t xml:space="preserve">                {</w:t>
        <w:br/>
        <w:t xml:space="preserve">                    "success": True,</w:t>
        <w:br/>
        <w:t xml:space="preserve">                    "data": result_serializer.data,</w:t>
        <w:br/>
        <w:t xml:space="preserve">                },</w:t>
        <w:br/>
        <w:t xml:space="preserve">                status=status.HTTP_200_OK,</w:t>
        <w:br/>
        <w:t xml:space="preserve">            )</w:t>
        <w:br/>
        <w:t xml:space="preserve">        except Exception as e:</w:t>
        <w:br/>
        <w:t xml:space="preserve">            logger.exception("Ошибка обработки файла Ф-3")</w:t>
        <w:br/>
        <w:t xml:space="preserve">            return Response(</w:t>
        <w:br/>
        <w:t xml:space="preserve">                {</w:t>
        <w:br/>
        <w:t xml:space="preserve">                    "success": False,</w:t>
        <w:br/>
        <w:t xml:space="preserve">                    "error": str(e),</w:t>
        <w:br/>
        <w:t xml:space="preserve">                },</w:t>
        <w:br/>
        <w:t xml:space="preserve">                status=status.HTTP_400_BAD_REQUEST,</w:t>
        <w:br/>
        <w:t xml:space="preserve">            )</w:t>
        <w:br/>
        <w:t>class FormF3RecordViewSet(BaseViewSet):</w:t>
        <w:br/>
        <w:t xml:space="preserve">    """</w:t>
        <w:br/>
        <w:t xml:space="preserve">    ViewSet для записей формы Ф-3.</w:t>
        <w:br/>
        <w:t xml:space="preserve">    GET /api/v1/forms/f3/records/ - список записей</w:t>
        <w:br/>
        <w:t xml:space="preserve">    GET /api/v1/forms/f3/records/{id}/ - детали записи</w:t>
        <w:br/>
        <w:t xml:space="preserve">    """</w:t>
        <w:br/>
        <w:t xml:space="preserve">    queryset = FormF3Record.objects.select_related("organization").all()</w:t>
        <w:br/>
        <w:t xml:space="preserve">    serializer_class = FormF3RecordSerializer</w:t>
        <w:br/>
        <w:t xml:space="preserve">    service_class = FormF3Service</w:t>
        <w:br/>
        <w:t xml:space="preserve">    def get_serializer_class(self):</w:t>
        <w:br/>
        <w:t xml:space="preserve">        """Выбор сериализатора в зависимости от действия."""</w:t>
        <w:br/>
        <w:t xml:space="preserve">        if self.action == "list":</w:t>
        <w:br/>
        <w:t xml:space="preserve">            return FormF3RecordListSerializer</w:t>
        <w:br/>
        <w:t xml:space="preserve">        return FormF3RecordSerializer</w:t>
        <w:br/>
        <w:t xml:space="preserve">    def get_queryset(self):</w:t>
        <w:br/>
        <w:t xml:space="preserve">        """Фильтрация по batch_id."""</w:t>
        <w:br/>
        <w:t xml:space="preserve">        queryset = super().get_queryset()</w:t>
        <w:br/>
        <w:t xml:space="preserve">        batch_id = self.request.query_params.get("batch_id")</w:t>
        <w:br/>
        <w:t xml:space="preserve">        if batch_id:</w:t>
        <w:br/>
        <w:t xml:space="preserve">            queryset = queryset.filter(load_batch=batch_id)</w:t>
        <w:br/>
        <w:t xml:space="preserve">        return queryset</w:t>
      </w:r>
    </w:p>
    <w:p>
      <w:pPr>
        <w:pStyle w:val="Heading1"/>
      </w:pPr>
      <w:r>
        <w:t>src/apps/form_3/admin.py</w:t>
      </w:r>
    </w:p>
    <w:p>
      <w:r>
        <w:t>"""Админка формы Ф-3."""</w:t>
        <w:br/>
        <w:t>from apps.form_3.models import FormF3Record</w:t>
        <w:br/>
        <w:t>from django.contrib import admin</w:t>
        <w:br/>
        <w:t>@admin.register(FormF3Record)</w:t>
        <w:br/>
        <w:t>class FormF3RecordAdmin(admin.ModelAdmin):</w:t>
        <w:br/>
        <w:t xml:space="preserve">    """Админка записей формы Ф-3."""</w:t>
        <w:br/>
        <w:t xml:space="preserve">    list_display = [</w:t>
        <w:br/>
        <w:t xml:space="preserve">        "organization",</w:t>
        <w:br/>
        <w:t xml:space="preserve">        "load_batch",</w:t>
        <w:br/>
        <w:t xml:space="preserve">        "avg_employees",</w:t>
        <w:br/>
        <w:t xml:space="preserve">        "total_equipment",</w:t>
        <w:br/>
        <w:t xml:space="preserve">        "physical_wear_percent",</w:t>
        <w:br/>
        <w:t xml:space="preserve">        "created_at",</w:t>
        <w:br/>
        <w:t xml:space="preserve">    ]</w:t>
        <w:br/>
        <w:t xml:space="preserve">    list_filter = ["load_batch", "created_at"]</w:t>
        <w:br/>
        <w:t xml:space="preserve">    search_fields = ["organization__name", "organization__inn"]</w:t>
        <w:br/>
        <w:t xml:space="preserve">    readonly_fields = ["id", "created_at", "updated_at"]</w:t>
        <w:br/>
        <w:t xml:space="preserve">    raw_id_fields = ["organization"]</w:t>
        <w:br/>
        <w:t xml:space="preserve">    ordering = ["-created_at"]</w:t>
        <w:br/>
        <w:t xml:space="preserve">    fieldsets = [</w:t>
        <w:br/>
        <w:t xml:space="preserve">        ("Основная информация", {"fields": ["id", "organization", "load_batch"]}),</w:t>
        <w:br/>
        <w:t xml:space="preserve">        ("Кадры", {</w:t>
        <w:br/>
        <w:t xml:space="preserve">            "fields": [</w:t>
        <w:br/>
        <w:t xml:space="preserve">                "avg_employees", "production_workers",</w:t>
        <w:br/>
        <w:t xml:space="preserve">                "engineering_workers", "administrative_workers",</w:t>
        <w:br/>
        <w:t xml:space="preserve">            ],</w:t>
        <w:br/>
        <w:t xml:space="preserve">        }),</w:t>
        <w:br/>
        <w:t xml:space="preserve">        ("Оборудование - общие данные", {</w:t>
        <w:br/>
        <w:t xml:space="preserve">            "fields": ["total_equipment", "domestic_equipment", "imported_equipment"],</w:t>
        <w:br/>
        <w:t xml:space="preserve">        }),</w:t>
        <w:br/>
        <w:t xml:space="preserve">        ("Оборудование по возрасту", {</w:t>
        <w:br/>
        <w:t xml:space="preserve">            "fields": [</w:t>
        <w:br/>
        <w:t xml:space="preserve">                "equipment_age_under_5", "equipment_age_5_10", "equipment_age_10_15",</w:t>
        <w:br/>
        <w:t xml:space="preserve">                "equipment_age_15_20", "equipment_age_over_20",</w:t>
        <w:br/>
        <w:t xml:space="preserve">            ],</w:t>
        <w:br/>
        <w:t xml:space="preserve">            "classes": ["collapse"],</w:t>
        <w:br/>
        <w:t xml:space="preserve">        }),</w:t>
        <w:br/>
        <w:t xml:space="preserve">        ("Износ и использование", {</w:t>
        <w:br/>
        <w:t xml:space="preserve">            "fields": ["physical_wear_percent", "utilization_rate", "avg_shift_work"],</w:t>
        <w:br/>
        <w:t xml:space="preserve">        }),</w:t>
        <w:br/>
        <w:t xml:space="preserve">        ("Потребности", {"fields": ["equipment_needed", "workers_needed"]}),</w:t>
        <w:br/>
        <w:t xml:space="preserve">        ("Системные поля", {"fields": ["created_at", "updated_at"], "classes": ["collapse"]}),</w:t>
        <w:br/>
        <w:t xml:space="preserve">    ]</w:t>
      </w:r>
    </w:p>
    <w:p>
      <w:pPr>
        <w:pStyle w:val="Heading1"/>
      </w:pPr>
      <w:r>
        <w:t>src/apps/form_3/urls.py</w:t>
      </w:r>
    </w:p>
    <w:p>
      <w:r>
        <w:t>"""</w:t>
        <w:br/>
        <w:t>URL маршруты формы Ф-3.</w:t>
        <w:br/>
        <w:t>"""</w:t>
        <w:br/>
        <w:t>from apps.form_3.api import FormF3RecordViewSet, FormF3UploadView</w:t>
        <w:br/>
        <w:t>from django.urls import include, path</w:t>
        <w:br/>
        <w:t>from rest_framework.routers import DefaultRouter</w:t>
        <w:br/>
        <w:t>router = DefaultRouter()</w:t>
        <w:br/>
        <w:t>router.register("records", FormF3RecordViewSet, basename="form-f3-records")</w:t>
        <w:br/>
        <w:t>urlpatterns = [</w:t>
        <w:br/>
        <w:t xml:space="preserve">    path("upload/", FormF3UploadView.as_view(), name="form-f3-upload"),</w:t>
        <w:br/>
        <w:t xml:space="preserve">    path("", include(router.urls)),</w:t>
        <w:br/>
        <w:t>]</w:t>
      </w:r>
    </w:p>
    <w:p>
      <w:pPr>
        <w:pStyle w:val="Heading1"/>
      </w:pPr>
      <w:r>
        <w:t>src/apps/form_3/migrations/__init__.py</w:t>
      </w:r>
    </w:p>
    <w:p>
      <w:r>
        <w:t>[Пустой файл]</w:t>
      </w:r>
    </w:p>
    <w:p>
      <w:pPr>
        <w:pStyle w:val="Heading1"/>
      </w:pPr>
      <w:r>
        <w:t>src/apps/form_3/migrations/0001_initial.py</w:t>
      </w:r>
    </w:p>
    <w:p>
      <w:r>
        <w:t># Generated by Django 3.2.25 on 2026-02-06 12:49</w:t>
        <w:br/>
        <w:t>from django.db import migrations, models</w:t>
        <w:br/>
        <w:t>import django.db.models.deletion</w:t>
        <w:br/>
        <w:t>import uuid</w:t>
        <w:br/>
        <w:t>class Migration(migrations.Migration):</w:t>
        <w:br/>
        <w:t xml:space="preserve">    initial = True</w:t>
        <w:br/>
        <w:t xml:space="preserve">    dependencies = [</w:t>
        <w:br/>
        <w:t xml:space="preserve">        ('organization', '0001_initial'),</w:t>
        <w:br/>
        <w:t xml:space="preserve">    ]</w:t>
        <w:br/>
        <w:t xml:space="preserve">    operations = [</w:t>
        <w:br/>
        <w:t xml:space="preserve">        migrations.CreateModel(</w:t>
        <w:br/>
        <w:t xml:space="preserve">            name='FormF3Record',</w:t>
        <w:br/>
        <w:t xml:space="preserve">            fields=[</w:t>
        <w:br/>
        <w:t xml:space="preserve">                ('created_at', models.DateTimeField(auto_now_add=True, db_index=True, help_text='Дата и время создания записи', verbose_name='создано')),</w:t>
        <w:br/>
        <w:t xml:space="preserve">                ('updated_at', models.DateTimeField(auto_now=True, help_text='Дата и время последнего обновления', verbose_name='обновлено')),</w:t>
        <w:br/>
        <w:t xml:space="preserve">                ('id', models.UUIDField(default=uuid.uuid4, editable=False, primary_key=True, serialize=False, verbose_name='ID')),</w:t>
        <w:br/>
        <w:t xml:space="preserve">                ('load_batch', models.PositiveIntegerField(db_index=True, help_text='Идентификатор пакета загрузки', verbose_name='номер загрузки')),</w:t>
        <w:br/>
        <w:t xml:space="preserve">                ('avg_employees', models.DecimalField(blank=True, decimal_places=2, max_digits=12, null=True, verbose_name='средняя численность работников')),</w:t>
        <w:br/>
        <w:t xml:space="preserve">                ('production_workers', models.DecimalField(blank=True, decimal_places=2, max_digits=12, null=True, verbose_name='производственный персонал')),</w:t>
        <w:br/>
        <w:t xml:space="preserve">                ('engineering_workers', models.DecimalField(blank=True, decimal_places=2, max_digits=12, null=True, verbose_name='инженерно-технические работники')),</w:t>
        <w:br/>
        <w:t xml:space="preserve">                ('administrative_workers', models.DecimalField(blank=True, decimal_places=2, max_digits=12, null=True, verbose_name='административный персонал')),</w:t>
        <w:br/>
        <w:t xml:space="preserve">                ('total_equipment', models.PositiveIntegerField(blank=True, null=True, verbose_name='всего оборудования')),</w:t>
        <w:br/>
        <w:t xml:space="preserve">                ('domestic_equipment', models.PositiveIntegerField(blank=True, null=True, verbose_name='отечественное оборудование')),</w:t>
        <w:br/>
        <w:t xml:space="preserve">                ('imported_equipment', models.PositiveIntegerField(blank=True, null=True, verbose_name='импортное оборудование')),</w:t>
        <w:br/>
        <w:t xml:space="preserve">                ('equipment_age_under_5', models.PositiveIntegerField(blank=True, null=True, verbose_name='оборудование до 5 лет')),</w:t>
        <w:br/>
        <w:t xml:space="preserve">                ('equipment_age_5_10', models.PositiveIntegerField(blank=True, null=True, verbose_name='оборудование 5-10 лет')),</w:t>
        <w:br/>
        <w:t xml:space="preserve">                ('equipment_age_10_15', models.PositiveIntegerField(blank=True, null=True, verbose_name='оборудование 10-15 лет')),</w:t>
        <w:br/>
        <w:t xml:space="preserve">                ('equipment_age_15_20', models.PositiveIntegerField(blank=True, null=True, verbose_name='оборудование 15-20 лет')),</w:t>
        <w:br/>
        <w:t xml:space="preserve">                ('equipment_age_over_20', models.PositiveIntegerField(blank=True, null=True, verbose_name='оборудование свыше 20 лет')),</w:t>
        <w:br/>
        <w:t xml:space="preserve">                ('physical_wear_percent', models.DecimalField(blank=True, decimal_places=2, max_digits=5, null=True, verbose_name='физический износ, %')),</w:t>
        <w:br/>
        <w:t xml:space="preserve">                ('utilization_rate', models.DecimalField(blank=True, decimal_places=2, max_digits=5, null=True, verbose_name='коэффициент загрузки')),</w:t>
        <w:br/>
        <w:t xml:space="preserve">                ('avg_shift_work', models.DecimalField(blank=True, decimal_places=2, max_digits=5, null=True, verbose_name='средняя сменность работы')),</w:t>
        <w:br/>
        <w:t xml:space="preserve">                ('equipment_needed', models.PositiveIntegerField(blank=True, null=True, verbose_name='потребность в оборудовании')),</w:t>
        <w:br/>
        <w:t xml:space="preserve">                ('workers_needed', models.PositiveIntegerField(blank=True, null=True, verbose_name='потребность в кадрах')),</w:t>
        <w:br/>
        <w:t xml:space="preserve">                ('organization', models.ForeignKey(on_delete=django.db.models.deletion.CASCADE, related_name='form_f3_records', to='organization.organization', verbose_name='организация')),</w:t>
        <w:br/>
        <w:t xml:space="preserve">            ],</w:t>
        <w:br/>
        <w:t xml:space="preserve">            options={</w:t>
        <w:br/>
        <w:t xml:space="preserve">                'verbose_name': 'запись Ф-3',</w:t>
        <w:br/>
        <w:t xml:space="preserve">                'verbose_name_plural': 'записи Ф-3',</w:t>
        <w:br/>
        <w:t xml:space="preserve">                'ordering': ['-created_at'],</w:t>
        <w:br/>
        <w:t xml:space="preserve">            },</w:t>
        <w:br/>
        <w:t xml:space="preserve">        ),</w:t>
        <w:br/>
        <w:t xml:space="preserve">        migrations.AddIndex(</w:t>
        <w:br/>
        <w:t xml:space="preserve">            model_name='formf3record',</w:t>
        <w:br/>
        <w:t xml:space="preserve">            index=models.Index(fields=['organization', 'load_batch'], name='form_3_form_organiz_80cdae_idx'),</w:t>
        <w:br/>
        <w:t xml:space="preserve">        ),</w:t>
        <w:br/>
        <w:t xml:space="preserve">        migrations.AddIndex(</w:t>
        <w:br/>
        <w:t xml:space="preserve">            model_name='formf3record',</w:t>
        <w:br/>
        <w:t xml:space="preserve">            index=models.Index(fields=['load_batch'], name='form_3_form_load_ba_421300_idx'),</w:t>
        <w:br/>
        <w:t xml:space="preserve">        ),</w:t>
        <w:br/>
        <w:t xml:space="preserve">    ]</w:t>
      </w:r>
    </w:p>
    <w:p>
      <w:pPr>
        <w:pStyle w:val="Heading1"/>
      </w:pPr>
      <w:r>
        <w:t>src/apps/form_4/services.py</w:t>
      </w:r>
    </w:p>
    <w:p>
      <w:r>
        <w:t>"""</w:t>
        <w:br/>
        <w:t>Сервисы для работы с формой Ф-4.</w:t>
        <w:br/>
        <w:t>Содержит:</w:t>
        <w:br/>
        <w:t>- FormF4Service - CRUD операции</w:t>
        <w:br/>
        <w:t>- FormF4Parser - парсинг Excel</w:t>
        <w:br/>
        <w:t>"""</w:t>
        <w:br/>
        <w:t>import logging</w:t>
        <w:br/>
        <w:t>from typing import Any</w:t>
        <w:br/>
        <w:t>from apps.core.excel import (</w:t>
        <w:br/>
        <w:t xml:space="preserve">    BaseExcelParser,</w:t>
        <w:br/>
        <w:t xml:space="preserve">    ColumnMapping,</w:t>
        <w:br/>
        <w:t xml:space="preserve">    ParseResult,</w:t>
        <w:br/>
        <w:t xml:space="preserve">    RowData,</w:t>
        <w:br/>
        <w:t>)</w:t>
        <w:br/>
        <w:t>from apps.core.services import BaseService, BulkOperationsMixin</w:t>
        <w:br/>
        <w:t>from apps.form_4.models import FormF4Record</w:t>
        <w:br/>
        <w:t>from apps.organization.services import OrganizationService</w:t>
        <w:br/>
        <w:t>from django.db import transaction</w:t>
        <w:br/>
        <w:t>from django.db.models import Count, Max</w:t>
        <w:br/>
        <w:t>logger = logging.getLogger(__name__)</w:t>
        <w:br/>
        <w:t>class FormF4Service(BulkOperationsMixin, BaseService[FormF4Record]):</w:t>
        <w:br/>
        <w:t xml:space="preserve">    """Сервис для работы с записями формы Ф-4."""</w:t>
        <w:br/>
        <w:t xml:space="preserve">    model = FormF4Record</w:t>
        <w:br/>
        <w:t xml:space="preserve">    @classmethod</w:t>
        <w:br/>
        <w:t xml:space="preserve">    def get_by_batch(cls, batch_id: int):</w:t>
        <w:br/>
        <w:t xml:space="preserve">        return cls.get_queryset().filter(load_batch=batch_id)</w:t>
        <w:br/>
        <w:t xml:space="preserve">    @classmethod</w:t>
        <w:br/>
        <w:t xml:space="preserve">    def get_next_batch_id(cls) -&gt; int:</w:t>
        <w:br/>
        <w:t xml:space="preserve">        max_batch = cls.model.objects.aggregate(max_batch=Max("load_batch"))</w:t>
        <w:br/>
        <w:t xml:space="preserve">        return (max_batch["max_batch"] or 0) + 1</w:t>
        <w:br/>
        <w:t xml:space="preserve">    @classmethod</w:t>
        <w:br/>
        <w:t xml:space="preserve">    def get_batches(cls) -&gt; list[dict[str, Any]]:</w:t>
        <w:br/>
        <w:t xml:space="preserve">        return list(</w:t>
        <w:br/>
        <w:t xml:space="preserve">            cls.model.objects.values("load_batch")</w:t>
        <w:br/>
        <w:t xml:space="preserve">            .annotate(count=Count("id"), created_at=Max("created_at"))</w:t>
        <w:br/>
        <w:t xml:space="preserve">            .order_by("-load_batch")</w:t>
        <w:br/>
        <w:t xml:space="preserve">        )</w:t>
        <w:br/>
        <w:t>class FormF4Parser(BaseExcelParser[FormF4Record]):</w:t>
        <w:br/>
        <w:t xml:space="preserve">    """Парсер Excel файла формы Ф-4 (Сводные финансовые данные)."""</w:t>
        <w:br/>
        <w:t xml:space="preserve">    ORG_NAME_COLUMN = 0</w:t>
        <w:br/>
        <w:t xml:space="preserve">    OKPO_COLUMN = 1</w:t>
        <w:br/>
        <w:t xml:space="preserve">    OGRN_COLUMN = 2</w:t>
        <w:br/>
        <w:t xml:space="preserve">    INN_COLUMN = 3</w:t>
        <w:br/>
        <w:t xml:space="preserve">    def get_column_mappings(self) -&gt; list[ColumnMapping]:</w:t>
        <w:br/>
        <w:t xml:space="preserve">        return [</w:t>
        <w:br/>
        <w:t xml:space="preserve">            # Выручка</w:t>
        <w:br/>
        <w:t xml:space="preserve">            ColumnMapping(4, "Выручка (РСБУ)", "revenue_rsbu", field_type="decimal"),</w:t>
        <w:br/>
        <w:t xml:space="preserve">            ColumnMapping(5, "Выручка (МСФО)", "revenue_ifrs", field_type="decimal"),</w:t>
        <w:br/>
        <w:t xml:space="preserve">            ColumnMapping(6, "Выручка прошлого года (РСБУ)", "revenue_prev_rsbu", field_type="decimal"),</w:t>
        <w:br/>
        <w:t xml:space="preserve">            ColumnMapping(7, "Выручка прошлого года (МСФО)", "revenue_prev_ifrs", field_type="decimal"),</w:t>
        <w:br/>
        <w:t xml:space="preserve">            # Прибыль</w:t>
        <w:br/>
        <w:t xml:space="preserve">            ColumnMapping(8, "Чистая прибыль (РСБУ)", "net_profit_rsbu", field_type="decimal"),</w:t>
        <w:br/>
        <w:t xml:space="preserve">            ColumnMapping(9, "Чистая прибыль (МСФО)", "net_profit_ifrs", field_type="decimal"),</w:t>
        <w:br/>
        <w:t xml:space="preserve">            ColumnMapping(10, "Валовая прибыль (РСБУ)", "gross_profit_rsbu", field_type="decimal"),</w:t>
        <w:br/>
        <w:t xml:space="preserve">            ColumnMapping(11, "Операционная прибыль (РСБУ)", "operating_profit_rsbu", field_type="decimal"),</w:t>
        <w:br/>
        <w:t xml:space="preserve">            # EBITDA</w:t>
        <w:br/>
        <w:t xml:space="preserve">            ColumnMapping(12, "EBITDA (РСБУ)", "ebitda_rsbu", field_type="decimal"),</w:t>
        <w:br/>
        <w:t xml:space="preserve">            ColumnMapping(13, "EBITDA (МСФО)", "ebitda_ifrs", field_type="decimal"),</w:t>
        <w:br/>
        <w:t xml:space="preserve">            # Долговая нагрузка</w:t>
        <w:br/>
        <w:t xml:space="preserve">            ColumnMapping(14, "Кредиты и займы (РСБУ)", "loans_rsbu", field_type="decimal"),</w:t>
        <w:br/>
        <w:t xml:space="preserve">            ColumnMapping(15, "Кредиты и займы (МСФО)", "loans_ifrs", field_type="decimal"),</w:t>
        <w:br/>
        <w:t xml:space="preserve">            ColumnMapping(16, "Чистый долг (РСБУ)", "net_debt_rsbu", field_type="decimal"),</w:t>
        <w:br/>
        <w:t xml:space="preserve">            ColumnMapping(17, "Чистый долг (МСФО)", "net_debt_ifrs", field_type="decimal"),</w:t>
        <w:br/>
        <w:t xml:space="preserve">            ColumnMapping(18, "Долг/EBITDA", "debt_to_ebitda", field_type="decimal"),</w:t>
        <w:br/>
        <w:t xml:space="preserve">            # Активы и капитал</w:t>
        <w:br/>
        <w:t xml:space="preserve">            ColumnMapping(19, "Активы (РСБУ)", "total_assets_rsbu", field_type="decimal"),</w:t>
        <w:br/>
        <w:t xml:space="preserve">            ColumnMapping(20, "Активы (МСФО)", "total_assets_ifrs", field_type="decimal"),</w:t>
        <w:br/>
        <w:t xml:space="preserve">            ColumnMapping(21, "Собственный капитал (РСБУ)", "equity_rsbu", field_type="decimal"),</w:t>
        <w:br/>
        <w:t xml:space="preserve">            ColumnMapping(22, "Собственный капитал (МСФО)", "equity_ifrs", field_type="decimal"),</w:t>
        <w:br/>
        <w:t xml:space="preserve">            # Рентабельность</w:t>
        <w:br/>
        <w:t xml:space="preserve">            ColumnMapping(23, "ROE", "roe", field_type="decimal"),</w:t>
        <w:br/>
        <w:t xml:space="preserve">            ColumnMapping(24, "ROA", "roa", field_type="decimal"),</w:t>
        <w:br/>
        <w:t xml:space="preserve">            ColumnMapping(25, "ROS", "ros", field_type="decimal"),</w:t>
        <w:br/>
        <w:t xml:space="preserve">            # Инвестиции</w:t>
        <w:br/>
        <w:t xml:space="preserve">            ColumnMapping(26, "CAPEX", "capex", field_type="decimal"),</w:t>
        <w:br/>
        <w:t xml:space="preserve">            ColumnMapping(27, "Затраты на НИОКР", "rd_expenses", field_type="decimal"),</w:t>
        <w:br/>
        <w:t xml:space="preserve">            # Дивиденды</w:t>
        <w:br/>
        <w:t xml:space="preserve">            ColumnMapping(28, "Выплаченные дивиденды", "dividends_paid", field_type="decimal"),</w:t>
        <w:br/>
        <w:t xml:space="preserve">            ColumnMapping(29, "Дивидендная доходность", "dividend_yield", field_type="decimal"),</w:t>
        <w:br/>
        <w:t xml:space="preserve">        ]</w:t>
        <w:br/>
        <w:t xml:space="preserve">    def get_next_batch_id(self) -&gt; int:</w:t>
        <w:br/>
        <w:t xml:space="preserve">        return FormF4Service.get_next_batch_id()</w:t>
        <w:br/>
        <w:t xml:space="preserve">    @transaction.atomic</w:t>
        <w:br/>
        <w:t xml:space="preserve">    def create_record(self, row_data: RowData, batch_id: int) -&gt; FormF4Record:</w:t>
        <w:br/>
        <w:t xml:space="preserve">        org, _ = OrganizationService.get_or_create_by_inn(</w:t>
        <w:br/>
        <w:t xml:space="preserve">            inn=row_data.inn,</w:t>
        <w:br/>
        <w:t xml:space="preserve">            defaults={</w:t>
        <w:br/>
        <w:t xml:space="preserve">                "name": row_data.organization_name,</w:t>
        <w:br/>
        <w:t xml:space="preserve">                "ogrn": row_data.ogrn or "",</w:t>
        <w:br/>
        <w:t xml:space="preserve">                "okpo": row_data.okpo or "",</w:t>
        <w:br/>
        <w:t xml:space="preserve">                "kpp": row_data.kpp or "",</w:t>
        <w:br/>
        <w:t xml:space="preserve">            },</w:t>
        <w:br/>
        <w:t xml:space="preserve">        )</w:t>
        <w:br/>
        <w:t xml:space="preserve">        return FormF4Record.objects.create(</w:t>
        <w:br/>
        <w:t xml:space="preserve">            organization=org,</w:t>
        <w:br/>
        <w:t xml:space="preserve">            load_batch=batch_id,</w:t>
        <w:br/>
        <w:t xml:space="preserve">            **row_data.fields,</w:t>
        <w:br/>
        <w:t xml:space="preserve">        )</w:t>
        <w:br/>
        <w:t>def parse_form_f4_file(file) -&gt; ParseResult:</w:t>
        <w:br/>
        <w:t xml:space="preserve">    parser = FormF4Parser()</w:t>
        <w:br/>
        <w:t xml:space="preserve">    return parser.parse(file)</w:t>
      </w:r>
    </w:p>
    <w:p>
      <w:pPr>
        <w:pStyle w:val="Heading1"/>
      </w:pPr>
      <w:r>
        <w:t>src/apps/form_4/tasks.py</w:t>
      </w:r>
    </w:p>
    <w:p>
      <w:r>
        <w:t>"""Celery задачи для формы Ф-4."""</w:t>
        <w:br/>
        <w:t>import logging</w:t>
        <w:br/>
        <w:t>from io import BytesIO</w:t>
        <w:br/>
        <w:t>from apps.core.tasks import TrackedTask</w:t>
        <w:br/>
        <w:t>from apps.form_4.services import FormF4Parser</w:t>
        <w:br/>
        <w:t>from celery import shared_task</w:t>
        <w:br/>
        <w:t>logger = logging.getLogger(__name__)</w:t>
        <w:br/>
        <w:t>@shared_task(bind=True, base=TrackedTask)</w:t>
        <w:br/>
        <w:t>def process_form_f4_file(self, file_content: bytes, file_name: str) -&gt; dict:</w:t>
        <w:br/>
        <w:t xml:space="preserve">    logger.info(f"Начало обработки файла Ф-4: {file_name}")</w:t>
        <w:br/>
        <w:t xml:space="preserve">    parser = FormF4Parser()</w:t>
        <w:br/>
        <w:t xml:space="preserve">    result = parser.parse(BytesIO(file_content))</w:t>
        <w:br/>
        <w:t xml:space="preserve">    logger.info(f"Обработка Ф-4 завершена: {result.loaded_count} загружено, {result.skipped_count} пропущено")</w:t>
        <w:br/>
        <w:t xml:space="preserve">    return result.to_dict()</w:t>
      </w:r>
    </w:p>
    <w:p>
      <w:pPr>
        <w:pStyle w:val="Heading1"/>
      </w:pPr>
      <w:r>
        <w:t>src/apps/form_4/models.py</w:t>
      </w:r>
    </w:p>
    <w:p>
      <w:r>
        <w:t>"""</w:t>
        <w:br/>
        <w:t>Модели формы Ф-4 (Сводные финансовые данные).</w:t>
        <w:br/>
        <w:t>Содержит:</w:t>
        <w:br/>
        <w:t>- FormF4Record - запись формы Ф-4</w:t>
        <w:br/>
        <w:t>"""</w:t>
        <w:br/>
        <w:t>import uuid</w:t>
        <w:br/>
        <w:t>from apps.core.mixins import TimestampMixin</w:t>
        <w:br/>
        <w:t>from apps.organization.models import Organization</w:t>
        <w:br/>
        <w:t>from django.db import models</w:t>
        <w:br/>
        <w:t>from django.utils.translation import gettext_lazy as _</w:t>
        <w:br/>
        <w:t>class FormF4Record(TimestampMixin, models.Model):</w:t>
        <w:br/>
        <w:t xml:space="preserve">    """</w:t>
        <w:br/>
        <w:t xml:space="preserve">    Запись формы Ф-4 (Сводные финансовые данные).</w:t>
        <w:br/>
        <w:t xml:space="preserve">    Финансовые показатели по РСБУ и МСФО.</w:t>
        <w:br/>
        <w:t xml:space="preserve">    """</w:t>
        <w:br/>
        <w:t xml:space="preserve">    id = models.UUIDField(</w:t>
        <w:br/>
        <w:t xml:space="preserve">        primary_key=True,</w:t>
        <w:br/>
        <w:t xml:space="preserve">        default=uuid.uuid4,</w:t>
        <w:br/>
        <w:t xml:space="preserve">        editable=False,</w:t>
        <w:br/>
        <w:t xml:space="preserve">        verbose_name=_("ID"),</w:t>
        <w:br/>
        <w:t xml:space="preserve">    )</w:t>
        <w:br/>
        <w:t xml:space="preserve">    organization = models.ForeignKey(</w:t>
        <w:br/>
        <w:t xml:space="preserve">        Organization,</w:t>
        <w:br/>
        <w:t xml:space="preserve">        on_delete=models.CASCADE,</w:t>
        <w:br/>
        <w:t xml:space="preserve">        related_name="form_f4_records",</w:t>
        <w:br/>
        <w:t xml:space="preserve">        verbose_name=_("организация"),</w:t>
        <w:br/>
        <w:t xml:space="preserve">    )</w:t>
        <w:br/>
        <w:t xml:space="preserve">    load_batch = models.PositiveIntegerField(</w:t>
        <w:br/>
        <w:t xml:space="preserve">        _("номер загрузки"),</w:t>
        <w:br/>
        <w:t xml:space="preserve">        db_index=True,</w:t>
        <w:br/>
        <w:t xml:space="preserve">        help_text=_("Идентификатор пакета загрузки"),</w:t>
        <w:br/>
        <w:t xml:space="preserve">    )</w:t>
        <w:br/>
        <w:t xml:space="preserve">    # === Выручка ===</w:t>
        <w:br/>
        <w:t xml:space="preserve">    revenue_rsbu = models.DecimalField(</w:t>
        <w:br/>
        <w:t xml:space="preserve">        _("выручка (РСБУ)"),</w:t>
        <w:br/>
        <w:t xml:space="preserve">        max_digits=20, decimal_places=2, null=True, blank=True,</w:t>
        <w:br/>
        <w:t xml:space="preserve">    )</w:t>
        <w:br/>
        <w:t xml:space="preserve">    revenue_ifrs = models.DecimalField(</w:t>
        <w:br/>
        <w:t xml:space="preserve">        _("выручка (МСФО)"),</w:t>
        <w:br/>
        <w:t xml:space="preserve">        max_digits=20, decimal_places=2, null=True, blank=True,</w:t>
        <w:br/>
        <w:t xml:space="preserve">    )</w:t>
        <w:br/>
        <w:t xml:space="preserve">    revenue_prev_rsbu = models.DecimalField(</w:t>
        <w:br/>
        <w:t xml:space="preserve">        _("выручка прошлого года (РСБУ)"),</w:t>
        <w:br/>
        <w:t xml:space="preserve">        max_digits=20, decimal_places=2, null=True, blank=True,</w:t>
        <w:br/>
        <w:t xml:space="preserve">    )</w:t>
        <w:br/>
        <w:t xml:space="preserve">    revenue_prev_ifrs = models.DecimalField(</w:t>
        <w:br/>
        <w:t xml:space="preserve">        _("выручка прошлого года (МСФО)"),</w:t>
        <w:br/>
        <w:t xml:space="preserve">        max_digits=20, decimal_places=2, null=True, blank=True,</w:t>
        <w:br/>
        <w:t xml:space="preserve">    )</w:t>
        <w:br/>
        <w:t xml:space="preserve">    # === Прибыль ===</w:t>
        <w:br/>
        <w:t xml:space="preserve">    net_profit_rsbu = models.DecimalField(</w:t>
        <w:br/>
        <w:t xml:space="preserve">        _("чистая прибыль (РСБУ)"),</w:t>
        <w:br/>
        <w:t xml:space="preserve">        max_digits=20, decimal_places=2, null=True, blank=True,</w:t>
        <w:br/>
        <w:t xml:space="preserve">    )</w:t>
        <w:br/>
        <w:t xml:space="preserve">    net_profit_ifrs = models.DecimalField(</w:t>
        <w:br/>
        <w:t xml:space="preserve">        _("чистая прибыль (МСФО)"),</w:t>
        <w:br/>
        <w:t xml:space="preserve">        max_digits=20, decimal_places=2, null=True, blank=True,</w:t>
        <w:br/>
        <w:t xml:space="preserve">    )</w:t>
        <w:br/>
        <w:t xml:space="preserve">    gross_profit_rsbu = models.DecimalField(</w:t>
        <w:br/>
        <w:t xml:space="preserve">        _("валовая прибыль (РСБУ)"),</w:t>
        <w:br/>
        <w:t xml:space="preserve">        max_digits=20, decimal_places=2, null=True, blank=True,</w:t>
        <w:br/>
        <w:t xml:space="preserve">    )</w:t>
        <w:br/>
        <w:t xml:space="preserve">    operating_profit_rsbu = models.DecimalField(</w:t>
        <w:br/>
        <w:t xml:space="preserve">        _("операционная прибыль (РСБУ)"),</w:t>
        <w:br/>
        <w:t xml:space="preserve">        max_digits=20, decimal_places=2, null=True, blank=True,</w:t>
        <w:br/>
        <w:t xml:space="preserve">    )</w:t>
        <w:br/>
        <w:t xml:space="preserve">    # === EBITDA ===</w:t>
        <w:br/>
        <w:t xml:space="preserve">    ebitda_rsbu = models.DecimalField(</w:t>
        <w:br/>
        <w:t xml:space="preserve">        _("EBITDA (РСБУ)"),</w:t>
        <w:br/>
        <w:t xml:space="preserve">        max_digits=20, decimal_places=2, null=True, blank=True,</w:t>
        <w:br/>
        <w:t xml:space="preserve">    )</w:t>
        <w:br/>
        <w:t xml:space="preserve">    ebitda_ifrs = models.DecimalField(</w:t>
        <w:br/>
        <w:t xml:space="preserve">        _("EBITDA (МСФО)"),</w:t>
        <w:br/>
        <w:t xml:space="preserve">        max_digits=20, decimal_places=2, null=True, blank=True,</w:t>
        <w:br/>
        <w:t xml:space="preserve">    )</w:t>
        <w:br/>
        <w:t xml:space="preserve">    # === Долговая нагрузка ===</w:t>
        <w:br/>
        <w:t xml:space="preserve">    loans_rsbu = models.DecimalField(</w:t>
        <w:br/>
        <w:t xml:space="preserve">        _("кредиты и займы (РСБУ)"),</w:t>
        <w:br/>
        <w:t xml:space="preserve">        max_digits=20, decimal_places=2, null=True, blank=True,</w:t>
        <w:br/>
        <w:t xml:space="preserve">    )</w:t>
        <w:br/>
        <w:t xml:space="preserve">    loans_ifrs = models.DecimalField(</w:t>
        <w:br/>
        <w:t xml:space="preserve">        _("кредиты и займы (МСФО)"),</w:t>
        <w:br/>
        <w:t xml:space="preserve">        max_digits=20, decimal_places=2, null=True, blank=True,</w:t>
        <w:br/>
        <w:t xml:space="preserve">    )</w:t>
        <w:br/>
        <w:t xml:space="preserve">    net_debt_rsbu = models.DecimalField(</w:t>
        <w:br/>
        <w:t xml:space="preserve">        _("чистый долг (РСБУ)"),</w:t>
        <w:br/>
        <w:t xml:space="preserve">        max_digits=20, decimal_places=2, null=True, blank=True,</w:t>
        <w:br/>
        <w:t xml:space="preserve">    )</w:t>
        <w:br/>
        <w:t xml:space="preserve">    net_debt_ifrs = models.DecimalField(</w:t>
        <w:br/>
        <w:t xml:space="preserve">        _("чистый долг (МСФО)"),</w:t>
        <w:br/>
        <w:t xml:space="preserve">        max_digits=20, decimal_places=2, null=True, blank=True,</w:t>
        <w:br/>
        <w:t xml:space="preserve">    )</w:t>
        <w:br/>
        <w:t xml:space="preserve">    debt_to_ebitda = models.DecimalField(</w:t>
        <w:br/>
        <w:t xml:space="preserve">        _("долг/EBITDA"),</w:t>
        <w:br/>
        <w:t xml:space="preserve">        max_digits=10, decimal_places=2, null=True, blank=True,</w:t>
        <w:br/>
        <w:t xml:space="preserve">    )</w:t>
        <w:br/>
        <w:t xml:space="preserve">    # === Активы и капитал ===</w:t>
        <w:br/>
        <w:t xml:space="preserve">    total_assets_rsbu = models.DecimalField(</w:t>
        <w:br/>
        <w:t xml:space="preserve">        _("активы (РСБУ)"),</w:t>
        <w:br/>
        <w:t xml:space="preserve">        max_digits=20, decimal_places=2, null=True, blank=True,</w:t>
        <w:br/>
        <w:t xml:space="preserve">    )</w:t>
        <w:br/>
        <w:t xml:space="preserve">    total_assets_ifrs = models.DecimalField(</w:t>
        <w:br/>
        <w:t xml:space="preserve">        _("активы (МСФО)"),</w:t>
        <w:br/>
        <w:t xml:space="preserve">        max_digits=20, decimal_places=2, null=True, blank=True,</w:t>
        <w:br/>
        <w:t xml:space="preserve">    )</w:t>
        <w:br/>
        <w:t xml:space="preserve">    equity_rsbu = models.DecimalField(</w:t>
        <w:br/>
        <w:t xml:space="preserve">        _("собственный капитал (РСБУ)"),</w:t>
        <w:br/>
        <w:t xml:space="preserve">        max_digits=20, decimal_places=2, null=True, blank=True,</w:t>
        <w:br/>
        <w:t xml:space="preserve">    )</w:t>
        <w:br/>
        <w:t xml:space="preserve">    equity_ifrs = models.DecimalField(</w:t>
        <w:br/>
        <w:t xml:space="preserve">        _("собственный капитал (МСФО)"),</w:t>
        <w:br/>
        <w:t xml:space="preserve">        max_digits=20, decimal_places=2, null=True, blank=True,</w:t>
        <w:br/>
        <w:t xml:space="preserve">    )</w:t>
        <w:br/>
        <w:t xml:space="preserve">    # === Рентабельность ===</w:t>
        <w:br/>
        <w:t xml:space="preserve">    roe = models.DecimalField(</w:t>
        <w:br/>
        <w:t xml:space="preserve">        _("рентабельность собственного капитала (ROE)"),</w:t>
        <w:br/>
        <w:t xml:space="preserve">        max_digits=10, decimal_places=2, null=True, blank=True,</w:t>
        <w:br/>
        <w:t xml:space="preserve">    )</w:t>
        <w:br/>
        <w:t xml:space="preserve">    roa = models.DecimalField(</w:t>
        <w:br/>
        <w:t xml:space="preserve">        _("рентабельность активов (ROA)"),</w:t>
        <w:br/>
        <w:t xml:space="preserve">        max_digits=10, decimal_places=2, null=True, blank=True,</w:t>
        <w:br/>
        <w:t xml:space="preserve">    )</w:t>
        <w:br/>
        <w:t xml:space="preserve">    ros = models.DecimalField(</w:t>
        <w:br/>
        <w:t xml:space="preserve">        _("рентабельность продаж (ROS)"),</w:t>
        <w:br/>
        <w:t xml:space="preserve">        max_digits=10, decimal_places=2, null=True, blank=True,</w:t>
        <w:br/>
        <w:t xml:space="preserve">    )</w:t>
        <w:br/>
        <w:t xml:space="preserve">    # === Инвестиции ===</w:t>
        <w:br/>
        <w:t xml:space="preserve">    capex = models.DecimalField(</w:t>
        <w:br/>
        <w:t xml:space="preserve">        _("капитальные затраты (CAPEX)"),</w:t>
        <w:br/>
        <w:t xml:space="preserve">        max_digits=20, decimal_places=2, null=True, blank=True,</w:t>
        <w:br/>
        <w:t xml:space="preserve">    )</w:t>
        <w:br/>
        <w:t xml:space="preserve">    rd_expenses = models.DecimalField(</w:t>
        <w:br/>
        <w:t xml:space="preserve">        _("затраты на НИОКР"),</w:t>
        <w:br/>
        <w:t xml:space="preserve">        max_digits=20, decimal_places=2, null=True, blank=True,</w:t>
        <w:br/>
        <w:t xml:space="preserve">    )</w:t>
        <w:br/>
        <w:t xml:space="preserve">    # === Дивиденды ===</w:t>
        <w:br/>
        <w:t xml:space="preserve">    dividends_paid = models.DecimalField(</w:t>
        <w:br/>
        <w:t xml:space="preserve">        _("выплаченные дивиденды"),</w:t>
        <w:br/>
        <w:t xml:space="preserve">        max_digits=20, decimal_places=2, null=True, blank=True,</w:t>
        <w:br/>
        <w:t xml:space="preserve">    )</w:t>
        <w:br/>
        <w:t xml:space="preserve">    dividend_yield = models.DecimalField(</w:t>
        <w:br/>
        <w:t xml:space="preserve">        _("дивидендная доходность"),</w:t>
        <w:br/>
        <w:t xml:space="preserve">        max_digits=10, decimal_places=2, null=True, blank=True,</w:t>
        <w:br/>
        <w:t xml:space="preserve">    )</w:t>
        <w:br/>
        <w:t xml:space="preserve">    class Meta:</w:t>
        <w:br/>
        <w:t xml:space="preserve">        verbose_name = _("запись Ф-4")</w:t>
        <w:br/>
        <w:t xml:space="preserve">        verbose_name_plural = _("записи Ф-4")</w:t>
        <w:br/>
        <w:t xml:space="preserve">        ordering = ["-created_at"]</w:t>
        <w:br/>
        <w:t xml:space="preserve">        indexes = [</w:t>
        <w:br/>
        <w:t xml:space="preserve">            models.Index(fields=["organization", "load_batch"]),</w:t>
        <w:br/>
        <w:t xml:space="preserve">            models.Index(fields=["load_batch"]),</w:t>
        <w:br/>
        <w:t xml:space="preserve">        ]</w:t>
        <w:br/>
        <w:t xml:space="preserve">    def __str__(self) -&gt; str:</w:t>
        <w:br/>
        <w:t xml:space="preserve">        return f"Ф-4: {self.organization.name} (batch: {self.load_batch})"</w:t>
      </w:r>
    </w:p>
    <w:p>
      <w:pPr>
        <w:pStyle w:val="Heading1"/>
      </w:pPr>
      <w:r>
        <w:t>src/apps/form_4/serializers.py</w:t>
      </w:r>
    </w:p>
    <w:p>
      <w:r>
        <w:t>"""Сериализаторы формы Ф-4."""</w:t>
        <w:br/>
        <w:t>from apps.form_4.models import FormF4Record</w:t>
        <w:br/>
        <w:t>from apps.organization.serializers import OrganizationSerializer</w:t>
        <w:br/>
        <w:t>from rest_framework import serializers</w:t>
        <w:br/>
        <w:t>class FormF4RecordSerializer(serializers.ModelSerializer):</w:t>
        <w:br/>
        <w:t xml:space="preserve">    organization = OrganizationSerializer(read_only=True)</w:t>
        <w:br/>
        <w:t xml:space="preserve">    class Meta:</w:t>
        <w:br/>
        <w:t xml:space="preserve">        model = FormF4Record</w:t>
        <w:br/>
        <w:t xml:space="preserve">        fields = "__all__"</w:t>
        <w:br/>
        <w:t xml:space="preserve">        read_only_fields = ["id", "created_at", "updated_at"]</w:t>
        <w:br/>
        <w:t>class FormF4RecordListSerializer(serializers.ModelSerializer):</w:t>
        <w:br/>
        <w:t xml:space="preserve">    organization_name = serializers.CharField(source="organization.name", read_only=True)</w:t>
        <w:br/>
        <w:t xml:space="preserve">    organization_inn = serializers.CharField(source="organization.inn", read_only=True)</w:t>
        <w:br/>
        <w:t xml:space="preserve">    class Meta:</w:t>
        <w:br/>
        <w:t xml:space="preserve">        model = FormF4Record</w:t>
        <w:br/>
        <w:t xml:space="preserve">        fields = [</w:t>
        <w:br/>
        <w:t xml:space="preserve">            "id", "organization_name", "organization_inn", "load_batch",</w:t>
        <w:br/>
        <w:t xml:space="preserve">            "revenue_rsbu", "net_profit_rsbu", "ebitda_rsbu", "created_at",</w:t>
        <w:br/>
        <w:t xml:space="preserve">        ]</w:t>
        <w:br/>
        <w:t>class FormF4UploadSerializer(serializers.Serializer):</w:t>
        <w:br/>
        <w:t xml:space="preserve">    file = serializers.FileField(help_text="Excel файл формы Ф-4 (.xlsx)")</w:t>
        <w:br/>
        <w:t xml:space="preserve">    def validate_file(self, value):</w:t>
        <w:br/>
        <w:t xml:space="preserve">        if not value.name.endswith((".xlsx", ".xls")):</w:t>
        <w:br/>
        <w:t xml:space="preserve">            raise serializers.ValidationError("Неподдерживаемый формат файла")</w:t>
        <w:br/>
        <w:t xml:space="preserve">        if value.size &gt; 50 * 1024 * 1024:</w:t>
        <w:br/>
        <w:t xml:space="preserve">            raise serializers.ValidationError("Размер файла превышает 50MB")</w:t>
        <w:br/>
        <w:t xml:space="preserve">        return value</w:t>
        <w:br/>
        <w:t>class FieldErrorSerializer(serializers.Serializer):</w:t>
        <w:br/>
        <w:t xml:space="preserve">    field = serializers.CharField()</w:t>
        <w:br/>
        <w:t xml:space="preserve">    message = serializers.CharField()</w:t>
        <w:br/>
        <w:t>class RowValidationErrorSerializer(serializers.Serializer):</w:t>
        <w:br/>
        <w:t xml:space="preserve">    row = serializers.IntegerField()</w:t>
        <w:br/>
        <w:t xml:space="preserve">    inn = serializers.CharField(allow_null=True)</w:t>
        <w:br/>
        <w:t xml:space="preserve">    kpp = serializers.CharField(allow_null=True)</w:t>
        <w:br/>
        <w:t xml:space="preserve">    organization_name = serializers.CharField(allow_null=True)</w:t>
        <w:br/>
        <w:t xml:space="preserve">    errors = FieldErrorSerializer(many=True)</w:t>
        <w:br/>
        <w:t>class FormF4ParseResultSerializer(serializers.Serializer):</w:t>
        <w:br/>
        <w:t xml:space="preserve">    batch_id = serializers.IntegerField()</w:t>
        <w:br/>
        <w:t xml:space="preserve">    loaded_count = serializers.IntegerField()</w:t>
        <w:br/>
        <w:t xml:space="preserve">    skipped_count = serializers.IntegerField()</w:t>
        <w:br/>
        <w:t xml:space="preserve">    errors = RowValidationErrorSerializer(many=True)</w:t>
      </w:r>
    </w:p>
    <w:p>
      <w:pPr>
        <w:pStyle w:val="Heading1"/>
      </w:pPr>
      <w:r>
        <w:t>src/apps/form_4/__init__.py</w:t>
      </w:r>
    </w:p>
    <w:p>
      <w:r>
        <w:t>"""Приложение формы Ф-4 (Сводные финансовые данные)."""</w:t>
      </w:r>
    </w:p>
    <w:p>
      <w:pPr>
        <w:pStyle w:val="Heading1"/>
      </w:pPr>
      <w:r>
        <w:t>src/apps/form_4/apps.py</w:t>
      </w:r>
    </w:p>
    <w:p>
      <w:r>
        <w:t>"""Конфигурация приложения form_4."""</w:t>
        <w:br/>
        <w:t>from django.apps import AppConfig</w:t>
        <w:br/>
        <w:t>class Form4Config(AppConfig):</w:t>
        <w:br/>
        <w:t xml:space="preserve">    """Конфигурация приложения формы Ф-4."""</w:t>
        <w:br/>
        <w:t xml:space="preserve">    default_auto_field = "django.db.models.BigAutoField"</w:t>
        <w:br/>
        <w:t xml:space="preserve">    name = "apps.form_4"</w:t>
        <w:br/>
        <w:t xml:space="preserve">    verbose_name = "Форма Ф-4 (Сводные финансовые данные)"</w:t>
      </w:r>
    </w:p>
    <w:p>
      <w:pPr>
        <w:pStyle w:val="Heading1"/>
      </w:pPr>
      <w:r>
        <w:t>src/apps/form_4/api.py</w:t>
      </w:r>
    </w:p>
    <w:p>
      <w:r>
        <w:t>"""API формы Ф-4."""</w:t>
        <w:br/>
        <w:t>import logging</w:t>
        <w:br/>
        <w:t>from apps.core.viewsets import BaseViewSet</w:t>
        <w:br/>
        <w:t>from apps.form_4.models import FormF4Record</w:t>
        <w:br/>
        <w:t>from apps.form_4.serializers import (</w:t>
        <w:br/>
        <w:t xml:space="preserve">    FormF4ParseResultSerializer,</w:t>
        <w:br/>
        <w:t xml:space="preserve">    FormF4RecordListSerializer,</w:t>
        <w:br/>
        <w:t xml:space="preserve">    FormF4RecordSerializer,</w:t>
        <w:br/>
        <w:t xml:space="preserve">    FormF4UploadSerializer,</w:t>
        <w:br/>
        <w:t>)</w:t>
        <w:br/>
        <w:t>from apps.form_4.services import FormF4Service, parse_form_f4_file</w:t>
        <w:br/>
        <w:t>from apps.form_4.tasks import process_form_f4_file</w:t>
        <w:br/>
        <w:t>from rest_framework import status</w:t>
        <w:br/>
        <w:t>from rest_framework.parsers import MultiPartParser</w:t>
        <w:br/>
        <w:t>from rest_framework.response import Response</w:t>
        <w:br/>
        <w:t>from rest_framework.views import APIView</w:t>
        <w:br/>
        <w:t>logger = logging.getLogger(__name__)</w:t>
        <w:br/>
        <w:t>BACKGROUND_THRESHOLD = 1024 * 1024</w:t>
        <w:br/>
        <w:t>class FormF4UploadView(APIView):</w:t>
        <w:br/>
        <w:t xml:space="preserve">    parser_classes = [MultiPartParser]</w:t>
        <w:br/>
        <w:t xml:space="preserve">    def post(self, request):</w:t>
        <w:br/>
        <w:t xml:space="preserve">        serializer = FormF4UploadSerializer(data=request.data)</w:t>
        <w:br/>
        <w:t xml:space="preserve">        serializer.is_valid(raise_exception=True)</w:t>
        <w:br/>
        <w:t xml:space="preserve">        file = serializer.validated_data["file"]</w:t>
        <w:br/>
        <w:t xml:space="preserve">        if file.size &gt; BACKGROUND_THRESHOLD:</w:t>
        <w:br/>
        <w:t xml:space="preserve">            task = process_form_f4_file.delay(file.read(), file.name)</w:t>
        <w:br/>
        <w:t xml:space="preserve">            return Response(</w:t>
        <w:br/>
        <w:t xml:space="preserve">                {"success": True, "message": "Файл поставлен в очередь", "task_id": task.id},</w:t>
        <w:br/>
        <w:t xml:space="preserve">                status=status.HTTP_202_ACCEPTED,</w:t>
        <w:br/>
        <w:t xml:space="preserve">            )</w:t>
        <w:br/>
        <w:t xml:space="preserve">        try:</w:t>
        <w:br/>
        <w:t xml:space="preserve">            result = parse_form_f4_file(file)</w:t>
        <w:br/>
        <w:t xml:space="preserve">            return Response({"success": True, "data": FormF4ParseResultSerializer(result).data})</w:t>
        <w:br/>
        <w:t xml:space="preserve">        except Exception as e:</w:t>
        <w:br/>
        <w:t xml:space="preserve">            logger.exception("Ошибка обработки файла Ф-4")</w:t>
        <w:br/>
        <w:t xml:space="preserve">            return Response({"success": False, "error": str(e)}, status=status.HTTP_400_BAD_REQUEST)</w:t>
        <w:br/>
        <w:t>class FormF4RecordViewSet(BaseViewSet):</w:t>
        <w:br/>
        <w:t xml:space="preserve">    queryset = FormF4Record.objects.select_related("organization").all()</w:t>
        <w:br/>
        <w:t xml:space="preserve">    serializer_class = FormF4RecordSerializer</w:t>
        <w:br/>
        <w:t xml:space="preserve">    service_class = FormF4Service</w:t>
        <w:br/>
        <w:t xml:space="preserve">    def get_serializer_class(self):</w:t>
        <w:br/>
        <w:t xml:space="preserve">        return FormF4RecordListSerializer if self.action == "list" else FormF4RecordSerializer</w:t>
        <w:br/>
        <w:t xml:space="preserve">    def get_queryset(self):</w:t>
        <w:br/>
        <w:t xml:space="preserve">        qs = super().get_queryset()</w:t>
        <w:br/>
        <w:t xml:space="preserve">        batch_id = self.request.query_params.get("batch_id")</w:t>
        <w:br/>
        <w:t xml:space="preserve">        return qs.filter(load_batch=batch_id) if batch_id else qs</w:t>
      </w:r>
    </w:p>
    <w:p>
      <w:pPr>
        <w:pStyle w:val="Heading1"/>
      </w:pPr>
      <w:r>
        <w:t>src/apps/form_4/admin.py</w:t>
      </w:r>
    </w:p>
    <w:p>
      <w:r>
        <w:t>"""Админка формы Ф-4."""</w:t>
        <w:br/>
        <w:t>from apps.form_4.models import FormF4Record</w:t>
        <w:br/>
        <w:t>from django.contrib import admin</w:t>
        <w:br/>
        <w:t>@admin.register(FormF4Record)</w:t>
        <w:br/>
        <w:t>class FormF4RecordAdmin(admin.ModelAdmin):</w:t>
        <w:br/>
        <w:t xml:space="preserve">    """Админка записей формы Ф-4."""</w:t>
        <w:br/>
        <w:t xml:space="preserve">    list_display = [</w:t>
        <w:br/>
        <w:t xml:space="preserve">        "organization", "load_batch", "revenue_rsbu",</w:t>
        <w:br/>
        <w:t xml:space="preserve">        "net_profit_rsbu", "ebitda_rsbu", "created_at",</w:t>
        <w:br/>
        <w:t xml:space="preserve">    ]</w:t>
        <w:br/>
        <w:t xml:space="preserve">    list_filter = ["load_batch", "created_at"]</w:t>
        <w:br/>
        <w:t xml:space="preserve">    search_fields = ["organization__name", "organization__inn"]</w:t>
        <w:br/>
        <w:t xml:space="preserve">    readonly_fields = ["id", "created_at", "updated_at"]</w:t>
        <w:br/>
        <w:t xml:space="preserve">    raw_id_fields = ["organization"]</w:t>
        <w:br/>
        <w:t xml:space="preserve">    ordering = ["-created_at"]</w:t>
        <w:br/>
        <w:t xml:space="preserve">    fieldsets = [</w:t>
        <w:br/>
        <w:t xml:space="preserve">        ("Основная информация", {"fields": ["id", "organization", "load_batch"]}),</w:t>
        <w:br/>
        <w:t xml:space="preserve">        ("Выручка", {</w:t>
        <w:br/>
        <w:t xml:space="preserve">            "fields": ["revenue_rsbu", "revenue_ifrs", "revenue_prev_rsbu", "revenue_prev_ifrs"],</w:t>
        <w:br/>
        <w:t xml:space="preserve">        }),</w:t>
        <w:br/>
        <w:t xml:space="preserve">        ("Прибыль", {</w:t>
        <w:br/>
        <w:t xml:space="preserve">            "fields": ["net_profit_rsbu", "net_profit_ifrs", "gross_profit_rsbu", "operating_profit_rsbu"],</w:t>
        <w:br/>
        <w:t xml:space="preserve">        }),</w:t>
        <w:br/>
        <w:t xml:space="preserve">        ("EBITDA", {"fields": ["ebitda_rsbu", "ebitda_ifrs"]}),</w:t>
        <w:br/>
        <w:t xml:space="preserve">        ("Долговая нагрузка", {</w:t>
        <w:br/>
        <w:t xml:space="preserve">            "fields": [</w:t>
        <w:br/>
        <w:t xml:space="preserve">                "loans_rsbu", "loans_ifrs", "net_debt_rsbu",</w:t>
        <w:br/>
        <w:t xml:space="preserve">                "net_debt_ifrs", "debt_to_ebitda",</w:t>
        <w:br/>
        <w:t xml:space="preserve">            ],</w:t>
        <w:br/>
        <w:t xml:space="preserve">            "classes": ["collapse"],</w:t>
        <w:br/>
        <w:t xml:space="preserve">        }),</w:t>
        <w:br/>
        <w:t xml:space="preserve">        ("Активы и капитал", {</w:t>
        <w:br/>
        <w:t xml:space="preserve">            "fields": ["total_assets_rsbu", "total_assets_ifrs", "equity_rsbu", "equity_ifrs"],</w:t>
        <w:br/>
        <w:t xml:space="preserve">            "classes": ["collapse"],</w:t>
        <w:br/>
        <w:t xml:space="preserve">        }),</w:t>
        <w:br/>
        <w:t xml:space="preserve">        ("Рентабельность", {"fields": ["roe", "roa", "ros"], "classes": ["collapse"]}),</w:t>
        <w:br/>
        <w:t xml:space="preserve">        ("Инвестиции", {"fields": ["capex", "rd_expenses"], "classes": ["collapse"]}),</w:t>
        <w:br/>
        <w:t xml:space="preserve">        ("Дивиденды", {"fields": ["dividends_paid", "dividend_yield"], "classes": ["collapse"]}),</w:t>
        <w:br/>
        <w:t xml:space="preserve">        ("Системные поля", {"fields": ["created_at", "updated_at"], "classes": ["collapse"]}),</w:t>
        <w:br/>
        <w:t xml:space="preserve">    ]</w:t>
      </w:r>
    </w:p>
    <w:p>
      <w:pPr>
        <w:pStyle w:val="Heading1"/>
      </w:pPr>
      <w:r>
        <w:t>src/apps/form_4/urls.py</w:t>
      </w:r>
    </w:p>
    <w:p>
      <w:r>
        <w:t>"""URL маршруты формы Ф-4."""</w:t>
        <w:br/>
        <w:t>from apps.form_4.api import FormF4RecordViewSet, FormF4UploadView</w:t>
        <w:br/>
        <w:t>from django.urls import include, path</w:t>
        <w:br/>
        <w:t>from rest_framework.routers import DefaultRouter</w:t>
        <w:br/>
        <w:t>router = DefaultRouter()</w:t>
        <w:br/>
        <w:t>router.register("records", FormF4RecordViewSet, basename="form-f4-records")</w:t>
        <w:br/>
        <w:t>urlpatterns = [</w:t>
        <w:br/>
        <w:t xml:space="preserve">    path("upload/", FormF4UploadView.as_view(), name="form-f4-upload"),</w:t>
        <w:br/>
        <w:t xml:space="preserve">    path("", include(router.urls)),</w:t>
        <w:br/>
        <w:t>]</w:t>
      </w:r>
    </w:p>
    <w:p>
      <w:pPr>
        <w:pStyle w:val="Heading1"/>
      </w:pPr>
      <w:r>
        <w:t>src/apps/form_4/migrations/__init__.py</w:t>
      </w:r>
    </w:p>
    <w:p>
      <w:r>
        <w:t>[Пустой файл]</w:t>
      </w:r>
    </w:p>
    <w:p>
      <w:pPr>
        <w:pStyle w:val="Heading1"/>
      </w:pPr>
      <w:r>
        <w:t>src/apps/form_4/migrations/0001_initial.py</w:t>
      </w:r>
    </w:p>
    <w:p>
      <w:r>
        <w:t># Generated by Django 3.2.25 on 2026-02-06 12:49</w:t>
        <w:br/>
        <w:t>from django.db import migrations, models</w:t>
        <w:br/>
        <w:t>import django.db.models.deletion</w:t>
        <w:br/>
        <w:t>import uuid</w:t>
        <w:br/>
        <w:t>class Migration(migrations.Migration):</w:t>
        <w:br/>
        <w:t xml:space="preserve">    initial = True</w:t>
        <w:br/>
        <w:t xml:space="preserve">    dependencies = [</w:t>
        <w:br/>
        <w:t xml:space="preserve">        ('organization', '0001_initial'),</w:t>
        <w:br/>
        <w:t xml:space="preserve">    ]</w:t>
        <w:br/>
        <w:t xml:space="preserve">    operations = [</w:t>
        <w:br/>
        <w:t xml:space="preserve">        migrations.CreateModel(</w:t>
        <w:br/>
        <w:t xml:space="preserve">            name='FormF4Record',</w:t>
        <w:br/>
        <w:t xml:space="preserve">            fields=[</w:t>
        <w:br/>
        <w:t xml:space="preserve">                ('created_at', models.DateTimeField(auto_now_add=True, db_index=True, help_text='Дата и время создания записи', verbose_name='создано')),</w:t>
        <w:br/>
        <w:t xml:space="preserve">                ('updated_at', models.DateTimeField(auto_now=True, help_text='Дата и время последнего обновления', verbose_name='обновлено')),</w:t>
        <w:br/>
        <w:t xml:space="preserve">                ('id', models.UUIDField(default=uuid.uuid4, editable=False, primary_key=True, serialize=False, verbose_name='ID')),</w:t>
        <w:br/>
        <w:t xml:space="preserve">                ('load_batch', models.PositiveIntegerField(db_index=True, help_text='Идентификатор пакета загрузки', verbose_name='номер загрузки')),</w:t>
        <w:br/>
        <w:t xml:space="preserve">                ('revenue_rsbu', models.DecimalField(blank=True, decimal_places=2, max_digits=20, null=True, verbose_name='выручка (РСБУ)')),</w:t>
        <w:br/>
        <w:t xml:space="preserve">                ('revenue_ifrs', models.DecimalField(blank=True, decimal_places=2, max_digits=20, null=True, verbose_name='выручка (МСФО)')),</w:t>
        <w:br/>
        <w:t xml:space="preserve">                ('revenue_prev_rsbu', models.DecimalField(blank=True, decimal_places=2, max_digits=20, null=True, verbose_name='выручка прошлого года (РСБУ)')),</w:t>
        <w:br/>
        <w:t xml:space="preserve">                ('revenue_prev_ifrs', models.DecimalField(blank=True, decimal_places=2, max_digits=20, null=True, verbose_name='выручка прошлого года (МСФО)')),</w:t>
        <w:br/>
        <w:t xml:space="preserve">                ('net_profit_rsbu', models.DecimalField(blank=True, decimal_places=2, max_digits=20, null=True, verbose_name='чистая прибыль (РСБУ)')),</w:t>
        <w:br/>
        <w:t xml:space="preserve">                ('net_profit_ifrs', models.DecimalField(blank=True, decimal_places=2, max_digits=20, null=True, verbose_name='чистая прибыль (МСФО)')),</w:t>
        <w:br/>
        <w:t xml:space="preserve">                ('gross_profit_rsbu', models.DecimalField(blank=True, decimal_places=2, max_digits=20, null=True, verbose_name='валовая прибыль (РСБУ)')),</w:t>
        <w:br/>
        <w:t xml:space="preserve">                ('operating_profit_rsbu', models.DecimalField(blank=True, decimal_places=2, max_digits=20, null=True, verbose_name='операционная прибыль (РСБУ)')),</w:t>
        <w:br/>
        <w:t xml:space="preserve">                ('ebitda_rsbu', models.DecimalField(blank=True, decimal_places=2, max_digits=20, null=True, verbose_name='EBITDA (РСБУ)')),</w:t>
        <w:br/>
        <w:t xml:space="preserve">                ('ebitda_ifrs', models.DecimalField(blank=True, decimal_places=2, max_digits=20, null=True, verbose_name='EBITDA (МСФО)')),</w:t>
        <w:br/>
        <w:t xml:space="preserve">                ('loans_rsbu', models.DecimalField(blank=True, decimal_places=2, max_digits=20, null=True, verbose_name='кредиты и займы (РСБУ)')),</w:t>
        <w:br/>
        <w:t xml:space="preserve">                ('loans_ifrs', models.DecimalField(blank=True, decimal_places=2, max_digits=20, null=True, verbose_name='кредиты и займы (МСФО)')),</w:t>
        <w:br/>
        <w:t xml:space="preserve">                ('net_debt_rsbu', models.DecimalField(blank=True, decimal_places=2, max_digits=20, null=True, verbose_name='чистый долг (РСБУ)')),</w:t>
        <w:br/>
        <w:t xml:space="preserve">                ('net_debt_ifrs', models.DecimalField(blank=True, decimal_places=2, max_digits=20, null=True, verbose_name='чистый долг (МСФО)')),</w:t>
        <w:br/>
        <w:t xml:space="preserve">                ('debt_to_ebitda', models.DecimalField(blank=True, decimal_places=2, max_digits=10, null=True, verbose_name='долг/EBITDA')),</w:t>
        <w:br/>
        <w:t xml:space="preserve">                ('total_assets_rsbu', models.DecimalField(blank=True, decimal_places=2, max_digits=20, null=True, verbose_name='активы (РСБУ)')),</w:t>
        <w:br/>
        <w:t xml:space="preserve">                ('total_assets_ifrs', models.DecimalField(blank=True, decimal_places=2, max_digits=20, null=True, verbose_name='активы (МСФО)')),</w:t>
        <w:br/>
        <w:t xml:space="preserve">                ('equity_rsbu', models.DecimalField(blank=True, decimal_places=2, max_digits=20, null=True, verbose_name='собственный капитал (РСБУ)')),</w:t>
        <w:br/>
        <w:t xml:space="preserve">                ('equity_ifrs', models.DecimalField(blank=True, decimal_places=2, max_digits=20, null=True, verbose_name='собственный капитал (МСФО)')),</w:t>
        <w:br/>
        <w:t xml:space="preserve">                ('roe', models.DecimalField(blank=True, decimal_places=2, max_digits=10, null=True, verbose_name='рентабельность собственного капитала (ROE)')),</w:t>
        <w:br/>
        <w:t xml:space="preserve">                ('roa', models.DecimalField(blank=True, decimal_places=2, max_digits=10, null=True, verbose_name='рентабельность активов (ROA)')),</w:t>
        <w:br/>
        <w:t xml:space="preserve">                ('ros', models.DecimalField(blank=True, decimal_places=2, max_digits=10, null=True, verbose_name='рентабельность продаж (ROS)')),</w:t>
        <w:br/>
        <w:t xml:space="preserve">                ('capex', models.DecimalField(blank=True, decimal_places=2, max_digits=20, null=True, verbose_name='капитальные затраты (CAPEX)')),</w:t>
        <w:br/>
        <w:t xml:space="preserve">                ('rd_expenses', models.DecimalField(blank=True, decimal_places=2, max_digits=20, null=True, verbose_name='затраты на НИОКР')),</w:t>
        <w:br/>
        <w:t xml:space="preserve">                ('dividends_paid', models.DecimalField(blank=True, decimal_places=2, max_digits=20, null=True, verbose_name='выплаченные дивиденды')),</w:t>
        <w:br/>
        <w:t xml:space="preserve">                ('dividend_yield', models.DecimalField(blank=True, decimal_places=2, max_digits=10, null=True, verbose_name='дивидендная доходность')),</w:t>
        <w:br/>
        <w:t xml:space="preserve">                ('organization', models.ForeignKey(on_delete=django.db.models.deletion.CASCADE, related_name='form_f4_records', to='organization.organization', verbose_name='организация')),</w:t>
        <w:br/>
        <w:t xml:space="preserve">            ],</w:t>
        <w:br/>
        <w:t xml:space="preserve">            options={</w:t>
        <w:br/>
        <w:t xml:space="preserve">                'verbose_name': 'запись Ф-4',</w:t>
        <w:br/>
        <w:t xml:space="preserve">                'verbose_name_plural': 'записи Ф-4',</w:t>
        <w:br/>
        <w:t xml:space="preserve">                'ordering': ['-created_at'],</w:t>
        <w:br/>
        <w:t xml:space="preserve">            },</w:t>
        <w:br/>
        <w:t xml:space="preserve">        ),</w:t>
        <w:br/>
        <w:t xml:space="preserve">        migrations.AddIndex(</w:t>
        <w:br/>
        <w:t xml:space="preserve">            model_name='formf4record',</w:t>
        <w:br/>
        <w:t xml:space="preserve">            index=models.Index(fields=['organization', 'load_batch'], name='form_4_form_organiz_387e01_idx'),</w:t>
        <w:br/>
        <w:t xml:space="preserve">        ),</w:t>
        <w:br/>
        <w:t xml:space="preserve">        migrations.AddIndex(</w:t>
        <w:br/>
        <w:t xml:space="preserve">            model_name='formf4record',</w:t>
        <w:br/>
        <w:t xml:space="preserve">            index=models.Index(fields=['load_batch'], name='form_4_form_load_ba_3e4efc_idx'),</w:t>
        <w:br/>
        <w:t xml:space="preserve">        ),</w:t>
        <w:br/>
        <w:t xml:space="preserve">    ]</w:t>
      </w:r>
    </w:p>
    <w:p>
      <w:pPr>
        <w:pStyle w:val="Heading1"/>
      </w:pPr>
      <w:r>
        <w:t>src/apps/form_5/services.py</w:t>
      </w:r>
    </w:p>
    <w:p>
      <w:r>
        <w:t>"""</w:t>
        <w:br/>
        <w:t>Сервисы для работы с формой Ф-5.</w:t>
        <w:br/>
        <w:t>Содержит:</w:t>
        <w:br/>
        <w:t>- FormF5Service - CRUD операции</w:t>
        <w:br/>
        <w:t>- FormF5Parser - парсинг Excel</w:t>
        <w:br/>
        <w:t>"""</w:t>
        <w:br/>
        <w:t>import logging</w:t>
        <w:br/>
        <w:t>from typing import Any</w:t>
        <w:br/>
        <w:t>from apps.core.excel import (</w:t>
        <w:br/>
        <w:t xml:space="preserve">    BaseExcelParser,</w:t>
        <w:br/>
        <w:t xml:space="preserve">    ColumnMapping,</w:t>
        <w:br/>
        <w:t xml:space="preserve">    ParseResult,</w:t>
        <w:br/>
        <w:t xml:space="preserve">    RowData,</w:t>
        <w:br/>
        <w:t>)</w:t>
        <w:br/>
        <w:t>from apps.core.services import BaseService, BulkOperationsMixin</w:t>
        <w:br/>
        <w:t>from apps.form_5.models import FormF5Record</w:t>
        <w:br/>
        <w:t>from apps.organization.services import OrganizationService</w:t>
        <w:br/>
        <w:t>from django.db import transaction</w:t>
        <w:br/>
        <w:t>from django.db.models import Count, Max</w:t>
        <w:br/>
        <w:t>logger = logging.getLogger(__name__)</w:t>
        <w:br/>
        <w:t>class FormF5Service(BulkOperationsMixin, BaseService[FormF5Record]):</w:t>
        <w:br/>
        <w:t xml:space="preserve">    """Сервис для работы с записями формы Ф-5."""</w:t>
        <w:br/>
        <w:t xml:space="preserve">    model = FormF5Record</w:t>
        <w:br/>
        <w:t xml:space="preserve">    @classmethod</w:t>
        <w:br/>
        <w:t xml:space="preserve">    def get_by_batch(cls, batch_id: int):</w:t>
        <w:br/>
        <w:t xml:space="preserve">        return cls.get_queryset().filter(load_batch=batch_id)</w:t>
        <w:br/>
        <w:t xml:space="preserve">    @classmethod</w:t>
        <w:br/>
        <w:t xml:space="preserve">    def get_next_batch_id(cls) -&gt; int:</w:t>
        <w:br/>
        <w:t xml:space="preserve">        max_batch = cls.model.objects.aggregate(max_batch=Max("load_batch"))</w:t>
        <w:br/>
        <w:t xml:space="preserve">        return (max_batch["max_batch"] or 0) + 1</w:t>
        <w:br/>
        <w:t xml:space="preserve">    @classmethod</w:t>
        <w:br/>
        <w:t xml:space="preserve">    def get_batches(cls) -&gt; list[dict[str, Any]]:</w:t>
        <w:br/>
        <w:t xml:space="preserve">        return list(</w:t>
        <w:br/>
        <w:t xml:space="preserve">            cls.model.objects.values("load_batch")</w:t>
        <w:br/>
        <w:t xml:space="preserve">            .annotate(count=Count("id"), created_at=Max("created_at"))</w:t>
        <w:br/>
        <w:t xml:space="preserve">            .order_by("-load_batch")</w:t>
        <w:br/>
        <w:t xml:space="preserve">        )</w:t>
        <w:br/>
        <w:t>class FormF5Parser(BaseExcelParser[FormF5Record]):</w:t>
        <w:br/>
        <w:t xml:space="preserve">    """Парсер Excel файла формы Ф-5 (Инвентаризация оборудования)."""</w:t>
        <w:br/>
        <w:t xml:space="preserve">    ORG_NAME_COLUMN = 0</w:t>
        <w:br/>
        <w:t xml:space="preserve">    OKPO_COLUMN = 1</w:t>
        <w:br/>
        <w:t xml:space="preserve">    OGRN_COLUMN = 2</w:t>
        <w:br/>
        <w:t xml:space="preserve">    INN_COLUMN = 3</w:t>
        <w:br/>
        <w:t xml:space="preserve">    def get_column_mappings(self) -&gt; list[ColumnMapping]:</w:t>
        <w:br/>
        <w:t xml:space="preserve">        return [</w:t>
        <w:br/>
        <w:t xml:space="preserve">            # Идентификация</w:t>
        <w:br/>
        <w:t xml:space="preserve">            ColumnMapping(4, "Идентификационный код", "equipment_id", field_type="str"),</w:t>
        <w:br/>
        <w:t xml:space="preserve">            ColumnMapping(5, "Инвентарный номер", "inventory_number", field_type="str"),</w:t>
        <w:br/>
        <w:t xml:space="preserve">            ColumnMapping(6, "Наименование оборудования", "name", field_type="str"),</w:t>
        <w:br/>
        <w:t xml:space="preserve">            ColumnMapping(7, "Модель", "model", field_type="str"),</w:t>
        <w:br/>
        <w:t xml:space="preserve">            # Производитель</w:t>
        <w:br/>
        <w:t xml:space="preserve">            ColumnMapping(8, "Производитель", "manufacturer", field_type="str"),</w:t>
        <w:br/>
        <w:t xml:space="preserve">            ColumnMapping(9, "Страна происхождения", "country_origin", field_type="str"),</w:t>
        <w:br/>
        <w:t xml:space="preserve">            ColumnMapping(10, "Отечественное производство", "is_domestic", field_type="bool"),</w:t>
        <w:br/>
        <w:t xml:space="preserve">            # Технические характеристики</w:t>
        <w:br/>
        <w:t xml:space="preserve">            ColumnMapping(11, "Год выпуска", "year_manufacture", field_type="int"),</w:t>
        <w:br/>
        <w:t xml:space="preserve">            ColumnMapping(12, "Наличие ЧПУ", "has_cnc", field_type="bool"),</w:t>
        <w:br/>
        <w:t xml:space="preserve">            ColumnMapping(13, "Тип оборудования", "equipment_type", field_type="str"),</w:t>
        <w:br/>
        <w:t xml:space="preserve">            ColumnMapping(14, "Категория оборудования", "equipment_category", field_type="str"),</w:t>
        <w:br/>
        <w:t xml:space="preserve">            # Эксплуатация</w:t>
        <w:br/>
        <w:t xml:space="preserve">            ColumnMapping(15, "Дата ввода в эксплуатацию", "commissioning_date", field_type="date"),</w:t>
        <w:br/>
        <w:t xml:space="preserve">            ColumnMapping(16, "Местонахождение", "location", field_type="str"),</w:t>
        <w:br/>
        <w:t xml:space="preserve">            ColumnMapping(17, "Производственный участок", "production_site", field_type="str"),</w:t>
        <w:br/>
        <w:t xml:space="preserve">            # Состояние</w:t>
        <w:br/>
        <w:t xml:space="preserve">            ColumnMapping(18, "Коэффициент использования", "utilization_rate", field_type="decimal"),</w:t>
        <w:br/>
        <w:t xml:space="preserve">            ColumnMapping(19, "Фактический износ, %", "physical_wear_percent", field_type="decimal"),</w:t>
        <w:br/>
        <w:t xml:space="preserve">            ColumnMapping(20, "В рабочем состоянии", "is_operational", field_type="bool"),</w:t>
        <w:br/>
        <w:t xml:space="preserve">            ColumnMapping(21, "Требует ремонта", "requires_repair", field_type="bool"),</w:t>
        <w:br/>
        <w:t xml:space="preserve">            ColumnMapping(22, "Требует замены", "requires_replacement", field_type="bool"),</w:t>
        <w:br/>
        <w:t xml:space="preserve">            # Стоимость</w:t>
        <w:br/>
        <w:t xml:space="preserve">            ColumnMapping(23, "Первоначальная стоимость", "initial_cost", field_type="decimal"),</w:t>
        <w:br/>
        <w:t xml:space="preserve">            ColumnMapping(24, "Остаточная стоимость", "residual_value", field_type="decimal"),</w:t>
        <w:br/>
        <w:t xml:space="preserve">            # Примечания</w:t>
        <w:br/>
        <w:t xml:space="preserve">            ColumnMapping(25, "Примечания", "notes", field_type="str"),</w:t>
        <w:br/>
        <w:t xml:space="preserve">        ]</w:t>
        <w:br/>
        <w:t xml:space="preserve">    def get_next_batch_id(self) -&gt; int:</w:t>
        <w:br/>
        <w:t xml:space="preserve">        return FormF5Service.get_next_batch_id()</w:t>
        <w:br/>
        <w:t xml:space="preserve">    @transaction.atomic</w:t>
        <w:br/>
        <w:t xml:space="preserve">    def create_record(self, row_data: RowData, batch_id: int) -&gt; FormF5Record:</w:t>
        <w:br/>
        <w:t xml:space="preserve">        org, _ = OrganizationService.get_or_create_by_inn(</w:t>
        <w:br/>
        <w:t xml:space="preserve">            inn=row_data.inn,</w:t>
        <w:br/>
        <w:t xml:space="preserve">            defaults={</w:t>
        <w:br/>
        <w:t xml:space="preserve">                "name": row_data.organization_name,</w:t>
        <w:br/>
        <w:t xml:space="preserve">                "ogrn": row_data.ogrn or "",</w:t>
        <w:br/>
        <w:t xml:space="preserve">                "okpo": row_data.okpo or "",</w:t>
        <w:br/>
        <w:t xml:space="preserve">                "kpp": row_data.kpp or "",</w:t>
        <w:br/>
        <w:t xml:space="preserve">            },</w:t>
        <w:br/>
        <w:t xml:space="preserve">        )</w:t>
        <w:br/>
        <w:t xml:space="preserve">        return FormF5Record.objects.create(</w:t>
        <w:br/>
        <w:t xml:space="preserve">            organization=org,</w:t>
        <w:br/>
        <w:t xml:space="preserve">            load_batch=batch_id,</w:t>
        <w:br/>
        <w:t xml:space="preserve">            **row_data.fields,</w:t>
        <w:br/>
        <w:t xml:space="preserve">        )</w:t>
        <w:br/>
        <w:t>def parse_form_f5_file(file) -&gt; ParseResult:</w:t>
        <w:br/>
        <w:t xml:space="preserve">    parser = FormF5Parser()</w:t>
        <w:br/>
        <w:t xml:space="preserve">    return parser.parse(file)</w:t>
      </w:r>
    </w:p>
    <w:p>
      <w:pPr>
        <w:pStyle w:val="Heading1"/>
      </w:pPr>
      <w:r>
        <w:t>src/apps/form_5/tasks.py</w:t>
      </w:r>
    </w:p>
    <w:p>
      <w:r>
        <w:t>"""Celery задачи для формы Ф-5."""</w:t>
        <w:br/>
        <w:t>import logging</w:t>
        <w:br/>
        <w:t>from io import BytesIO</w:t>
        <w:br/>
        <w:t>from apps.core.tasks import TrackedTask</w:t>
        <w:br/>
        <w:t>from apps.form_5.services import FormF5Parser</w:t>
        <w:br/>
        <w:t>from celery import shared_task</w:t>
        <w:br/>
        <w:t>logger = logging.getLogger(__name__)</w:t>
        <w:br/>
        <w:t>@shared_task(bind=True, base=TrackedTask)</w:t>
        <w:br/>
        <w:t>def process_form_f5_file(self, file_content: bytes, file_name: str) -&gt; dict:</w:t>
        <w:br/>
        <w:t xml:space="preserve">    logger.info(f"Начало обработки файла Ф-5: {file_name}")</w:t>
        <w:br/>
        <w:t xml:space="preserve">    parser = FormF5Parser()</w:t>
        <w:br/>
        <w:t xml:space="preserve">    result = parser.parse(BytesIO(file_content))</w:t>
        <w:br/>
        <w:t xml:space="preserve">    logger.info(f"Обработка Ф-5 завершена: {result.loaded_count} загружено, {result.skipped_count} пропущено")</w:t>
        <w:br/>
        <w:t xml:space="preserve">    return result.to_dict()</w:t>
      </w:r>
    </w:p>
    <w:p>
      <w:pPr>
        <w:pStyle w:val="Heading1"/>
      </w:pPr>
      <w:r>
        <w:t>src/apps/form_5/models.py</w:t>
      </w:r>
    </w:p>
    <w:p>
      <w:r>
        <w:t>"""</w:t>
        <w:br/>
        <w:t>Модели формы Ф-5 (Инвентаризация оборудования).</w:t>
        <w:br/>
        <w:t>Содержит:</w:t>
        <w:br/>
        <w:t>- FormF5Record - запись формы Ф-5 (детальная информация по единице оборудования)</w:t>
        <w:br/>
        <w:t>"""</w:t>
        <w:br/>
        <w:t>import uuid</w:t>
        <w:br/>
        <w:t>from apps.core.mixins import TimestampMixin</w:t>
        <w:br/>
        <w:t>from apps.organization.models import Organization</w:t>
        <w:br/>
        <w:t>from django.db import models</w:t>
        <w:br/>
        <w:t>from django.utils.translation import gettext_lazy as _</w:t>
        <w:br/>
        <w:t>class FormF5Record(TimestampMixin, models.Model):</w:t>
        <w:br/>
        <w:t xml:space="preserve">    """</w:t>
        <w:br/>
        <w:t xml:space="preserve">    Запись формы Ф-5 (Инвентаризация оборудования).</w:t>
        <w:br/>
        <w:t xml:space="preserve">    Детальная информация по каждой единице оборудования.</w:t>
        <w:br/>
        <w:t xml:space="preserve">    """</w:t>
        <w:br/>
        <w:t xml:space="preserve">    id = models.UUIDField(</w:t>
        <w:br/>
        <w:t xml:space="preserve">        primary_key=True,</w:t>
        <w:br/>
        <w:t xml:space="preserve">        default=uuid.uuid4,</w:t>
        <w:br/>
        <w:t xml:space="preserve">        editable=False,</w:t>
        <w:br/>
        <w:t xml:space="preserve">        verbose_name=_("ID"),</w:t>
        <w:br/>
        <w:t xml:space="preserve">    )</w:t>
        <w:br/>
        <w:t xml:space="preserve">    organization = models.ForeignKey(</w:t>
        <w:br/>
        <w:t xml:space="preserve">        Organization,</w:t>
        <w:br/>
        <w:t xml:space="preserve">        on_delete=models.CASCADE,</w:t>
        <w:br/>
        <w:t xml:space="preserve">        related_name="form_f5_records",</w:t>
        <w:br/>
        <w:t xml:space="preserve">        verbose_name=_("организация"),</w:t>
        <w:br/>
        <w:t xml:space="preserve">    )</w:t>
        <w:br/>
        <w:t xml:space="preserve">    load_batch = models.PositiveIntegerField(</w:t>
        <w:br/>
        <w:t xml:space="preserve">        _("номер загрузки"),</w:t>
        <w:br/>
        <w:t xml:space="preserve">        db_index=True,</w:t>
        <w:br/>
        <w:t xml:space="preserve">        help_text=_("Идентификатор пакета загрузки"),</w:t>
        <w:br/>
        <w:t xml:space="preserve">    )</w:t>
        <w:br/>
        <w:t xml:space="preserve">    # === Идентификация оборудования ===</w:t>
        <w:br/>
        <w:t xml:space="preserve">    equipment_id = models.CharField(</w:t>
        <w:br/>
        <w:t xml:space="preserve">        _("идентификационный код"),</w:t>
        <w:br/>
        <w:t xml:space="preserve">        max_length=50, blank=True, default="",</w:t>
        <w:br/>
        <w:t xml:space="preserve">    )</w:t>
        <w:br/>
        <w:t xml:space="preserve">    inventory_number = models.CharField(</w:t>
        <w:br/>
        <w:t xml:space="preserve">        _("инвентарный номер"),</w:t>
        <w:br/>
        <w:t xml:space="preserve">        max_length=50, blank=True, default="",</w:t>
        <w:br/>
        <w:t xml:space="preserve">    )</w:t>
        <w:br/>
        <w:t xml:space="preserve">    name = models.CharField(</w:t>
        <w:br/>
        <w:t xml:space="preserve">        _("наименование оборудования"),</w:t>
        <w:br/>
        <w:t xml:space="preserve">        max_length=500, blank=True, default="",</w:t>
        <w:br/>
        <w:t xml:space="preserve">    )</w:t>
        <w:br/>
        <w:t xml:space="preserve">    model = models.CharField(</w:t>
        <w:br/>
        <w:t xml:space="preserve">        _("модель"),</w:t>
        <w:br/>
        <w:t xml:space="preserve">        max_length=200, blank=True, default="",</w:t>
        <w:br/>
        <w:t xml:space="preserve">    )</w:t>
        <w:br/>
        <w:t xml:space="preserve">    # === Производитель ===</w:t>
        <w:br/>
        <w:t xml:space="preserve">    manufacturer = models.CharField(</w:t>
        <w:br/>
        <w:t xml:space="preserve">        _("производитель"),</w:t>
        <w:br/>
        <w:t xml:space="preserve">        max_length=300, blank=True, default="",</w:t>
        <w:br/>
        <w:t xml:space="preserve">    )</w:t>
        <w:br/>
        <w:t xml:space="preserve">    country_origin = models.CharField(</w:t>
        <w:br/>
        <w:t xml:space="preserve">        _("страна происхождения"),</w:t>
        <w:br/>
        <w:t xml:space="preserve">        max_length=100, blank=True, default="",</w:t>
        <w:br/>
        <w:t xml:space="preserve">    )</w:t>
        <w:br/>
        <w:t xml:space="preserve">    is_domestic = models.BooleanField(</w:t>
        <w:br/>
        <w:t xml:space="preserve">        _("отечественное производство"),</w:t>
        <w:br/>
        <w:t xml:space="preserve">        null=True, blank=True,</w:t>
        <w:br/>
        <w:t xml:space="preserve">    )</w:t>
        <w:br/>
        <w:t xml:space="preserve">    # === Технические характеристики ===</w:t>
        <w:br/>
        <w:t xml:space="preserve">    year_manufacture = models.PositiveIntegerField(</w:t>
        <w:br/>
        <w:t xml:space="preserve">        _("год выпуска"),</w:t>
        <w:br/>
        <w:t xml:space="preserve">        null=True, blank=True,</w:t>
        <w:br/>
        <w:t xml:space="preserve">    )</w:t>
        <w:br/>
        <w:t xml:space="preserve">    has_cnc = models.BooleanField(</w:t>
        <w:br/>
        <w:t xml:space="preserve">        _("наличие ЧПУ"),</w:t>
        <w:br/>
        <w:t xml:space="preserve">        null=True, blank=True,</w:t>
        <w:br/>
        <w:t xml:space="preserve">    )</w:t>
        <w:br/>
        <w:t xml:space="preserve">    equipment_type = models.CharField(</w:t>
        <w:br/>
        <w:t xml:space="preserve">        _("тип оборудования"),</w:t>
        <w:br/>
        <w:t xml:space="preserve">        max_length=200, blank=True, default="",</w:t>
        <w:br/>
        <w:t xml:space="preserve">    )</w:t>
        <w:br/>
        <w:t xml:space="preserve">    equipment_category = models.CharField(</w:t>
        <w:br/>
        <w:t xml:space="preserve">        _("категория оборудования"),</w:t>
        <w:br/>
        <w:t xml:space="preserve">        max_length=200, blank=True, default="",</w:t>
        <w:br/>
        <w:t xml:space="preserve">    )</w:t>
        <w:br/>
        <w:t xml:space="preserve">    # === Эксплуатация ===</w:t>
        <w:br/>
        <w:t xml:space="preserve">    commissioning_date = models.DateField(</w:t>
        <w:br/>
        <w:t xml:space="preserve">        _("дата ввода в эксплуатацию"),</w:t>
        <w:br/>
        <w:t xml:space="preserve">        null=True, blank=True,</w:t>
        <w:br/>
        <w:t xml:space="preserve">    )</w:t>
        <w:br/>
        <w:t xml:space="preserve">    location = models.CharField(</w:t>
        <w:br/>
        <w:t xml:space="preserve">        _("местонахождение"),</w:t>
        <w:br/>
        <w:t xml:space="preserve">        max_length=300, blank=True, default="",</w:t>
        <w:br/>
        <w:t xml:space="preserve">    )</w:t>
        <w:br/>
        <w:t xml:space="preserve">    production_site = models.CharField(</w:t>
        <w:br/>
        <w:t xml:space="preserve">        _("производственный участок"),</w:t>
        <w:br/>
        <w:t xml:space="preserve">        max_length=200, blank=True, default="",</w:t>
        <w:br/>
        <w:t xml:space="preserve">    )</w:t>
        <w:br/>
        <w:t xml:space="preserve">    # === Состояние и использование ===</w:t>
        <w:br/>
        <w:t xml:space="preserve">    utilization_rate = models.DecimalField(</w:t>
        <w:br/>
        <w:t xml:space="preserve">        _("коэффициент использования"),</w:t>
        <w:br/>
        <w:t xml:space="preserve">        max_digits=5, decimal_places=2, null=True, blank=True,</w:t>
        <w:br/>
        <w:t xml:space="preserve">    )</w:t>
        <w:br/>
        <w:t xml:space="preserve">    physical_wear_percent = models.DecimalField(</w:t>
        <w:br/>
        <w:t xml:space="preserve">        _("фактический износ, %"),</w:t>
        <w:br/>
        <w:t xml:space="preserve">        max_digits=5, decimal_places=2, null=True, blank=True,</w:t>
        <w:br/>
        <w:t xml:space="preserve">    )</w:t>
        <w:br/>
        <w:t xml:space="preserve">    is_operational = models.BooleanField(</w:t>
        <w:br/>
        <w:t xml:space="preserve">        _("в рабочем состоянии"),</w:t>
        <w:br/>
        <w:t xml:space="preserve">        null=True, blank=True,</w:t>
        <w:br/>
        <w:t xml:space="preserve">    )</w:t>
        <w:br/>
        <w:t xml:space="preserve">    requires_repair = models.BooleanField(</w:t>
        <w:br/>
        <w:t xml:space="preserve">        _("требует ремонта"),</w:t>
        <w:br/>
        <w:t xml:space="preserve">        null=True, blank=True,</w:t>
        <w:br/>
        <w:t xml:space="preserve">    )</w:t>
        <w:br/>
        <w:t xml:space="preserve">    requires_replacement = models.BooleanField(</w:t>
        <w:br/>
        <w:t xml:space="preserve">        _("требует замены"),</w:t>
        <w:br/>
        <w:t xml:space="preserve">        null=True, blank=True,</w:t>
        <w:br/>
        <w:t xml:space="preserve">    )</w:t>
        <w:br/>
        <w:t xml:space="preserve">    # === Стоимость ===</w:t>
        <w:br/>
        <w:t xml:space="preserve">    initial_cost = models.DecimalField(</w:t>
        <w:br/>
        <w:t xml:space="preserve">        _("первоначальная стоимость"),</w:t>
        <w:br/>
        <w:t xml:space="preserve">        max_digits=20, decimal_places=2, null=True, blank=True,</w:t>
        <w:br/>
        <w:t xml:space="preserve">    )</w:t>
        <w:br/>
        <w:t xml:space="preserve">    residual_value = models.DecimalField(</w:t>
        <w:br/>
        <w:t xml:space="preserve">        _("остаточная стоимость"),</w:t>
        <w:br/>
        <w:t xml:space="preserve">        max_digits=20, decimal_places=2, null=True, blank=True,</w:t>
        <w:br/>
        <w:t xml:space="preserve">    )</w:t>
        <w:br/>
        <w:t xml:space="preserve">    # === Дополнительная информация ===</w:t>
        <w:br/>
        <w:t xml:space="preserve">    notes = models.TextField(</w:t>
        <w:br/>
        <w:t xml:space="preserve">        _("примечания"),</w:t>
        <w:br/>
        <w:t xml:space="preserve">        blank=True, default="",</w:t>
        <w:br/>
        <w:t xml:space="preserve">    )</w:t>
        <w:br/>
        <w:t xml:space="preserve">    class Meta:</w:t>
        <w:br/>
        <w:t xml:space="preserve">        verbose_name = _("запись Ф-5")</w:t>
        <w:br/>
        <w:t xml:space="preserve">        verbose_name_plural = _("записи Ф-5")</w:t>
        <w:br/>
        <w:t xml:space="preserve">        ordering = ["-created_at"]</w:t>
        <w:br/>
        <w:t xml:space="preserve">        indexes = [</w:t>
        <w:br/>
        <w:t xml:space="preserve">            models.Index(fields=["organization", "load_batch"]),</w:t>
        <w:br/>
        <w:t xml:space="preserve">            models.Index(fields=["load_batch"]),</w:t>
        <w:br/>
        <w:t xml:space="preserve">            models.Index(fields=["equipment_id"]),</w:t>
        <w:br/>
        <w:t xml:space="preserve">            models.Index(fields=["inventory_number"]),</w:t>
        <w:br/>
        <w:t xml:space="preserve">        ]</w:t>
        <w:br/>
        <w:t xml:space="preserve">    def __str__(self) -&gt; str:</w:t>
        <w:br/>
        <w:t xml:space="preserve">        return f"Ф-5: {self.name or self.inventory_number} ({self.organization.name})"</w:t>
      </w:r>
    </w:p>
    <w:p>
      <w:pPr>
        <w:pStyle w:val="Heading1"/>
      </w:pPr>
      <w:r>
        <w:t>src/apps/form_5/serializers.py</w:t>
      </w:r>
    </w:p>
    <w:p>
      <w:r>
        <w:t>"""Сериализаторы формы Ф-5."""</w:t>
        <w:br/>
        <w:t>from apps.form_5.models import FormF5Record</w:t>
        <w:br/>
        <w:t>from apps.organization.serializers import OrganizationSerializer</w:t>
        <w:br/>
        <w:t>from rest_framework import serializers</w:t>
        <w:br/>
        <w:t>class FormF5RecordSerializer(serializers.ModelSerializer):</w:t>
        <w:br/>
        <w:t xml:space="preserve">    organization = OrganizationSerializer(read_only=True)</w:t>
        <w:br/>
        <w:t xml:space="preserve">    class Meta:</w:t>
        <w:br/>
        <w:t xml:space="preserve">        model = FormF5Record</w:t>
        <w:br/>
        <w:t xml:space="preserve">        fields = "__all__"</w:t>
        <w:br/>
        <w:t xml:space="preserve">        read_only_fields = ["id", "created_at", "updated_at"]</w:t>
        <w:br/>
        <w:t>class FormF5RecordListSerializer(serializers.ModelSerializer):</w:t>
        <w:br/>
        <w:t xml:space="preserve">    organization_name = serializers.CharField(source="organization.name", read_only=True)</w:t>
        <w:br/>
        <w:t xml:space="preserve">    organization_inn = serializers.CharField(source="organization.inn", read_only=True)</w:t>
        <w:br/>
        <w:t xml:space="preserve">    class Meta:</w:t>
        <w:br/>
        <w:t xml:space="preserve">        model = FormF5Record</w:t>
        <w:br/>
        <w:t xml:space="preserve">        fields = [</w:t>
        <w:br/>
        <w:t xml:space="preserve">            "id", "organization_name", "organization_inn", "load_batch",</w:t>
        <w:br/>
        <w:t xml:space="preserve">            "equipment_id", "name", "model", "year_manufacture", "physical_wear_percent",</w:t>
        <w:br/>
        <w:t xml:space="preserve">            "created_at",</w:t>
        <w:br/>
        <w:t xml:space="preserve">        ]</w:t>
        <w:br/>
        <w:t>class FormF5UploadSerializer(serializers.Serializer):</w:t>
        <w:br/>
        <w:t xml:space="preserve">    file = serializers.FileField(help_text="Excel файл формы Ф-5 (.xlsx)")</w:t>
        <w:br/>
        <w:t xml:space="preserve">    def validate_file(self, value):</w:t>
        <w:br/>
        <w:t xml:space="preserve">        if not value.name.endswith((".xlsx", ".xls")):</w:t>
        <w:br/>
        <w:t xml:space="preserve">            raise serializers.ValidationError("Неподдерживаемый формат файла")</w:t>
        <w:br/>
        <w:t xml:space="preserve">        if value.size &gt; 50 * 1024 * 1024:</w:t>
        <w:br/>
        <w:t xml:space="preserve">            raise serializers.ValidationError("Размер файла превышает 50MB")</w:t>
        <w:br/>
        <w:t xml:space="preserve">        return value</w:t>
        <w:br/>
        <w:t>class FieldErrorSerializer(serializers.Serializer):</w:t>
        <w:br/>
        <w:t xml:space="preserve">    field = serializers.CharField()</w:t>
        <w:br/>
        <w:t xml:space="preserve">    message = serializers.CharField()</w:t>
        <w:br/>
        <w:t>class RowValidationErrorSerializer(serializers.Serializer):</w:t>
        <w:br/>
        <w:t xml:space="preserve">    row = serializers.IntegerField()</w:t>
        <w:br/>
        <w:t xml:space="preserve">    inn = serializers.CharField(allow_null=True)</w:t>
        <w:br/>
        <w:t xml:space="preserve">    kpp = serializers.CharField(allow_null=True)</w:t>
        <w:br/>
        <w:t xml:space="preserve">    organization_name = serializers.CharField(allow_null=True)</w:t>
        <w:br/>
        <w:t xml:space="preserve">    errors = FieldErrorSerializer(many=True)</w:t>
        <w:br/>
        <w:t>class FormF5ParseResultSerializer(serializers.Serializer):</w:t>
        <w:br/>
        <w:t xml:space="preserve">    batch_id = serializers.IntegerField()</w:t>
        <w:br/>
        <w:t xml:space="preserve">    loaded_count = serializers.IntegerField()</w:t>
        <w:br/>
        <w:t xml:space="preserve">    skipped_count = serializers.IntegerField()</w:t>
        <w:br/>
        <w:t xml:space="preserve">    errors = RowValidationErrorSerializer(many=True)</w:t>
      </w:r>
    </w:p>
    <w:p>
      <w:pPr>
        <w:pStyle w:val="Heading1"/>
      </w:pPr>
      <w:r>
        <w:t>src/apps/form_5/__init__.py</w:t>
      </w:r>
    </w:p>
    <w:p>
      <w:r>
        <w:t>"""Приложение формы Ф-5 (Инвентаризация оборудования)."""</w:t>
      </w:r>
    </w:p>
    <w:p>
      <w:pPr>
        <w:pStyle w:val="Heading1"/>
      </w:pPr>
      <w:r>
        <w:t>src/apps/form_5/apps.py</w:t>
      </w:r>
    </w:p>
    <w:p>
      <w:r>
        <w:t>"""Конфигурация приложения form_5."""</w:t>
        <w:br/>
        <w:t>from django.apps import AppConfig</w:t>
        <w:br/>
        <w:t>class Form5Config(AppConfig):</w:t>
        <w:br/>
        <w:t xml:space="preserve">    """Конфигурация приложения формы Ф-5."""</w:t>
        <w:br/>
        <w:t xml:space="preserve">    default_auto_field = "django.db.models.BigAutoField"</w:t>
        <w:br/>
        <w:t xml:space="preserve">    name = "apps.form_5"</w:t>
        <w:br/>
        <w:t xml:space="preserve">    verbose_name = "Форма Ф-5 (Инвентаризация оборудования)"</w:t>
      </w:r>
    </w:p>
    <w:p>
      <w:pPr>
        <w:pStyle w:val="Heading1"/>
      </w:pPr>
      <w:r>
        <w:t>src/apps/form_5/api.py</w:t>
      </w:r>
    </w:p>
    <w:p>
      <w:r>
        <w:t>"""API формы Ф-5."""</w:t>
        <w:br/>
        <w:t>import logging</w:t>
        <w:br/>
        <w:t>from apps.core.viewsets import BaseViewSet</w:t>
        <w:br/>
        <w:t>from apps.form_5.models import FormF5Record</w:t>
        <w:br/>
        <w:t>from apps.form_5.serializers import (</w:t>
        <w:br/>
        <w:t xml:space="preserve">    FormF5ParseResultSerializer,</w:t>
        <w:br/>
        <w:t xml:space="preserve">    FormF5RecordListSerializer,</w:t>
        <w:br/>
        <w:t xml:space="preserve">    FormF5RecordSerializer,</w:t>
        <w:br/>
        <w:t xml:space="preserve">    FormF5UploadSerializer,</w:t>
        <w:br/>
        <w:t>)</w:t>
        <w:br/>
        <w:t>from apps.form_5.services import FormF5Service, parse_form_f5_file</w:t>
        <w:br/>
        <w:t>from apps.form_5.tasks import process_form_f5_file</w:t>
        <w:br/>
        <w:t>from rest_framework import status</w:t>
        <w:br/>
        <w:t>from rest_framework.parsers import MultiPartParser</w:t>
        <w:br/>
        <w:t>from rest_framework.response import Response</w:t>
        <w:br/>
        <w:t>from rest_framework.views import APIView</w:t>
        <w:br/>
        <w:t>logger = logging.getLogger(__name__)</w:t>
        <w:br/>
        <w:t>BACKGROUND_THRESHOLD = 1024 * 1024</w:t>
        <w:br/>
        <w:t>class FormF5UploadView(APIView):</w:t>
        <w:br/>
        <w:t xml:space="preserve">    parser_classes = [MultiPartParser]</w:t>
        <w:br/>
        <w:t xml:space="preserve">    def post(self, request):</w:t>
        <w:br/>
        <w:t xml:space="preserve">        serializer = FormF5UploadSerializer(data=request.data)</w:t>
        <w:br/>
        <w:t xml:space="preserve">        serializer.is_valid(raise_exception=True)</w:t>
        <w:br/>
        <w:t xml:space="preserve">        file = serializer.validated_data["file"]</w:t>
        <w:br/>
        <w:t xml:space="preserve">        if file.size &gt; BACKGROUND_THRESHOLD:</w:t>
        <w:br/>
        <w:t xml:space="preserve">            task = process_form_f5_file.delay(file.read(), file.name)</w:t>
        <w:br/>
        <w:t xml:space="preserve">            return Response(</w:t>
        <w:br/>
        <w:t xml:space="preserve">                {"success": True, "message": "Файл поставлен в очередь", "task_id": task.id},</w:t>
        <w:br/>
        <w:t xml:space="preserve">                status=status.HTTP_202_ACCEPTED,</w:t>
        <w:br/>
        <w:t xml:space="preserve">            )</w:t>
        <w:br/>
        <w:t xml:space="preserve">        try:</w:t>
        <w:br/>
        <w:t xml:space="preserve">            result = parse_form_f5_file(file)</w:t>
        <w:br/>
        <w:t xml:space="preserve">            return Response({"success": True, "data": FormF5ParseResultSerializer(result).data})</w:t>
        <w:br/>
        <w:t xml:space="preserve">        except Exception as e:</w:t>
        <w:br/>
        <w:t xml:space="preserve">            logger.exception("Ошибка обработки файла Ф-5")</w:t>
        <w:br/>
        <w:t xml:space="preserve">            return Response({"success": False, "error": str(e)}, status=status.HTTP_400_BAD_REQUEST)</w:t>
        <w:br/>
        <w:t>class FormF5RecordViewSet(BaseViewSet):</w:t>
        <w:br/>
        <w:t xml:space="preserve">    queryset = FormF5Record.objects.select_related("organization").all()</w:t>
        <w:br/>
        <w:t xml:space="preserve">    serializer_class = FormF5RecordSerializer</w:t>
        <w:br/>
        <w:t xml:space="preserve">    service_class = FormF5Service</w:t>
        <w:br/>
        <w:t xml:space="preserve">    def get_serializer_class(self):</w:t>
        <w:br/>
        <w:t xml:space="preserve">        return FormF5RecordListSerializer if self.action == "list" else FormF5RecordSerializer</w:t>
        <w:br/>
        <w:t xml:space="preserve">    def get_queryset(self):</w:t>
        <w:br/>
        <w:t xml:space="preserve">        qs = super().get_queryset()</w:t>
        <w:br/>
        <w:t xml:space="preserve">        batch_id = self.request.query_params.get("batch_id")</w:t>
        <w:br/>
        <w:t xml:space="preserve">        return qs.filter(load_batch=batch_id) if batch_id else qs</w:t>
      </w:r>
    </w:p>
    <w:p>
      <w:pPr>
        <w:pStyle w:val="Heading1"/>
      </w:pPr>
      <w:r>
        <w:t>src/apps/form_5/admin.py</w:t>
      </w:r>
    </w:p>
    <w:p>
      <w:r>
        <w:t>"""Админка формы Ф-5."""</w:t>
        <w:br/>
        <w:t>from apps.form_5.models import FormF5Record</w:t>
        <w:br/>
        <w:t>from django.contrib import admin</w:t>
        <w:br/>
        <w:t>@admin.register(FormF5Record)</w:t>
        <w:br/>
        <w:t>class FormF5RecordAdmin(admin.ModelAdmin):</w:t>
        <w:br/>
        <w:t xml:space="preserve">    """Админка записей формы Ф-5."""</w:t>
        <w:br/>
        <w:t xml:space="preserve">    list_display = [</w:t>
        <w:br/>
        <w:t xml:space="preserve">        "organization", "load_batch", "equipment_id", "name",</w:t>
        <w:br/>
        <w:t xml:space="preserve">        "year_manufacture", "physical_wear_percent", "created_at",</w:t>
        <w:br/>
        <w:t xml:space="preserve">    ]</w:t>
        <w:br/>
        <w:t xml:space="preserve">    list_filter = ["load_batch", "is_domestic", "has_cnc", "is_operational", "created_at"]</w:t>
        <w:br/>
        <w:t xml:space="preserve">    search_fields = ["organization__name", "organization__inn", "equipment_id", "inventory_number", "name"]</w:t>
        <w:br/>
        <w:t xml:space="preserve">    readonly_fields = ["id", "created_at", "updated_at"]</w:t>
        <w:br/>
        <w:t xml:space="preserve">    raw_id_fields = ["organization"]</w:t>
        <w:br/>
        <w:t xml:space="preserve">    ordering = ["-created_at"]</w:t>
        <w:br/>
        <w:t xml:space="preserve">    fieldsets = [</w:t>
        <w:br/>
        <w:t xml:space="preserve">        ("Основная информация", {"fields": ["id", "organization", "load_batch"]}),</w:t>
        <w:br/>
        <w:t xml:space="preserve">        ("Идентификация оборудования", {</w:t>
        <w:br/>
        <w:t xml:space="preserve">            "fields": ["equipment_id", "inventory_number", "name", "model"],</w:t>
        <w:br/>
        <w:t xml:space="preserve">        }),</w:t>
        <w:br/>
        <w:t xml:space="preserve">        ("Производитель", {</w:t>
        <w:br/>
        <w:t xml:space="preserve">            "fields": ["manufacturer", "country_origin", "is_domestic"],</w:t>
        <w:br/>
        <w:t xml:space="preserve">        }),</w:t>
        <w:br/>
        <w:t xml:space="preserve">        ("Технические характеристики", {</w:t>
        <w:br/>
        <w:t xml:space="preserve">            "fields": ["year_manufacture", "has_cnc", "equipment_type", "equipment_category"],</w:t>
        <w:br/>
        <w:t xml:space="preserve">        }),</w:t>
        <w:br/>
        <w:t xml:space="preserve">        ("Эксплуатация", {</w:t>
        <w:br/>
        <w:t xml:space="preserve">            "fields": ["commissioning_date", "location", "production_site"],</w:t>
        <w:br/>
        <w:t xml:space="preserve">            "classes": ["collapse"],</w:t>
        <w:br/>
        <w:t xml:space="preserve">        }),</w:t>
        <w:br/>
        <w:t xml:space="preserve">        ("Состояние и использование", {</w:t>
        <w:br/>
        <w:t xml:space="preserve">            "fields": [</w:t>
        <w:br/>
        <w:t xml:space="preserve">                "utilization_rate", "physical_wear_percent",</w:t>
        <w:br/>
        <w:t xml:space="preserve">                "is_operational", "requires_repair", "requires_replacement",</w:t>
        <w:br/>
        <w:t xml:space="preserve">            ],</w:t>
        <w:br/>
        <w:t xml:space="preserve">        }),</w:t>
        <w:br/>
        <w:t xml:space="preserve">        ("Стоимость", {"fields": ["initial_cost", "residual_value"], "classes": ["collapse"]}),</w:t>
        <w:br/>
        <w:t xml:space="preserve">        ("Примечания", {"fields": ["notes"], "classes": ["collapse"]}),</w:t>
        <w:br/>
        <w:t xml:space="preserve">        ("Системные поля", {"fields": ["created_at", "updated_at"], "classes": ["collapse"]}),</w:t>
        <w:br/>
        <w:t xml:space="preserve">    ]</w:t>
      </w:r>
    </w:p>
    <w:p>
      <w:pPr>
        <w:pStyle w:val="Heading1"/>
      </w:pPr>
      <w:r>
        <w:t>src/apps/form_5/urls.py</w:t>
      </w:r>
    </w:p>
    <w:p>
      <w:r>
        <w:t>"""URL маршруты формы Ф-5."""</w:t>
        <w:br/>
        <w:t>from apps.form_5.api import FormF5RecordViewSet, FormF5UploadView</w:t>
        <w:br/>
        <w:t>from django.urls import include, path</w:t>
        <w:br/>
        <w:t>from rest_framework.routers import DefaultRouter</w:t>
        <w:br/>
        <w:t>router = DefaultRouter()</w:t>
        <w:br/>
        <w:t>router.register("records", FormF5RecordViewSet, basename="form-f5-records")</w:t>
        <w:br/>
        <w:t>urlpatterns = [</w:t>
        <w:br/>
        <w:t xml:space="preserve">    path("upload/", FormF5UploadView.as_view(), name="form-f5-upload"),</w:t>
        <w:br/>
        <w:t xml:space="preserve">    path("", include(router.urls)),</w:t>
        <w:br/>
        <w:t>]</w:t>
      </w:r>
    </w:p>
    <w:p>
      <w:pPr>
        <w:pStyle w:val="Heading1"/>
      </w:pPr>
      <w:r>
        <w:t>src/apps/form_5/migrations/__init__.py</w:t>
      </w:r>
    </w:p>
    <w:p>
      <w:r>
        <w:t>[Пустой файл]</w:t>
      </w:r>
    </w:p>
    <w:p>
      <w:pPr>
        <w:pStyle w:val="Heading1"/>
      </w:pPr>
      <w:r>
        <w:t>src/apps/form_5/migrations/0001_initial.py</w:t>
      </w:r>
    </w:p>
    <w:p>
      <w:r>
        <w:t># Generated by Django 3.2.25 on 2026-02-06 12:49</w:t>
        <w:br/>
        <w:t>from django.db import migrations, models</w:t>
        <w:br/>
        <w:t>import django.db.models.deletion</w:t>
        <w:br/>
        <w:t>import uuid</w:t>
        <w:br/>
        <w:t>class Migration(migrations.Migration):</w:t>
        <w:br/>
        <w:t xml:space="preserve">    initial = True</w:t>
        <w:br/>
        <w:t xml:space="preserve">    dependencies = [</w:t>
        <w:br/>
        <w:t xml:space="preserve">        ('organization', '0001_initial'),</w:t>
        <w:br/>
        <w:t xml:space="preserve">    ]</w:t>
        <w:br/>
        <w:t xml:space="preserve">    operations = [</w:t>
        <w:br/>
        <w:t xml:space="preserve">        migrations.CreateModel(</w:t>
        <w:br/>
        <w:t xml:space="preserve">            name='FormF5Record',</w:t>
        <w:br/>
        <w:t xml:space="preserve">            fields=[</w:t>
        <w:br/>
        <w:t xml:space="preserve">                ('created_at', models.DateTimeField(auto_now_add=True, db_index=True, help_text='Дата и время создания записи', verbose_name='создано')),</w:t>
        <w:br/>
        <w:t xml:space="preserve">                ('updated_at', models.DateTimeField(auto_now=True, help_text='Дата и время последнего обновления', verbose_name='обновлено')),</w:t>
        <w:br/>
        <w:t xml:space="preserve">                ('id', models.UUIDField(default=uuid.uuid4, editable=False, primary_key=True, serialize=False, verbose_name='ID')),</w:t>
        <w:br/>
        <w:t xml:space="preserve">                ('load_batch', models.PositiveIntegerField(db_index=True, help_text='Идентификатор пакета загрузки', verbose_name='номер загрузки')),</w:t>
        <w:br/>
        <w:t xml:space="preserve">                ('equipment_id', models.CharField(blank=True, default='', max_length=50, verbose_name='идентификационный код')),</w:t>
        <w:br/>
        <w:t xml:space="preserve">                ('inventory_number', models.CharField(blank=True, default='', max_length=50, verbose_name='инвентарный номер')),</w:t>
        <w:br/>
        <w:t xml:space="preserve">                ('name', models.CharField(blank=True, default='', max_length=500, verbose_name='наименование оборудования')),</w:t>
        <w:br/>
        <w:t xml:space="preserve">                ('model', models.CharField(blank=True, default='', max_length=200, verbose_name='модель')),</w:t>
        <w:br/>
        <w:t xml:space="preserve">                ('manufacturer', models.CharField(blank=True, default='', max_length=300, verbose_name='производитель')),</w:t>
        <w:br/>
        <w:t xml:space="preserve">                ('country_origin', models.CharField(blank=True, default='', max_length=100, verbose_name='страна происхождения')),</w:t>
        <w:br/>
        <w:t xml:space="preserve">                ('is_domestic', models.BooleanField(blank=True, null=True, verbose_name='отечественное производство')),</w:t>
        <w:br/>
        <w:t xml:space="preserve">                ('year_manufacture', models.PositiveIntegerField(blank=True, null=True, verbose_name='год выпуска')),</w:t>
        <w:br/>
        <w:t xml:space="preserve">                ('has_cnc', models.BooleanField(blank=True, null=True, verbose_name='наличие ЧПУ')),</w:t>
        <w:br/>
        <w:t xml:space="preserve">                ('equipment_type', models.CharField(blank=True, default='', max_length=200, verbose_name='тип оборудования')),</w:t>
        <w:br/>
        <w:t xml:space="preserve">                ('equipment_category', models.CharField(blank=True, default='', max_length=200, verbose_name='категория оборудования')),</w:t>
        <w:br/>
        <w:t xml:space="preserve">                ('commissioning_date', models.DateField(blank=True, null=True, verbose_name='дата ввода в эксплуатацию')),</w:t>
        <w:br/>
        <w:t xml:space="preserve">                ('location', models.CharField(blank=True, default='', max_length=300, verbose_name='местонахождение')),</w:t>
        <w:br/>
        <w:t xml:space="preserve">                ('production_site', models.CharField(blank=True, default='', max_length=200, verbose_name='производственный участок')),</w:t>
        <w:br/>
        <w:t xml:space="preserve">                ('utilization_rate', models.DecimalField(blank=True, decimal_places=2, max_digits=5, null=True, verbose_name='коэффициент использования')),</w:t>
        <w:br/>
        <w:t xml:space="preserve">                ('physical_wear_percent', models.DecimalField(blank=True, decimal_places=2, max_digits=5, null=True, verbose_name='фактический износ, %')),</w:t>
        <w:br/>
        <w:t xml:space="preserve">                ('is_operational', models.BooleanField(blank=True, null=True, verbose_name='в рабочем состоянии')),</w:t>
        <w:br/>
        <w:t xml:space="preserve">                ('requires_repair', models.BooleanField(blank=True, null=True, verbose_name='требует ремонта')),</w:t>
        <w:br/>
        <w:t xml:space="preserve">                ('requires_replacement', models.BooleanField(blank=True, null=True, verbose_name='требует замены')),</w:t>
        <w:br/>
        <w:t xml:space="preserve">                ('initial_cost', models.DecimalField(blank=True, decimal_places=2, max_digits=20, null=True, verbose_name='первоначальная стоимость')),</w:t>
        <w:br/>
        <w:t xml:space="preserve">                ('residual_value', models.DecimalField(blank=True, decimal_places=2, max_digits=20, null=True, verbose_name='остаточная стоимость')),</w:t>
        <w:br/>
        <w:t xml:space="preserve">                ('notes', models.TextField(blank=True, default='', verbose_name='примечания')),</w:t>
        <w:br/>
        <w:t xml:space="preserve">                ('organization', models.ForeignKey(on_delete=django.db.models.deletion.CASCADE, related_name='form_f5_records', to='organization.organization', verbose_name='организация')),</w:t>
        <w:br/>
        <w:t xml:space="preserve">            ],</w:t>
        <w:br/>
        <w:t xml:space="preserve">            options={</w:t>
        <w:br/>
        <w:t xml:space="preserve">                'verbose_name': 'запись Ф-5',</w:t>
        <w:br/>
        <w:t xml:space="preserve">                'verbose_name_plural': 'записи Ф-5',</w:t>
        <w:br/>
        <w:t xml:space="preserve">                'ordering': ['-created_at'],</w:t>
        <w:br/>
        <w:t xml:space="preserve">            },</w:t>
        <w:br/>
        <w:t xml:space="preserve">        ),</w:t>
        <w:br/>
        <w:t xml:space="preserve">        migrations.AddIndex(</w:t>
        <w:br/>
        <w:t xml:space="preserve">            model_name='formf5record',</w:t>
        <w:br/>
        <w:t xml:space="preserve">            index=models.Index(fields=['organization', 'load_batch'], name='form_5_form_organiz_20eb33_idx'),</w:t>
        <w:br/>
        <w:t xml:space="preserve">        ),</w:t>
        <w:br/>
        <w:t xml:space="preserve">        migrations.AddIndex(</w:t>
        <w:br/>
        <w:t xml:space="preserve">            model_name='formf5record',</w:t>
        <w:br/>
        <w:t xml:space="preserve">            index=models.Index(fields=['load_batch'], name='form_5_form_load_ba_814dbb_idx'),</w:t>
        <w:br/>
        <w:t xml:space="preserve">        ),</w:t>
        <w:br/>
        <w:t xml:space="preserve">        migrations.AddIndex(</w:t>
        <w:br/>
        <w:t xml:space="preserve">            model_name='formf5record',</w:t>
        <w:br/>
        <w:t xml:space="preserve">            index=models.Index(fields=['equipment_id'], name='form_5_form_equipme_4eedfe_idx'),</w:t>
        <w:br/>
        <w:t xml:space="preserve">        ),</w:t>
        <w:br/>
        <w:t xml:space="preserve">        migrations.AddIndex(</w:t>
        <w:br/>
        <w:t xml:space="preserve">            model_name='formf5record',</w:t>
        <w:br/>
        <w:t xml:space="preserve">            index=models.Index(fields=['inventory_number'], name='form_5_form_invento_4c3fd9_idx'),</w:t>
        <w:br/>
        <w:t xml:space="preserve">        ),</w:t>
        <w:br/>
        <w:t xml:space="preserve">    ]</w:t>
      </w:r>
    </w:p>
    <w:p>
      <w:pPr>
        <w:pStyle w:val="Heading1"/>
      </w:pPr>
      <w:r>
        <w:t>src/apps/form_2/services.py</w:t>
      </w:r>
    </w:p>
    <w:p>
      <w:r>
        <w:t>"""</w:t>
        <w:br/>
        <w:t>Сервисы для работы с формой Ф-2.</w:t>
        <w:br/>
        <w:t>Содержит:</w:t>
        <w:br/>
        <w:t>- FormF2Service - CRUD операции</w:t>
        <w:br/>
        <w:t>- FormF2Parser - парсинг Excel</w:t>
        <w:br/>
        <w:t>"""</w:t>
        <w:br/>
        <w:t>import logging</w:t>
        <w:br/>
        <w:t>from typing import Any</w:t>
        <w:br/>
        <w:t>from apps.core.excel import (</w:t>
        <w:br/>
        <w:t xml:space="preserve">    BaseExcelParser,</w:t>
        <w:br/>
        <w:t xml:space="preserve">    ColumnMapping,</w:t>
        <w:br/>
        <w:t xml:space="preserve">    ParseResult,</w:t>
        <w:br/>
        <w:t xml:space="preserve">    RowData,</w:t>
        <w:br/>
        <w:t>)</w:t>
        <w:br/>
        <w:t>from apps.core.services import BaseService, BulkOperationsMixin</w:t>
        <w:br/>
        <w:t>from apps.form_2.models import FormF2Record</w:t>
        <w:br/>
        <w:t>from apps.organization.services import OrganizationService</w:t>
        <w:br/>
        <w:t>from django.db import transaction</w:t>
        <w:br/>
        <w:t>from django.db.models import Count, Max</w:t>
        <w:br/>
        <w:t>logger = logging.getLogger(__name__)</w:t>
        <w:br/>
        <w:t>class FormF2Service(BulkOperationsMixin, BaseService[FormF2Record]):</w:t>
        <w:br/>
        <w:t xml:space="preserve">    """</w:t>
        <w:br/>
        <w:t xml:space="preserve">    Сервис для работы с записями формы Ф-2.</w:t>
        <w:br/>
        <w:t xml:space="preserve">    Методы:</w:t>
        <w:br/>
        <w:t xml:space="preserve">        get_by_batch: Получить записи по номеру загрузки</w:t>
        <w:br/>
        <w:t xml:space="preserve">        get_next_batch_id: Получить следующий номер загрузки</w:t>
        <w:br/>
        <w:t xml:space="preserve">        get_batches: Получить список загрузок</w:t>
        <w:br/>
        <w:t xml:space="preserve">    """</w:t>
        <w:br/>
        <w:t xml:space="preserve">    model = FormF2Record</w:t>
        <w:br/>
        <w:t xml:space="preserve">    @classmethod</w:t>
        <w:br/>
        <w:t xml:space="preserve">    def get_by_batch(cls, batch_id: int):</w:t>
        <w:br/>
        <w:t xml:space="preserve">        """Получить записи по номеру загрузки."""</w:t>
        <w:br/>
        <w:t xml:space="preserve">        return cls.get_queryset().filter(load_batch=batch_id)</w:t>
        <w:br/>
        <w:t xml:space="preserve">    @classmethod</w:t>
        <w:br/>
        <w:t xml:space="preserve">    def get_next_batch_id(cls) -&gt; int:</w:t>
        <w:br/>
        <w:t xml:space="preserve">        """Получить следующий номер загрузки."""</w:t>
        <w:br/>
        <w:t xml:space="preserve">        max_batch = cls.model.objects.aggregate(max_batch=Max("load_batch"))</w:t>
        <w:br/>
        <w:t xml:space="preserve">        return (max_batch["max_batch"] or 0) + 1</w:t>
        <w:br/>
        <w:t xml:space="preserve">    @classmethod</w:t>
        <w:br/>
        <w:t xml:space="preserve">    def get_batches(cls) -&gt; list[dict[str, Any]]:</w:t>
        <w:br/>
        <w:t xml:space="preserve">        """Получить список загрузок с количеством записей."""</w:t>
        <w:br/>
        <w:t xml:space="preserve">        return list(</w:t>
        <w:br/>
        <w:t xml:space="preserve">            cls.model.objects.values("load_batch")</w:t>
        <w:br/>
        <w:t xml:space="preserve">            .annotate(</w:t>
        <w:br/>
        <w:t xml:space="preserve">                count=Count("id"),</w:t>
        <w:br/>
        <w:t xml:space="preserve">                created_at=Max("created_at"),</w:t>
        <w:br/>
        <w:t xml:space="preserve">            )</w:t>
        <w:br/>
        <w:t xml:space="preserve">            .order_by("-load_batch")</w:t>
        <w:br/>
        <w:t xml:space="preserve">        )</w:t>
        <w:br/>
        <w:t>class FormF2Parser(BaseExcelParser[FormF2Record]):</w:t>
        <w:br/>
        <w:t xml:space="preserve">    """</w:t>
        <w:br/>
        <w:t xml:space="preserve">    Парсер Excel файла формы Ф-2 (Бухгалтерский баланс).</w:t>
        <w:br/>
        <w:t xml:space="preserve">    Колонки:</w:t>
        <w:br/>
        <w:t xml:space="preserve">        0: Наименование организации</w:t>
        <w:br/>
        <w:t xml:space="preserve">        1: ОКПО</w:t>
        <w:br/>
        <w:t xml:space="preserve">        2: ОГРН</w:t>
        <w:br/>
        <w:t xml:space="preserve">        3: ИНН</w:t>
        <w:br/>
        <w:t xml:space="preserve">        4+: Данные баланса</w:t>
        <w:br/>
        <w:t xml:space="preserve">    """</w:t>
        <w:br/>
        <w:t xml:space="preserve">    ORG_NAME_COLUMN = 0</w:t>
        <w:br/>
        <w:t xml:space="preserve">    OKPO_COLUMN = 1</w:t>
        <w:br/>
        <w:t xml:space="preserve">    OGRN_COLUMN = 2</w:t>
        <w:br/>
        <w:t xml:space="preserve">    INN_COLUMN = 3</w:t>
        <w:br/>
        <w:t xml:space="preserve">    def get_column_mappings(self) -&gt; list[ColumnMapping]:</w:t>
        <w:br/>
        <w:t xml:space="preserve">        """Маппинг колонок Excel на поля модели."""</w:t>
        <w:br/>
        <w:t xml:space="preserve">        return [</w:t>
        <w:br/>
        <w:t xml:space="preserve">            # I. Внеоборотные активы</w:t>
        <w:br/>
        <w:t xml:space="preserve">            ColumnMapping(4, "Нематериальные активы", "intangible_assets", field_type="decimal"),</w:t>
        <w:br/>
        <w:t xml:space="preserve">            ColumnMapping(5, "Результаты исследований и разработок", "rd_results", field_type="decimal"),</w:t>
        <w:br/>
        <w:t xml:space="preserve">            ColumnMapping(6, "Нематериальные поисковые активы", "intangible_search_assets", field_type="decimal"),</w:t>
        <w:br/>
        <w:t xml:space="preserve">            ColumnMapping(7, "Материальные поисковые активы", "tangible_search_assets", field_type="decimal"),</w:t>
        <w:br/>
        <w:t xml:space="preserve">            ColumnMapping(8, "Основные средства", "fixed_assets", field_type="decimal"),</w:t>
        <w:br/>
        <w:t xml:space="preserve">            ColumnMapping(9, "Доходные вложения в материальные ценности", "profitable_investments", field_type="decimal"),</w:t>
        <w:br/>
        <w:t xml:space="preserve">            ColumnMapping(10, "Финансовые вложения (внеоборотные)", "financial_investments_non_current", field_type="decimal"),</w:t>
        <w:br/>
        <w:t xml:space="preserve">            ColumnMapping(11, "Отложенные налоговые активы", "deferred_tax_assets", field_type="decimal"),</w:t>
        <w:br/>
        <w:t xml:space="preserve">            ColumnMapping(12, "Прочие внеоборотные активы", "other_non_current_assets", field_type="decimal"),</w:t>
        <w:br/>
        <w:t xml:space="preserve">            ColumnMapping(13, "Итого внеоборотные активы", "total_non_current_assets", field_type="decimal"),</w:t>
        <w:br/>
        <w:t xml:space="preserve">            # II. Оборотные активы</w:t>
        <w:br/>
        <w:t xml:space="preserve">            ColumnMapping(14, "Запасы", "inventories", field_type="decimal"),</w:t>
        <w:br/>
        <w:t xml:space="preserve">            ColumnMapping(15, "НДС по приобретённым ценностям", "vat_on_acquired_assets", field_type="decimal"),</w:t>
        <w:br/>
        <w:t xml:space="preserve">            ColumnMapping(16, "Дебиторская задолженность", "receivables", field_type="decimal"),</w:t>
        <w:br/>
        <w:t xml:space="preserve">            ColumnMapping(17, "Финансовые вложения (оборотные)", "financial_investments_current", field_type="decimal"),</w:t>
        <w:br/>
        <w:t xml:space="preserve">            ColumnMapping(18, "Денежные средства и эквиваленты", "cash_and_equivalents", field_type="decimal"),</w:t>
        <w:br/>
        <w:t xml:space="preserve">            ColumnMapping(19, "Прочие оборотные активы", "other_current_assets", field_type="decimal"),</w:t>
        <w:br/>
        <w:t xml:space="preserve">            ColumnMapping(20, "Итого оборотные активы", "total_current_assets", field_type="decimal"),</w:t>
        <w:br/>
        <w:t xml:space="preserve">            ColumnMapping(21, "Баланс (актив)", "total_assets", field_type="decimal"),</w:t>
        <w:br/>
        <w:t xml:space="preserve">            # III. Капитал и резервы</w:t>
        <w:br/>
        <w:t xml:space="preserve">            ColumnMapping(22, "Уставный капитал", "authorized_capital", field_type="decimal"),</w:t>
        <w:br/>
        <w:t xml:space="preserve">            ColumnMapping(23, "Собственные акции, выкупленные у акционеров", "own_shares_bought_back", field_type="decimal"),</w:t>
        <w:br/>
        <w:t xml:space="preserve">            ColumnMapping(24, "Переоценка внеоборотных активов", "revaluation_of_non_current_assets", field_type="decimal"),</w:t>
        <w:br/>
        <w:t xml:space="preserve">            ColumnMapping(25, "Добавочный капитал", "additional_capital", field_type="decimal"),</w:t>
        <w:br/>
        <w:t xml:space="preserve">            ColumnMapping(26, "Резервный капитал", "reserve_capital", field_type="decimal"),</w:t>
        <w:br/>
        <w:t xml:space="preserve">            ColumnMapping(27, "Нераспределённая прибыль", "retained_earnings", field_type="decimal"),</w:t>
        <w:br/>
        <w:t xml:space="preserve">            ColumnMapping(28, "Итого капитал и резервы", "total_equity", field_type="decimal"),</w:t>
        <w:br/>
        <w:t xml:space="preserve">            # IV. Долгосрочные обязательства</w:t>
        <w:br/>
        <w:t xml:space="preserve">            ColumnMapping(29, "Заёмные средства (долгосрочные)", "borrowings_non_current", field_type="decimal"),</w:t>
        <w:br/>
        <w:t xml:space="preserve">            ColumnMapping(30, "Отложенные налоговые обязательства", "deferred_tax_liabilities", field_type="decimal"),</w:t>
        <w:br/>
        <w:t xml:space="preserve">            ColumnMapping(31, "Оценочные обязательства (долгосрочные)", "estimated_liabilities_non_current", field_type="decimal"),</w:t>
        <w:br/>
        <w:t xml:space="preserve">            ColumnMapping(32, "Прочие обязательства (долгосрочные)", "other_liabilities_non_current", field_type="decimal"),</w:t>
        <w:br/>
        <w:t xml:space="preserve">            ColumnMapping(33, "Итого долгосрочные обязательства", "total_non_current_liabilities", field_type="decimal"),</w:t>
        <w:br/>
        <w:t xml:space="preserve">            # V. Краткосрочные обязательства</w:t>
        <w:br/>
        <w:t xml:space="preserve">            ColumnMapping(34, "Заёмные средства (краткосрочные)", "borrowings_current", field_type="decimal"),</w:t>
        <w:br/>
        <w:t xml:space="preserve">            ColumnMapping(35, "Кредиторская задолженность", "payables", field_type="decimal"),</w:t>
        <w:br/>
        <w:t xml:space="preserve">            ColumnMapping(36, "Доходы будущих периодов", "deferred_income", field_type="decimal"),</w:t>
        <w:br/>
        <w:t xml:space="preserve">            ColumnMapping(37, "Оценочные обязательства (краткосрочные)", "estimated_liabilities_current", field_type="decimal"),</w:t>
        <w:br/>
        <w:t xml:space="preserve">            ColumnMapping(38, "Прочие обязательства (краткосрочные)", "other_liabilities_current", field_type="decimal"),</w:t>
        <w:br/>
        <w:t xml:space="preserve">            ColumnMapping(39, "Итого краткосрочные обязательства", "total_current_liabilities", field_type="decimal"),</w:t>
        <w:br/>
        <w:t xml:space="preserve">            ColumnMapping(40, "Баланс (пассив)", "total_liabilities", field_type="decimal"),</w:t>
        <w:br/>
        <w:t xml:space="preserve">            # Отчёт о финансовых результатах</w:t>
        <w:br/>
        <w:t xml:space="preserve">            ColumnMapping(41, "Выручка", "revenue", field_type="decimal"),</w:t>
        <w:br/>
        <w:t xml:space="preserve">            ColumnMapping(42, "Себестоимость продаж", "cost_of_sales", field_type="decimal"),</w:t>
        <w:br/>
        <w:t xml:space="preserve">            ColumnMapping(43, "Валовая прибыль", "gross_profit", field_type="decimal"),</w:t>
        <w:br/>
        <w:t xml:space="preserve">            ColumnMapping(44, "Коммерческие расходы", "selling_expenses", field_type="decimal"),</w:t>
        <w:br/>
        <w:t xml:space="preserve">            ColumnMapping(45, "Управленческие расходы", "administrative_expenses", field_type="decimal"),</w:t>
        <w:br/>
        <w:t xml:space="preserve">            ColumnMapping(46, "Прибыль от продаж", "profit_from_sales", field_type="decimal"),</w:t>
        <w:br/>
        <w:t xml:space="preserve">            ColumnMapping(47, "Проценты к получению", "interest_receivable", field_type="decimal"),</w:t>
        <w:br/>
        <w:t xml:space="preserve">            ColumnMapping(48, "Проценты к уплате", "interest_payable", field_type="decimal"),</w:t>
        <w:br/>
        <w:t xml:space="preserve">            ColumnMapping(49, "Прочие доходы", "other_income", field_type="decimal"),</w:t>
        <w:br/>
        <w:t xml:space="preserve">            ColumnMapping(50, "Прочие расходы", "other_expenses", field_type="decimal"),</w:t>
        <w:br/>
        <w:t xml:space="preserve">            ColumnMapping(51, "Прибыль до налогообложения", "profit_before_tax", field_type="decimal"),</w:t>
        <w:br/>
        <w:t xml:space="preserve">            ColumnMapping(52, "Текущий налог на прибыль", "income_tax", field_type="decimal"),</w:t>
        <w:br/>
        <w:t xml:space="preserve">            ColumnMapping(53, "Чистая прибыль", "net_profit", field_type="decimal"),</w:t>
        <w:br/>
        <w:t xml:space="preserve">            # Дополнительные показатели</w:t>
        <w:br/>
        <w:t xml:space="preserve">            ColumnMapping(54, "EBITDA", "ebitda", field_type="decimal"),</w:t>
        <w:br/>
        <w:t xml:space="preserve">            ColumnMapping(55, "Амортизация", "depreciation", field_type="decimal"),</w:t>
        <w:br/>
        <w:t xml:space="preserve">            ColumnMapping(56, "Оборотный капитал", "working_capital", field_type="decimal"),</w:t>
        <w:br/>
        <w:t xml:space="preserve">            ColumnMapping(57, "Чистый долг", "net_debt", field_type="decimal"),</w:t>
        <w:br/>
        <w:t xml:space="preserve">            # Прошлый период</w:t>
        <w:br/>
        <w:t xml:space="preserve">            ColumnMapping(58, "Баланс (актив) - прошлый период", "total_assets_prev", field_type="decimal"),</w:t>
        <w:br/>
        <w:t xml:space="preserve">            ColumnMapping(59, "Баланс (пассив) - прошлый период", "total_liabilities_prev", field_type="decimal"),</w:t>
        <w:br/>
        <w:t xml:space="preserve">            ColumnMapping(60, "Выручка - прошлый период", "revenue_prev", field_type="decimal"),</w:t>
        <w:br/>
        <w:t xml:space="preserve">            ColumnMapping(61, "Чистая прибыль - прошлый период", "net_profit_prev", field_type="decimal"),</w:t>
        <w:br/>
        <w:t xml:space="preserve">        ]</w:t>
        <w:br/>
        <w:t xml:space="preserve">    def get_next_batch_id(self) -&gt; int:</w:t>
        <w:br/>
        <w:t xml:space="preserve">        """Получить следующий номер загрузки."""</w:t>
        <w:br/>
        <w:t xml:space="preserve">        return FormF2Service.get_next_batch_id()</w:t>
        <w:br/>
        <w:t xml:space="preserve">    @transaction.atomic</w:t>
        <w:br/>
        <w:t xml:space="preserve">    def create_record(self, row_data: RowData, batch_id: int) -&gt; FormF2Record:</w:t>
        <w:br/>
        <w:t xml:space="preserve">        """Создать запись формы Ф-2."""</w:t>
        <w:br/>
        <w:t xml:space="preserve">        org, _ = OrganizationService.get_or_create_by_inn(</w:t>
        <w:br/>
        <w:t xml:space="preserve">            inn=row_data.inn,</w:t>
        <w:br/>
        <w:t xml:space="preserve">            defaults={</w:t>
        <w:br/>
        <w:t xml:space="preserve">                "name": row_data.organization_name,</w:t>
        <w:br/>
        <w:t xml:space="preserve">                "ogrn": row_data.ogrn or "",</w:t>
        <w:br/>
        <w:t xml:space="preserve">                "okpo": row_data.okpo or "",</w:t>
        <w:br/>
        <w:t xml:space="preserve">                "kpp": row_data.kpp or "",</w:t>
        <w:br/>
        <w:t xml:space="preserve">            },</w:t>
        <w:br/>
        <w:t xml:space="preserve">        )</w:t>
        <w:br/>
        <w:t xml:space="preserve">        record = FormF2Record.objects.create(</w:t>
        <w:br/>
        <w:t xml:space="preserve">            organization=org,</w:t>
        <w:br/>
        <w:t xml:space="preserve">            load_batch=batch_id,</w:t>
        <w:br/>
        <w:t xml:space="preserve">            **row_data.fields,</w:t>
        <w:br/>
        <w:t xml:space="preserve">        )</w:t>
        <w:br/>
        <w:t xml:space="preserve">        return record</w:t>
        <w:br/>
        <w:t>def parse_form_f2_file(file) -&gt; ParseResult:</w:t>
        <w:br/>
        <w:t xml:space="preserve">    """</w:t>
        <w:br/>
        <w:t xml:space="preserve">    Парсит Excel файл формы Ф-2.</w:t>
        <w:br/>
        <w:t xml:space="preserve">    Args:</w:t>
        <w:br/>
        <w:t xml:space="preserve">        file: Загруженный файл</w:t>
        <w:br/>
        <w:t xml:space="preserve">    Returns:</w:t>
        <w:br/>
        <w:t xml:space="preserve">        ParseResult с результатами парсинга</w:t>
        <w:br/>
        <w:t xml:space="preserve">    """</w:t>
        <w:br/>
        <w:t xml:space="preserve">    parser = FormF2Parser()</w:t>
        <w:br/>
        <w:t xml:space="preserve">    return parser.parse(file)</w:t>
      </w:r>
    </w:p>
    <w:p>
      <w:pPr>
        <w:pStyle w:val="Heading1"/>
      </w:pPr>
      <w:r>
        <w:t>src/apps/form_2/tasks.py</w:t>
      </w:r>
    </w:p>
    <w:p>
      <w:r>
        <w:t>"""</w:t>
        <w:br/>
        <w:t>Celery задачи для формы Ф-2.</w:t>
        <w:br/>
        <w:t>Содержит:</w:t>
        <w:br/>
        <w:t>- process_form_f2_file - фоновая обработка файла</w:t>
        <w:br/>
        <w:t>"""</w:t>
        <w:br/>
        <w:t>import logging</w:t>
        <w:br/>
        <w:t>from apps.core.tasks import TrackedTask</w:t>
        <w:br/>
        <w:t>from apps.form_2.services import FormF2Parser</w:t>
        <w:br/>
        <w:t>from celery import shared_task</w:t>
        <w:br/>
        <w:t>from django.core.files.uploadedfile import InMemoryUploadedFile</w:t>
        <w:br/>
        <w:t>logger = logging.getLogger(__name__)</w:t>
        <w:br/>
        <w:t>@shared_task(bind=True, base=TrackedTask)</w:t>
        <w:br/>
        <w:t>def process_form_f2_file(self, file_content: bytes, file_name: str) -&gt; dict:</w:t>
        <w:br/>
        <w:t xml:space="preserve">    """</w:t>
        <w:br/>
        <w:t xml:space="preserve">    Фоновая обработка файла формы Ф-2.</w:t>
        <w:br/>
        <w:t xml:space="preserve">    Args:</w:t>
        <w:br/>
        <w:t xml:space="preserve">        file_content: Содержимое файла в байтах</w:t>
        <w:br/>
        <w:t xml:space="preserve">        file_name: Имя файла</w:t>
        <w:br/>
        <w:t xml:space="preserve">    Returns:</w:t>
        <w:br/>
        <w:t xml:space="preserve">        Результат парсинга в виде словаря</w:t>
        <w:br/>
        <w:t xml:space="preserve">    """</w:t>
        <w:br/>
        <w:t xml:space="preserve">    from io import BytesIO</w:t>
        <w:br/>
        <w:t xml:space="preserve">    logger.info(f"Начало обработки файла Ф-2: {file_name}")</w:t>
        <w:br/>
        <w:t xml:space="preserve">    # Создаём файловый объект из байтов</w:t>
        <w:br/>
        <w:t xml:space="preserve">    file_io = BytesIO(file_content)</w:t>
        <w:br/>
        <w:t xml:space="preserve">    # Парсим файл</w:t>
        <w:br/>
        <w:t xml:space="preserve">    parser = FormF2Parser()</w:t>
        <w:br/>
        <w:t xml:space="preserve">    result = parser.parse(file_io)</w:t>
        <w:br/>
        <w:t xml:space="preserve">    logger.info(</w:t>
        <w:br/>
        <w:t xml:space="preserve">        f"Обработка Ф-2 завершена: загружено {result.loaded_count}, "</w:t>
        <w:br/>
        <w:t xml:space="preserve">        f"пропущено {result.skipped_count}"</w:t>
        <w:br/>
        <w:t xml:space="preserve">    )</w:t>
        <w:br/>
        <w:t xml:space="preserve">    return result.to_dict()</w:t>
      </w:r>
    </w:p>
    <w:p>
      <w:pPr>
        <w:pStyle w:val="Heading1"/>
      </w:pPr>
      <w:r>
        <w:t>src/apps/form_2/models.py</w:t>
      </w:r>
    </w:p>
    <w:p>
      <w:r>
        <w:t>"""</w:t>
        <w:br/>
        <w:t>Модели формы Ф-2 (Бухгалтерский баланс).</w:t>
        <w:br/>
        <w:t>Содержит:</w:t>
        <w:br/>
        <w:t>- FormF2Record - запись формы Ф-2</w:t>
        <w:br/>
        <w:t>"""</w:t>
        <w:br/>
        <w:t>import uuid</w:t>
        <w:br/>
        <w:t>from apps.core.mixins import TimestampMixin</w:t>
        <w:br/>
        <w:t>from apps.organization.models import Organization</w:t>
        <w:br/>
        <w:t>from django.db import models</w:t>
        <w:br/>
        <w:t>from django.utils.translation import gettext_lazy as _</w:t>
        <w:br/>
        <w:t>class FormF2Record(TimestampMixin, models.Model):</w:t>
        <w:br/>
        <w:t xml:space="preserve">    """</w:t>
        <w:br/>
        <w:t xml:space="preserve">    Запись формы Ф-2 (Бухгалтерский баланс).</w:t>
        <w:br/>
        <w:t xml:space="preserve">    Данные бухгалтерского баланса организации:</w:t>
        <w:br/>
        <w:t xml:space="preserve">    активы, пассивы, капитал, обязательства.</w:t>
        <w:br/>
        <w:t xml:space="preserve">    """</w:t>
        <w:br/>
        <w:t xml:space="preserve">    id = models.UUIDField(</w:t>
        <w:br/>
        <w:t xml:space="preserve">        primary_key=True,</w:t>
        <w:br/>
        <w:t xml:space="preserve">        default=uuid.uuid4,</w:t>
        <w:br/>
        <w:t xml:space="preserve">        editable=False,</w:t>
        <w:br/>
        <w:t xml:space="preserve">        verbose_name=_("ID"),</w:t>
        <w:br/>
        <w:t xml:space="preserve">    )</w:t>
        <w:br/>
        <w:t xml:space="preserve">    organization = models.ForeignKey(</w:t>
        <w:br/>
        <w:t xml:space="preserve">        Organization,</w:t>
        <w:br/>
        <w:t xml:space="preserve">        on_delete=models.CASCADE,</w:t>
        <w:br/>
        <w:t xml:space="preserve">        related_name="form_f2_records",</w:t>
        <w:br/>
        <w:t xml:space="preserve">        verbose_name=_("организация"),</w:t>
        <w:br/>
        <w:t xml:space="preserve">    )</w:t>
        <w:br/>
        <w:t xml:space="preserve">    load_batch = models.PositiveIntegerField(</w:t>
        <w:br/>
        <w:t xml:space="preserve">        _("номер загрузки"),</w:t>
        <w:br/>
        <w:t xml:space="preserve">        db_index=True,</w:t>
        <w:br/>
        <w:t xml:space="preserve">        help_text=_("Идентификатор пакета загрузки"),</w:t>
        <w:br/>
        <w:t xml:space="preserve">    )</w:t>
        <w:br/>
        <w:t xml:space="preserve">    # === АКТИВ ===</w:t>
        <w:br/>
        <w:t xml:space="preserve">    # I. Внеоборотные активы</w:t>
        <w:br/>
        <w:t xml:space="preserve">    intangible_assets = models.DecimalField(</w:t>
        <w:br/>
        <w:t xml:space="preserve">        _("нематериальные активы"),</w:t>
        <w:br/>
        <w:t xml:space="preserve">        max_digits=20, decimal_places=2, null=True, blank=True,</w:t>
        <w:br/>
        <w:t xml:space="preserve">    )</w:t>
        <w:br/>
        <w:t xml:space="preserve">    rd_results = models.DecimalField(</w:t>
        <w:br/>
        <w:t xml:space="preserve">        _("результаты исследований и разработок"),</w:t>
        <w:br/>
        <w:t xml:space="preserve">        max_digits=20, decimal_places=2, null=True, blank=True,</w:t>
        <w:br/>
        <w:t xml:space="preserve">    )</w:t>
        <w:br/>
        <w:t xml:space="preserve">    intangible_search_assets = models.DecimalField(</w:t>
        <w:br/>
        <w:t xml:space="preserve">        _("нематериальные поисковые активы"),</w:t>
        <w:br/>
        <w:t xml:space="preserve">        max_digits=20, decimal_places=2, null=True, blank=True,</w:t>
        <w:br/>
        <w:t xml:space="preserve">    )</w:t>
        <w:br/>
        <w:t xml:space="preserve">    tangible_search_assets = models.DecimalField(</w:t>
        <w:br/>
        <w:t xml:space="preserve">        _("материальные поисковые активы"),</w:t>
        <w:br/>
        <w:t xml:space="preserve">        max_digits=20, decimal_places=2, null=True, blank=True,</w:t>
        <w:br/>
        <w:t xml:space="preserve">    )</w:t>
        <w:br/>
        <w:t xml:space="preserve">    fixed_assets = models.DecimalField(</w:t>
        <w:br/>
        <w:t xml:space="preserve">        _("основные средства"),</w:t>
        <w:br/>
        <w:t xml:space="preserve">        max_digits=20, decimal_places=2, null=True, blank=True,</w:t>
        <w:br/>
        <w:t xml:space="preserve">    )</w:t>
        <w:br/>
        <w:t xml:space="preserve">    profitable_investments = models.DecimalField(</w:t>
        <w:br/>
        <w:t xml:space="preserve">        _("доходные вложения в материальные ценности"),</w:t>
        <w:br/>
        <w:t xml:space="preserve">        max_digits=20, decimal_places=2, null=True, blank=True,</w:t>
        <w:br/>
        <w:t xml:space="preserve">    )</w:t>
        <w:br/>
        <w:t xml:space="preserve">    financial_investments_non_current = models.DecimalField(</w:t>
        <w:br/>
        <w:t xml:space="preserve">        _("финансовые вложения (внеоборотные)"),</w:t>
        <w:br/>
        <w:t xml:space="preserve">        max_digits=20, decimal_places=2, null=True, blank=True,</w:t>
        <w:br/>
        <w:t xml:space="preserve">    )</w:t>
        <w:br/>
        <w:t xml:space="preserve">    deferred_tax_assets = models.DecimalField(</w:t>
        <w:br/>
        <w:t xml:space="preserve">        _("отложенные налоговые активы"),</w:t>
        <w:br/>
        <w:t xml:space="preserve">        max_digits=20, decimal_places=2, null=True, blank=True,</w:t>
        <w:br/>
        <w:t xml:space="preserve">    )</w:t>
        <w:br/>
        <w:t xml:space="preserve">    other_non_current_assets = models.DecimalField(</w:t>
        <w:br/>
        <w:t xml:space="preserve">        _("прочие внеоборотные активы"),</w:t>
        <w:br/>
        <w:t xml:space="preserve">        max_digits=20, decimal_places=2, null=True, blank=True,</w:t>
        <w:br/>
        <w:t xml:space="preserve">    )</w:t>
        <w:br/>
        <w:t xml:space="preserve">    total_non_current_assets = models.DecimalField(</w:t>
        <w:br/>
        <w:t xml:space="preserve">        _("итого внеоборотные активы"),</w:t>
        <w:br/>
        <w:t xml:space="preserve">        max_digits=20, decimal_places=2, null=True, blank=True,</w:t>
        <w:br/>
        <w:t xml:space="preserve">    )</w:t>
        <w:br/>
        <w:t xml:space="preserve">    # II. Оборотные активы</w:t>
        <w:br/>
        <w:t xml:space="preserve">    inventories = models.DecimalField(</w:t>
        <w:br/>
        <w:t xml:space="preserve">        _("запасы"),</w:t>
        <w:br/>
        <w:t xml:space="preserve">        max_digits=20, decimal_places=2, null=True, blank=True,</w:t>
        <w:br/>
        <w:t xml:space="preserve">    )</w:t>
        <w:br/>
        <w:t xml:space="preserve">    vat_on_acquired_assets = models.DecimalField(</w:t>
        <w:br/>
        <w:t xml:space="preserve">        _("НДС по приобретённым ценностям"),</w:t>
        <w:br/>
        <w:t xml:space="preserve">        max_digits=20, decimal_places=2, null=True, blank=True,</w:t>
        <w:br/>
        <w:t xml:space="preserve">    )</w:t>
        <w:br/>
        <w:t xml:space="preserve">    receivables = models.DecimalField(</w:t>
        <w:br/>
        <w:t xml:space="preserve">        _("дебиторская задолженность"),</w:t>
        <w:br/>
        <w:t xml:space="preserve">        max_digits=20, decimal_places=2, null=True, blank=True,</w:t>
        <w:br/>
        <w:t xml:space="preserve">    )</w:t>
        <w:br/>
        <w:t xml:space="preserve">    financial_investments_current = models.DecimalField(</w:t>
        <w:br/>
        <w:t xml:space="preserve">        _("финансовые вложения (оборотные)"),</w:t>
        <w:br/>
        <w:t xml:space="preserve">        max_digits=20, decimal_places=2, null=True, blank=True,</w:t>
        <w:br/>
        <w:t xml:space="preserve">    )</w:t>
        <w:br/>
        <w:t xml:space="preserve">    cash_and_equivalents = models.DecimalField(</w:t>
        <w:br/>
        <w:t xml:space="preserve">        _("денежные средства и эквиваленты"),</w:t>
        <w:br/>
        <w:t xml:space="preserve">        max_digits=20, decimal_places=2, null=True, blank=True,</w:t>
        <w:br/>
        <w:t xml:space="preserve">    )</w:t>
        <w:br/>
        <w:t xml:space="preserve">    other_current_assets = models.DecimalField(</w:t>
        <w:br/>
        <w:t xml:space="preserve">        _("прочие оборотные активы"),</w:t>
        <w:br/>
        <w:t xml:space="preserve">        max_digits=20, decimal_places=2, null=True, blank=True,</w:t>
        <w:br/>
        <w:t xml:space="preserve">    )</w:t>
        <w:br/>
        <w:t xml:space="preserve">    total_current_assets = models.DecimalField(</w:t>
        <w:br/>
        <w:t xml:space="preserve">        _("итого оборотные активы"),</w:t>
        <w:br/>
        <w:t xml:space="preserve">        max_digits=20, decimal_places=2, null=True, blank=True,</w:t>
        <w:br/>
        <w:t xml:space="preserve">    )</w:t>
        <w:br/>
        <w:t xml:space="preserve">    total_assets = models.DecimalField(</w:t>
        <w:br/>
        <w:t xml:space="preserve">        _("баланс (актив)"),</w:t>
        <w:br/>
        <w:t xml:space="preserve">        max_digits=20, decimal_places=2, null=True, blank=True,</w:t>
        <w:br/>
        <w:t xml:space="preserve">    )</w:t>
        <w:br/>
        <w:t xml:space="preserve">    # === ПАССИВ ===</w:t>
        <w:br/>
        <w:t xml:space="preserve">    # III. Капитал и резервы</w:t>
        <w:br/>
        <w:t xml:space="preserve">    authorized_capital = models.DecimalField(</w:t>
        <w:br/>
        <w:t xml:space="preserve">        _("уставный капитал"),</w:t>
        <w:br/>
        <w:t xml:space="preserve">        max_digits=20, decimal_places=2, null=True, blank=True,</w:t>
        <w:br/>
        <w:t xml:space="preserve">    )</w:t>
        <w:br/>
        <w:t xml:space="preserve">    own_shares_bought_back = models.DecimalField(</w:t>
        <w:br/>
        <w:t xml:space="preserve">        _("собственные акции, выкупленные у акционеров"),</w:t>
        <w:br/>
        <w:t xml:space="preserve">        max_digits=20, decimal_places=2, null=True, blank=True,</w:t>
        <w:br/>
        <w:t xml:space="preserve">    )</w:t>
        <w:br/>
        <w:t xml:space="preserve">    revaluation_of_non_current_assets = models.DecimalField(</w:t>
        <w:br/>
        <w:t xml:space="preserve">        _("переоценка внеоборотных активов"),</w:t>
        <w:br/>
        <w:t xml:space="preserve">        max_digits=20, decimal_places=2, null=True, blank=True,</w:t>
        <w:br/>
        <w:t xml:space="preserve">    )</w:t>
        <w:br/>
        <w:t xml:space="preserve">    additional_capital = models.DecimalField(</w:t>
        <w:br/>
        <w:t xml:space="preserve">        _("добавочный капитал"),</w:t>
        <w:br/>
        <w:t xml:space="preserve">        max_digits=20, decimal_places=2, null=True, blank=True,</w:t>
        <w:br/>
        <w:t xml:space="preserve">    )</w:t>
        <w:br/>
        <w:t xml:space="preserve">    reserve_capital = models.DecimalField(</w:t>
        <w:br/>
        <w:t xml:space="preserve">        _("резервный капитал"),</w:t>
        <w:br/>
        <w:t xml:space="preserve">        max_digits=20, decimal_places=2, null=True, blank=True,</w:t>
        <w:br/>
        <w:t xml:space="preserve">    )</w:t>
        <w:br/>
        <w:t xml:space="preserve">    retained_earnings = models.DecimalField(</w:t>
        <w:br/>
        <w:t xml:space="preserve">        _("нераспределённая прибыль"),</w:t>
        <w:br/>
        <w:t xml:space="preserve">        max_digits=20, decimal_places=2, null=True, blank=True,</w:t>
        <w:br/>
        <w:t xml:space="preserve">    )</w:t>
        <w:br/>
        <w:t xml:space="preserve">    total_equity = models.DecimalField(</w:t>
        <w:br/>
        <w:t xml:space="preserve">        _("итого капитал и резервы"),</w:t>
        <w:br/>
        <w:t xml:space="preserve">        max_digits=20, decimal_places=2, null=True, blank=True,</w:t>
        <w:br/>
        <w:t xml:space="preserve">    )</w:t>
        <w:br/>
        <w:t xml:space="preserve">    # IV. Долгосрочные обязательства</w:t>
        <w:br/>
        <w:t xml:space="preserve">    borrowings_non_current = models.DecimalField(</w:t>
        <w:br/>
        <w:t xml:space="preserve">        _("заёмные средства (долгосрочные)"),</w:t>
        <w:br/>
        <w:t xml:space="preserve">        max_digits=20, decimal_places=2, null=True, blank=True,</w:t>
        <w:br/>
        <w:t xml:space="preserve">    )</w:t>
        <w:br/>
        <w:t xml:space="preserve">    deferred_tax_liabilities = models.DecimalField(</w:t>
        <w:br/>
        <w:t xml:space="preserve">        _("отложенные налоговые обязательства"),</w:t>
        <w:br/>
        <w:t xml:space="preserve">        max_digits=20, decimal_places=2, null=True, blank=True,</w:t>
        <w:br/>
        <w:t xml:space="preserve">    )</w:t>
        <w:br/>
        <w:t xml:space="preserve">    estimated_liabilities_non_current = models.DecimalField(</w:t>
        <w:br/>
        <w:t xml:space="preserve">        _("оценочные обязательства (долгосрочные)"),</w:t>
        <w:br/>
        <w:t xml:space="preserve">        max_digits=20, decimal_places=2, null=True, blank=True,</w:t>
        <w:br/>
        <w:t xml:space="preserve">    )</w:t>
        <w:br/>
        <w:t xml:space="preserve">    other_liabilities_non_current = models.DecimalField(</w:t>
        <w:br/>
        <w:t xml:space="preserve">        _("прочие обязательства (долгосрочные)"),</w:t>
        <w:br/>
        <w:t xml:space="preserve">        max_digits=20, decimal_places=2, null=True, blank=True,</w:t>
        <w:br/>
        <w:t xml:space="preserve">    )</w:t>
        <w:br/>
        <w:t xml:space="preserve">    total_non_current_liabilities = models.DecimalField(</w:t>
        <w:br/>
        <w:t xml:space="preserve">        _("итого долгосрочные обязательства"),</w:t>
        <w:br/>
        <w:t xml:space="preserve">        max_digits=20, decimal_places=2, null=True, blank=True,</w:t>
        <w:br/>
        <w:t xml:space="preserve">    )</w:t>
        <w:br/>
        <w:t xml:space="preserve">    # V. Краткосрочные обязательства</w:t>
        <w:br/>
        <w:t xml:space="preserve">    borrowings_current = models.DecimalField(</w:t>
        <w:br/>
        <w:t xml:space="preserve">        _("заёмные средства (краткосрочные)"),</w:t>
        <w:br/>
        <w:t xml:space="preserve">        max_digits=20, decimal_places=2, null=True, blank=True,</w:t>
        <w:br/>
        <w:t xml:space="preserve">    )</w:t>
        <w:br/>
        <w:t xml:space="preserve">    payables = models.DecimalField(</w:t>
        <w:br/>
        <w:t xml:space="preserve">        _("кредиторская задолженность"),</w:t>
        <w:br/>
        <w:t xml:space="preserve">        max_digits=20, decimal_places=2, null=True, blank=True,</w:t>
        <w:br/>
        <w:t xml:space="preserve">    )</w:t>
        <w:br/>
        <w:t xml:space="preserve">    deferred_income = models.DecimalField(</w:t>
        <w:br/>
        <w:t xml:space="preserve">        _("доходы будущих периодов"),</w:t>
        <w:br/>
        <w:t xml:space="preserve">        max_digits=20, decimal_places=2, null=True, blank=True,</w:t>
        <w:br/>
        <w:t xml:space="preserve">    )</w:t>
        <w:br/>
        <w:t xml:space="preserve">    estimated_liabilities_current = models.DecimalField(</w:t>
        <w:br/>
        <w:t xml:space="preserve">        _("оценочные обязательства (краткосрочные)"),</w:t>
        <w:br/>
        <w:t xml:space="preserve">        max_digits=20, decimal_places=2, null=True, blank=True,</w:t>
        <w:br/>
        <w:t xml:space="preserve">    )</w:t>
        <w:br/>
        <w:t xml:space="preserve">    other_liabilities_current = models.DecimalField(</w:t>
        <w:br/>
        <w:t xml:space="preserve">        _("прочие обязательства (краткосрочные)"),</w:t>
        <w:br/>
        <w:t xml:space="preserve">        max_digits=20, decimal_places=2, null=True, blank=True,</w:t>
        <w:br/>
        <w:t xml:space="preserve">    )</w:t>
        <w:br/>
        <w:t xml:space="preserve">    total_current_liabilities = models.DecimalField(</w:t>
        <w:br/>
        <w:t xml:space="preserve">        _("итого краткосрочные обязательства"),</w:t>
        <w:br/>
        <w:t xml:space="preserve">        max_digits=20, decimal_places=2, null=True, blank=True,</w:t>
        <w:br/>
        <w:t xml:space="preserve">    )</w:t>
        <w:br/>
        <w:t xml:space="preserve">    total_liabilities = models.DecimalField(</w:t>
        <w:br/>
        <w:t xml:space="preserve">        _("баланс (пассив)"),</w:t>
        <w:br/>
        <w:t xml:space="preserve">        max_digits=20, decimal_places=2, null=True, blank=True,</w:t>
        <w:br/>
        <w:t xml:space="preserve">    )</w:t>
        <w:br/>
        <w:t xml:space="preserve">    # === Отчёт о финансовых результатах ===</w:t>
        <w:br/>
        <w:t xml:space="preserve">    revenue = models.DecimalField(</w:t>
        <w:br/>
        <w:t xml:space="preserve">        _("выручка"),</w:t>
        <w:br/>
        <w:t xml:space="preserve">        max_digits=20, decimal_places=2, null=True, blank=True,</w:t>
        <w:br/>
        <w:t xml:space="preserve">    )</w:t>
        <w:br/>
        <w:t xml:space="preserve">    cost_of_sales = models.DecimalField(</w:t>
        <w:br/>
        <w:t xml:space="preserve">        _("себестоимость продаж"),</w:t>
        <w:br/>
        <w:t xml:space="preserve">        max_digits=20, decimal_places=2, null=True, blank=True,</w:t>
        <w:br/>
        <w:t xml:space="preserve">    )</w:t>
        <w:br/>
        <w:t xml:space="preserve">    gross_profit = models.DecimalField(</w:t>
        <w:br/>
        <w:t xml:space="preserve">        _("валовая прибыль"),</w:t>
        <w:br/>
        <w:t xml:space="preserve">        max_digits=20, decimal_places=2, null=True, blank=True,</w:t>
        <w:br/>
        <w:t xml:space="preserve">    )</w:t>
        <w:br/>
        <w:t xml:space="preserve">    selling_expenses = models.DecimalField(</w:t>
        <w:br/>
        <w:t xml:space="preserve">        _("коммерческие расходы"),</w:t>
        <w:br/>
        <w:t xml:space="preserve">        max_digits=20, decimal_places=2, null=True, blank=True,</w:t>
        <w:br/>
        <w:t xml:space="preserve">    )</w:t>
        <w:br/>
        <w:t xml:space="preserve">    administrative_expenses = models.DecimalField(</w:t>
        <w:br/>
        <w:t xml:space="preserve">        _("управленческие расходы"),</w:t>
        <w:br/>
        <w:t xml:space="preserve">        max_digits=20, decimal_places=2, null=True, blank=True,</w:t>
        <w:br/>
        <w:t xml:space="preserve">    )</w:t>
        <w:br/>
        <w:t xml:space="preserve">    profit_from_sales = models.DecimalField(</w:t>
        <w:br/>
        <w:t xml:space="preserve">        _("прибыль от продаж"),</w:t>
        <w:br/>
        <w:t xml:space="preserve">        max_digits=20, decimal_places=2, null=True, blank=True,</w:t>
        <w:br/>
        <w:t xml:space="preserve">    )</w:t>
        <w:br/>
        <w:t xml:space="preserve">    interest_receivable = models.DecimalField(</w:t>
        <w:br/>
        <w:t xml:space="preserve">        _("проценты к получению"),</w:t>
        <w:br/>
        <w:t xml:space="preserve">        max_digits=20, decimal_places=2, null=True, blank=True,</w:t>
        <w:br/>
        <w:t xml:space="preserve">    )</w:t>
        <w:br/>
        <w:t xml:space="preserve">    interest_payable = models.DecimalField(</w:t>
        <w:br/>
        <w:t xml:space="preserve">        _("проценты к уплате"),</w:t>
        <w:br/>
        <w:t xml:space="preserve">        max_digits=20, decimal_places=2, null=True, blank=True,</w:t>
        <w:br/>
        <w:t xml:space="preserve">    )</w:t>
        <w:br/>
        <w:t xml:space="preserve">    other_income = models.DecimalField(</w:t>
        <w:br/>
        <w:t xml:space="preserve">        _("прочие доходы"),</w:t>
        <w:br/>
        <w:t xml:space="preserve">        max_digits=20, decimal_places=2, null=True, blank=True,</w:t>
        <w:br/>
        <w:t xml:space="preserve">    )</w:t>
        <w:br/>
        <w:t xml:space="preserve">    other_expenses = models.DecimalField(</w:t>
        <w:br/>
        <w:t xml:space="preserve">        _("прочие расходы"),</w:t>
        <w:br/>
        <w:t xml:space="preserve">        max_digits=20, decimal_places=2, null=True, blank=True,</w:t>
        <w:br/>
        <w:t xml:space="preserve">    )</w:t>
        <w:br/>
        <w:t xml:space="preserve">    profit_before_tax = models.DecimalField(</w:t>
        <w:br/>
        <w:t xml:space="preserve">        _("прибыль до налогообложения"),</w:t>
        <w:br/>
        <w:t xml:space="preserve">        max_digits=20, decimal_places=2, null=True, blank=True,</w:t>
        <w:br/>
        <w:t xml:space="preserve">    )</w:t>
        <w:br/>
        <w:t xml:space="preserve">    income_tax = models.DecimalField(</w:t>
        <w:br/>
        <w:t xml:space="preserve">        _("текущий налог на прибыль"),</w:t>
        <w:br/>
        <w:t xml:space="preserve">        max_digits=20, decimal_places=2, null=True, blank=True,</w:t>
        <w:br/>
        <w:t xml:space="preserve">    )</w:t>
        <w:br/>
        <w:t xml:space="preserve">    net_profit = models.DecimalField(</w:t>
        <w:br/>
        <w:t xml:space="preserve">        _("чистая прибыль"),</w:t>
        <w:br/>
        <w:t xml:space="preserve">        max_digits=20, decimal_places=2, null=True, blank=True,</w:t>
        <w:br/>
        <w:t xml:space="preserve">    )</w:t>
        <w:br/>
        <w:t xml:space="preserve">    # === Дополнительные показатели ===</w:t>
        <w:br/>
        <w:t xml:space="preserve">    ebitda = models.DecimalField(</w:t>
        <w:br/>
        <w:t xml:space="preserve">        _("EBITDA"),</w:t>
        <w:br/>
        <w:t xml:space="preserve">        max_digits=20, decimal_places=2, null=True, blank=True,</w:t>
        <w:br/>
        <w:t xml:space="preserve">    )</w:t>
        <w:br/>
        <w:t xml:space="preserve">    depreciation = models.DecimalField(</w:t>
        <w:br/>
        <w:t xml:space="preserve">        _("амортизация"),</w:t>
        <w:br/>
        <w:t xml:space="preserve">        max_digits=20, decimal_places=2, null=True, blank=True,</w:t>
        <w:br/>
        <w:t xml:space="preserve">    )</w:t>
        <w:br/>
        <w:t xml:space="preserve">    working_capital = models.DecimalField(</w:t>
        <w:br/>
        <w:t xml:space="preserve">        _("оборотный капитал"),</w:t>
        <w:br/>
        <w:t xml:space="preserve">        max_digits=20, decimal_places=2, null=True, blank=True,</w:t>
        <w:br/>
        <w:t xml:space="preserve">    )</w:t>
        <w:br/>
        <w:t xml:space="preserve">    net_debt = models.DecimalField(</w:t>
        <w:br/>
        <w:t xml:space="preserve">        _("чистый долг"),</w:t>
        <w:br/>
        <w:t xml:space="preserve">        max_digits=20, decimal_places=2, null=True, blank=True,</w:t>
        <w:br/>
        <w:t xml:space="preserve">    )</w:t>
        <w:br/>
        <w:t xml:space="preserve">    # === Прошлый период (для сравнения) ===</w:t>
        <w:br/>
        <w:t xml:space="preserve">    total_assets_prev = models.DecimalField(</w:t>
        <w:br/>
        <w:t xml:space="preserve">        _("баланс (актив) - прошлый период"),</w:t>
        <w:br/>
        <w:t xml:space="preserve">        max_digits=20, decimal_places=2, null=True, blank=True,</w:t>
        <w:br/>
        <w:t xml:space="preserve">    )</w:t>
        <w:br/>
        <w:t xml:space="preserve">    total_liabilities_prev = models.DecimalField(</w:t>
        <w:br/>
        <w:t xml:space="preserve">        _("баланс (пассив) - прошлый период"),</w:t>
        <w:br/>
        <w:t xml:space="preserve">        max_digits=20, decimal_places=2, null=True, blank=True,</w:t>
        <w:br/>
        <w:t xml:space="preserve">    )</w:t>
        <w:br/>
        <w:t xml:space="preserve">    revenue_prev = models.DecimalField(</w:t>
        <w:br/>
        <w:t xml:space="preserve">        _("выручка - прошлый период"),</w:t>
        <w:br/>
        <w:t xml:space="preserve">        max_digits=20, decimal_places=2, null=True, blank=True,</w:t>
        <w:br/>
        <w:t xml:space="preserve">    )</w:t>
        <w:br/>
        <w:t xml:space="preserve">    net_profit_prev = models.DecimalField(</w:t>
        <w:br/>
        <w:t xml:space="preserve">        _("чистая прибыль - прошлый период"),</w:t>
        <w:br/>
        <w:t xml:space="preserve">        max_digits=20, decimal_places=2, null=True, blank=True,</w:t>
        <w:br/>
        <w:t xml:space="preserve">    )</w:t>
        <w:br/>
        <w:t xml:space="preserve">    class Meta:</w:t>
        <w:br/>
        <w:t xml:space="preserve">        verbose_name = _("запись Ф-2")</w:t>
        <w:br/>
        <w:t xml:space="preserve">        verbose_name_plural = _("записи Ф-2")</w:t>
        <w:br/>
        <w:t xml:space="preserve">        ordering = ["-created_at"]</w:t>
        <w:br/>
        <w:t xml:space="preserve">        indexes = [</w:t>
        <w:br/>
        <w:t xml:space="preserve">            models.Index(fields=["organization", "load_batch"]),</w:t>
        <w:br/>
        <w:t xml:space="preserve">            models.Index(fields=["load_batch"]),</w:t>
        <w:br/>
        <w:t xml:space="preserve">        ]</w:t>
        <w:br/>
        <w:t xml:space="preserve">    def __str__(self) -&gt; str:</w:t>
        <w:br/>
        <w:t xml:space="preserve">        return f"Ф-2: {self.organization.name} (batch: {self.load_batch})"</w:t>
      </w:r>
    </w:p>
    <w:p>
      <w:pPr>
        <w:pStyle w:val="Heading1"/>
      </w:pPr>
      <w:r>
        <w:t>src/apps/form_2/serializers.py</w:t>
      </w:r>
    </w:p>
    <w:p>
      <w:r>
        <w:t>"""</w:t>
        <w:br/>
        <w:t>Сериализаторы формы Ф-2.</w:t>
        <w:br/>
        <w:t>Содержит:</w:t>
        <w:br/>
        <w:t>- FormF2RecordSerializer - сериализатор записи</w:t>
        <w:br/>
        <w:t>- FormF2UploadSerializer - сериализатор загрузки файла</w:t>
        <w:br/>
        <w:t>- FormF2ParseResultSerializer - результат парсинга</w:t>
        <w:br/>
        <w:t>"""</w:t>
        <w:br/>
        <w:t>from apps.form_2.models import FormF2Record</w:t>
        <w:br/>
        <w:t>from apps.organization.serializers import OrganizationSerializer</w:t>
        <w:br/>
        <w:t>from rest_framework import serializers</w:t>
        <w:br/>
        <w:t>class FormF2RecordSerializer(serializers.ModelSerializer):</w:t>
        <w:br/>
        <w:t xml:space="preserve">    """Сериализатор записи формы Ф-2."""</w:t>
        <w:br/>
        <w:t xml:space="preserve">    organization = OrganizationSerializer(read_only=True)</w:t>
        <w:br/>
        <w:t xml:space="preserve">    class Meta:</w:t>
        <w:br/>
        <w:t xml:space="preserve">        model = FormF2Record</w:t>
        <w:br/>
        <w:t xml:space="preserve">        fields = "__all__"</w:t>
        <w:br/>
        <w:t xml:space="preserve">        read_only_fields = ["id", "created_at", "updated_at"]</w:t>
        <w:br/>
        <w:t>class FormF2RecordListSerializer(serializers.ModelSerializer):</w:t>
        <w:br/>
        <w:t xml:space="preserve">    """Сериализатор списка записей формы Ф-2 (сокращённый)."""</w:t>
        <w:br/>
        <w:t xml:space="preserve">    organization_name = serializers.CharField(source="organization.name", read_only=True)</w:t>
        <w:br/>
        <w:t xml:space="preserve">    organization_inn = serializers.CharField(source="organization.inn", read_only=True)</w:t>
        <w:br/>
        <w:t xml:space="preserve">    class Meta:</w:t>
        <w:br/>
        <w:t xml:space="preserve">        model = FormF2Record</w:t>
        <w:br/>
        <w:t xml:space="preserve">        fields = [</w:t>
        <w:br/>
        <w:t xml:space="preserve">            "id",</w:t>
        <w:br/>
        <w:t xml:space="preserve">            "organization_name",</w:t>
        <w:br/>
        <w:t xml:space="preserve">            "organization_inn",</w:t>
        <w:br/>
        <w:t xml:space="preserve">            "load_batch",</w:t>
        <w:br/>
        <w:t xml:space="preserve">            "total_assets",</w:t>
        <w:br/>
        <w:t xml:space="preserve">            "total_liabilities",</w:t>
        <w:br/>
        <w:t xml:space="preserve">            "revenue",</w:t>
        <w:br/>
        <w:t xml:space="preserve">            "net_profit",</w:t>
        <w:br/>
        <w:t xml:space="preserve">            "created_at",</w:t>
        <w:br/>
        <w:t xml:space="preserve">        ]</w:t>
        <w:br/>
        <w:t>class FormF2UploadSerializer(serializers.Serializer):</w:t>
        <w:br/>
        <w:t xml:space="preserve">    """Сериализатор загрузки файла формы Ф-2."""</w:t>
        <w:br/>
        <w:t xml:space="preserve">    file = serializers.FileField(</w:t>
        <w:br/>
        <w:t xml:space="preserve">        help_text="Excel файл формы Ф-2 (.xlsx)"</w:t>
        <w:br/>
        <w:t xml:space="preserve">    )</w:t>
        <w:br/>
        <w:t xml:space="preserve">    def validate_file(self, value):</w:t>
        <w:br/>
        <w:t xml:space="preserve">        """Валидация загруженного файла."""</w:t>
        <w:br/>
        <w:t xml:space="preserve">        if not value.name.endswith((".xlsx", ".xls")):</w:t>
        <w:br/>
        <w:t xml:space="preserve">            raise serializers.ValidationError(</w:t>
        <w:br/>
        <w:t xml:space="preserve">                "Неподдерживаемый формат файла. Используйте .xlsx или .xls"</w:t>
        <w:br/>
        <w:t xml:space="preserve">            )</w:t>
        <w:br/>
        <w:t xml:space="preserve">        # Ограничение размера: 50MB</w:t>
        <w:br/>
        <w:t xml:space="preserve">        if value.size &gt; 50 * 1024 * 1024:</w:t>
        <w:br/>
        <w:t xml:space="preserve">            raise serializers.ValidationError(</w:t>
        <w:br/>
        <w:t xml:space="preserve">                "Размер файла превышает 50MB"</w:t>
        <w:br/>
        <w:t xml:space="preserve">            )</w:t>
        <w:br/>
        <w:t xml:space="preserve">        return value</w:t>
        <w:br/>
        <w:t>class FieldErrorSerializer(serializers.Serializer):</w:t>
        <w:br/>
        <w:t xml:space="preserve">    """Сериализатор ошибки поля."""</w:t>
        <w:br/>
        <w:t xml:space="preserve">    field = serializers.CharField()</w:t>
        <w:br/>
        <w:t xml:space="preserve">    message = serializers.CharField()</w:t>
        <w:br/>
        <w:t>class RowValidationErrorSerializer(serializers.Serializer):</w:t>
        <w:br/>
        <w:t xml:space="preserve">    """Сериализатор ошибки валидации строки."""</w:t>
        <w:br/>
        <w:t xml:space="preserve">    row = serializers.IntegerField()</w:t>
        <w:br/>
        <w:t xml:space="preserve">    inn = serializers.CharField(allow_null=True)</w:t>
        <w:br/>
        <w:t xml:space="preserve">    kpp = serializers.CharField(allow_null=True)</w:t>
        <w:br/>
        <w:t xml:space="preserve">    organization_name = serializers.CharField(allow_null=True)</w:t>
        <w:br/>
        <w:t xml:space="preserve">    errors = FieldErrorSerializer(many=True)</w:t>
        <w:br/>
        <w:t>class FormF2ParseResultSerializer(serializers.Serializer):</w:t>
        <w:br/>
        <w:t xml:space="preserve">    """Сериализатор результата парсинга."""</w:t>
        <w:br/>
        <w:t xml:space="preserve">    batch_id = serializers.IntegerField()</w:t>
        <w:br/>
        <w:t xml:space="preserve">    loaded_count = serializers.IntegerField()</w:t>
        <w:br/>
        <w:t xml:space="preserve">    skipped_count = serializers.IntegerField()</w:t>
        <w:br/>
        <w:t xml:space="preserve">    errors = RowValidationErrorSerializer(many=True)</w:t>
      </w:r>
    </w:p>
    <w:p>
      <w:pPr>
        <w:pStyle w:val="Heading1"/>
      </w:pPr>
      <w:r>
        <w:t>src/apps/form_2/__init__.py</w:t>
      </w:r>
    </w:p>
    <w:p>
      <w:r>
        <w:t>"""Приложение формы Ф-2 (Бухгалтерский баланс)."""</w:t>
      </w:r>
    </w:p>
    <w:p>
      <w:pPr>
        <w:pStyle w:val="Heading1"/>
      </w:pPr>
      <w:r>
        <w:t>src/apps/form_2/apps.py</w:t>
      </w:r>
    </w:p>
    <w:p>
      <w:r>
        <w:t>"""Конфигурация приложения form_2."""</w:t>
        <w:br/>
        <w:t>from django.apps import AppConfig</w:t>
        <w:br/>
        <w:t>class Form2Config(AppConfig):</w:t>
        <w:br/>
        <w:t xml:space="preserve">    """Конфигурация приложения формы Ф-2."""</w:t>
        <w:br/>
        <w:t xml:space="preserve">    default_auto_field = "django.db.models.BigAutoField"</w:t>
        <w:br/>
        <w:t xml:space="preserve">    name = "apps.form_2"</w:t>
        <w:br/>
        <w:t xml:space="preserve">    verbose_name = "Форма Ф-2 (Бухгалтерский баланс)"</w:t>
      </w:r>
    </w:p>
    <w:p>
      <w:pPr>
        <w:pStyle w:val="Heading1"/>
      </w:pPr>
      <w:r>
        <w:t>src/apps/form_2/api.py</w:t>
      </w:r>
    </w:p>
    <w:p>
      <w:r>
        <w:t>"""</w:t>
        <w:br/>
        <w:t>API формы Ф-2.</w:t>
        <w:br/>
        <w:t>Содержит:</w:t>
        <w:br/>
        <w:t>- FormF2UploadView - загрузка файла</w:t>
        <w:br/>
        <w:t>- FormF2RecordViewSet - CRUD записей</w:t>
        <w:br/>
        <w:t>"""</w:t>
        <w:br/>
        <w:t>import logging</w:t>
        <w:br/>
        <w:t>from apps.core.viewsets import BaseViewSet</w:t>
        <w:br/>
        <w:t>from apps.form_2.models import FormF2Record</w:t>
        <w:br/>
        <w:t>from apps.form_2.serializers import (</w:t>
        <w:br/>
        <w:t xml:space="preserve">    FormF2ParseResultSerializer,</w:t>
        <w:br/>
        <w:t xml:space="preserve">    FormF2RecordListSerializer,</w:t>
        <w:br/>
        <w:t xml:space="preserve">    FormF2RecordSerializer,</w:t>
        <w:br/>
        <w:t xml:space="preserve">    FormF2UploadSerializer,</w:t>
        <w:br/>
        <w:t>)</w:t>
        <w:br/>
        <w:t>from apps.form_2.services import FormF2Service, parse_form_f2_file</w:t>
        <w:br/>
        <w:t>from apps.form_2.tasks import process_form_f2_file</w:t>
        <w:br/>
        <w:t>from rest_framework import status</w:t>
        <w:br/>
        <w:t>from rest_framework.parsers import MultiPartParser</w:t>
        <w:br/>
        <w:t>from rest_framework.response import Response</w:t>
        <w:br/>
        <w:t>from rest_framework.views import APIView</w:t>
        <w:br/>
        <w:t>logger = logging.getLogger(__name__)</w:t>
        <w:br/>
        <w:t># Порог для фоновой обработки (байты)</w:t>
        <w:br/>
        <w:t>BACKGROUND_THRESHOLD = 1024 * 1024  # 1MB</w:t>
        <w:br/>
        <w:t>class FormF2UploadView(APIView):</w:t>
        <w:br/>
        <w:t xml:space="preserve">    """</w:t>
        <w:br/>
        <w:t xml:space="preserve">    Загрузка файла формы Ф-2.</w:t>
        <w:br/>
        <w:t xml:space="preserve">    POST /api/v1/forms/f2/upload/</w:t>
        <w:br/>
        <w:t xml:space="preserve">    """</w:t>
        <w:br/>
        <w:t xml:space="preserve">    parser_classes = [MultiPartParser]</w:t>
        <w:br/>
        <w:t xml:space="preserve">    def post(self, request):</w:t>
        <w:br/>
        <w:t xml:space="preserve">        """Загрузка и обработка файла."""</w:t>
        <w:br/>
        <w:t xml:space="preserve">        serializer = FormF2UploadSerializer(data=request.data)</w:t>
        <w:br/>
        <w:t xml:space="preserve">        serializer.is_valid(raise_exception=True)</w:t>
        <w:br/>
        <w:t xml:space="preserve">        file = serializer.validated_data["file"]</w:t>
        <w:br/>
        <w:t xml:space="preserve">        # Для больших файлов - фоновая обработка</w:t>
        <w:br/>
        <w:t xml:space="preserve">        if file.size &gt; BACKGROUND_THRESHOLD:</w:t>
        <w:br/>
        <w:t xml:space="preserve">            file_content = file.read()</w:t>
        <w:br/>
        <w:t xml:space="preserve">            task = process_form_f2_file.delay(file_content, file.name)</w:t>
        <w:br/>
        <w:t xml:space="preserve">            return Response(</w:t>
        <w:br/>
        <w:t xml:space="preserve">                {</w:t>
        <w:br/>
        <w:t xml:space="preserve">                    "success": True,</w:t>
        <w:br/>
        <w:t xml:space="preserve">                    "message": "Файл поставлен в очередь на обработку",</w:t>
        <w:br/>
        <w:t xml:space="preserve">                    "task_id": task.id,</w:t>
        <w:br/>
        <w:t xml:space="preserve">                },</w:t>
        <w:br/>
        <w:t xml:space="preserve">                status=status.HTTP_202_ACCEPTED,</w:t>
        <w:br/>
        <w:t xml:space="preserve">            )</w:t>
        <w:br/>
        <w:t xml:space="preserve">        # Синхронная обработка</w:t>
        <w:br/>
        <w:t xml:space="preserve">        try:</w:t>
        <w:br/>
        <w:t xml:space="preserve">            result = parse_form_f2_file(file)</w:t>
        <w:br/>
        <w:t xml:space="preserve">            result_serializer = FormF2ParseResultSerializer(result)</w:t>
        <w:br/>
        <w:t xml:space="preserve">            return Response(</w:t>
        <w:br/>
        <w:t xml:space="preserve">                {</w:t>
        <w:br/>
        <w:t xml:space="preserve">                    "success": True,</w:t>
        <w:br/>
        <w:t xml:space="preserve">                    "data": result_serializer.data,</w:t>
        <w:br/>
        <w:t xml:space="preserve">                },</w:t>
        <w:br/>
        <w:t xml:space="preserve">                status=status.HTTP_200_OK,</w:t>
        <w:br/>
        <w:t xml:space="preserve">            )</w:t>
        <w:br/>
        <w:t xml:space="preserve">        except Exception as e:</w:t>
        <w:br/>
        <w:t xml:space="preserve">            logger.exception("Ошибка обработки файла Ф-2")</w:t>
        <w:br/>
        <w:t xml:space="preserve">            return Response(</w:t>
        <w:br/>
        <w:t xml:space="preserve">                {</w:t>
        <w:br/>
        <w:t xml:space="preserve">                    "success": False,</w:t>
        <w:br/>
        <w:t xml:space="preserve">                    "error": str(e),</w:t>
        <w:br/>
        <w:t xml:space="preserve">                },</w:t>
        <w:br/>
        <w:t xml:space="preserve">                status=status.HTTP_400_BAD_REQUEST,</w:t>
        <w:br/>
        <w:t xml:space="preserve">            )</w:t>
        <w:br/>
        <w:t>class FormF2RecordViewSet(BaseViewSet):</w:t>
        <w:br/>
        <w:t xml:space="preserve">    """</w:t>
        <w:br/>
        <w:t xml:space="preserve">    ViewSet для записей формы Ф-2.</w:t>
        <w:br/>
        <w:t xml:space="preserve">    GET /api/v1/forms/f2/records/ - список записей</w:t>
        <w:br/>
        <w:t xml:space="preserve">    GET /api/v1/forms/f2/records/{id}/ - детали записи</w:t>
        <w:br/>
        <w:t xml:space="preserve">    """</w:t>
        <w:br/>
        <w:t xml:space="preserve">    queryset = FormF2Record.objects.select_related("organization").all()</w:t>
        <w:br/>
        <w:t xml:space="preserve">    serializer_class = FormF2RecordSerializer</w:t>
        <w:br/>
        <w:t xml:space="preserve">    service_class = FormF2Service</w:t>
        <w:br/>
        <w:t xml:space="preserve">    def get_serializer_class(self):</w:t>
        <w:br/>
        <w:t xml:space="preserve">        """Выбор сериализатора в зависимости от действия."""</w:t>
        <w:br/>
        <w:t xml:space="preserve">        if self.action == "list":</w:t>
        <w:br/>
        <w:t xml:space="preserve">            return FormF2RecordListSerializer</w:t>
        <w:br/>
        <w:t xml:space="preserve">        return FormF2RecordSerializer</w:t>
        <w:br/>
        <w:t xml:space="preserve">    def get_queryset(self):</w:t>
        <w:br/>
        <w:t xml:space="preserve">        """Фильтрация по batch_id."""</w:t>
        <w:br/>
        <w:t xml:space="preserve">        queryset = super().get_queryset()</w:t>
        <w:br/>
        <w:t xml:space="preserve">        batch_id = self.request.query_params.get("batch_id")</w:t>
        <w:br/>
        <w:t xml:space="preserve">        if batch_id:</w:t>
        <w:br/>
        <w:t xml:space="preserve">            queryset = queryset.filter(load_batch=batch_id)</w:t>
        <w:br/>
        <w:t xml:space="preserve">        return queryset</w:t>
      </w:r>
    </w:p>
    <w:p>
      <w:pPr>
        <w:pStyle w:val="Heading1"/>
      </w:pPr>
      <w:r>
        <w:t>src/apps/form_2/admin.py</w:t>
      </w:r>
    </w:p>
    <w:p>
      <w:r>
        <w:t>"""</w:t>
        <w:br/>
        <w:t>Админка формы Ф-2.</w:t>
        <w:br/>
        <w:t>"""</w:t>
        <w:br/>
        <w:t>from apps.form_2.models import FormF2Record</w:t>
        <w:br/>
        <w:t>from django.contrib import admin</w:t>
        <w:br/>
        <w:t>@admin.register(FormF2Record)</w:t>
        <w:br/>
        <w:t>class FormF2RecordAdmin(admin.ModelAdmin):</w:t>
        <w:br/>
        <w:t xml:space="preserve">    """Админка записей формы Ф-2."""</w:t>
        <w:br/>
        <w:t xml:space="preserve">    list_display = [</w:t>
        <w:br/>
        <w:t xml:space="preserve">        "organization",</w:t>
        <w:br/>
        <w:t xml:space="preserve">        "load_batch",</w:t>
        <w:br/>
        <w:t xml:space="preserve">        "total_assets",</w:t>
        <w:br/>
        <w:t xml:space="preserve">        "total_liabilities",</w:t>
        <w:br/>
        <w:t xml:space="preserve">        "revenue",</w:t>
        <w:br/>
        <w:t xml:space="preserve">        "net_profit",</w:t>
        <w:br/>
        <w:t xml:space="preserve">        "created_at",</w:t>
        <w:br/>
        <w:t xml:space="preserve">    ]</w:t>
        <w:br/>
        <w:t xml:space="preserve">    list_filter = ["load_batch", "created_at"]</w:t>
        <w:br/>
        <w:t xml:space="preserve">    search_fields = ["organization__name", "organization__inn"]</w:t>
        <w:br/>
        <w:t xml:space="preserve">    readonly_fields = ["id", "created_at", "updated_at"]</w:t>
        <w:br/>
        <w:t xml:space="preserve">    raw_id_fields = ["organization"]</w:t>
        <w:br/>
        <w:t xml:space="preserve">    ordering = ["-created_at"]</w:t>
        <w:br/>
        <w:t xml:space="preserve">    fieldsets = [</w:t>
        <w:br/>
        <w:t xml:space="preserve">        ("Основная информация", {"fields": ["id", "organization", "load_batch"]}),</w:t>
        <w:br/>
        <w:t xml:space="preserve">        ("I. Внеоборотные активы", {</w:t>
        <w:br/>
        <w:t xml:space="preserve">            "fields": [</w:t>
        <w:br/>
        <w:t xml:space="preserve">                "intangible_assets", "rd_results", "intangible_search_assets",</w:t>
        <w:br/>
        <w:t xml:space="preserve">                "tangible_search_assets", "fixed_assets", "profitable_investments",</w:t>
        <w:br/>
        <w:t xml:space="preserve">                "financial_investments_non_current", "deferred_tax_assets",</w:t>
        <w:br/>
        <w:t xml:space="preserve">                "other_non_current_assets", "total_non_current_assets",</w:t>
        <w:br/>
        <w:t xml:space="preserve">            ],</w:t>
        <w:br/>
        <w:t xml:space="preserve">        }),</w:t>
        <w:br/>
        <w:t xml:space="preserve">        ("II. Оборотные активы", {</w:t>
        <w:br/>
        <w:t xml:space="preserve">            "fields": [</w:t>
        <w:br/>
        <w:t xml:space="preserve">                "inventories", "vat_on_acquired_assets", "receivables",</w:t>
        <w:br/>
        <w:t xml:space="preserve">                "financial_investments_current", "cash_and_equivalents",</w:t>
        <w:br/>
        <w:t xml:space="preserve">                "other_current_assets", "total_current_assets", "total_assets",</w:t>
        <w:br/>
        <w:t xml:space="preserve">            ],</w:t>
        <w:br/>
        <w:t xml:space="preserve">        }),</w:t>
        <w:br/>
        <w:t xml:space="preserve">        ("III. Капитал и резервы", {</w:t>
        <w:br/>
        <w:t xml:space="preserve">            "fields": [</w:t>
        <w:br/>
        <w:t xml:space="preserve">                "authorized_capital", "own_shares_bought_back",</w:t>
        <w:br/>
        <w:t xml:space="preserve">                "revaluation_of_non_current_assets", "additional_capital",</w:t>
        <w:br/>
        <w:t xml:space="preserve">                "reserve_capital", "retained_earnings", "total_equity",</w:t>
        <w:br/>
        <w:t xml:space="preserve">            ],</w:t>
        <w:br/>
        <w:t xml:space="preserve">            "classes": ["collapse"],</w:t>
        <w:br/>
        <w:t xml:space="preserve">        }),</w:t>
        <w:br/>
        <w:t xml:space="preserve">        ("IV. Долгосрочные обязательства", {</w:t>
        <w:br/>
        <w:t xml:space="preserve">            "fields": [</w:t>
        <w:br/>
        <w:t xml:space="preserve">                "borrowings_non_current", "deferred_tax_liabilities",</w:t>
        <w:br/>
        <w:t xml:space="preserve">                "estimated_liabilities_non_current", "other_liabilities_non_current",</w:t>
        <w:br/>
        <w:t xml:space="preserve">                "total_non_current_liabilities",</w:t>
        <w:br/>
        <w:t xml:space="preserve">            ],</w:t>
        <w:br/>
        <w:t xml:space="preserve">            "classes": ["collapse"],</w:t>
        <w:br/>
        <w:t xml:space="preserve">        }),</w:t>
        <w:br/>
        <w:t xml:space="preserve">        ("V. Краткосрочные обязательства", {</w:t>
        <w:br/>
        <w:t xml:space="preserve">            "fields": [</w:t>
        <w:br/>
        <w:t xml:space="preserve">                "borrowings_current", "payables", "deferred_income",</w:t>
        <w:br/>
        <w:t xml:space="preserve">                "estimated_liabilities_current", "other_liabilities_current",</w:t>
        <w:br/>
        <w:t xml:space="preserve">                "total_current_liabilities", "total_liabilities",</w:t>
        <w:br/>
        <w:t xml:space="preserve">            ],</w:t>
        <w:br/>
        <w:t xml:space="preserve">            "classes": ["collapse"],</w:t>
        <w:br/>
        <w:t xml:space="preserve">        }),</w:t>
        <w:br/>
        <w:t xml:space="preserve">        ("Отчёт о финансовых результатах", {</w:t>
        <w:br/>
        <w:t xml:space="preserve">            "fields": [</w:t>
        <w:br/>
        <w:t xml:space="preserve">                "revenue", "cost_of_sales", "gross_profit", "selling_expenses",</w:t>
        <w:br/>
        <w:t xml:space="preserve">                "administrative_expenses", "profit_from_sales", "interest_receivable",</w:t>
        <w:br/>
        <w:t xml:space="preserve">                "interest_payable", "other_income", "other_expenses",</w:t>
        <w:br/>
        <w:t xml:space="preserve">                "profit_before_tax", "income_tax", "net_profit",</w:t>
        <w:br/>
        <w:t xml:space="preserve">            ],</w:t>
        <w:br/>
        <w:t xml:space="preserve">        }),</w:t>
        <w:br/>
        <w:t xml:space="preserve">        ("Дополнительные показатели", {</w:t>
        <w:br/>
        <w:t xml:space="preserve">            "fields": ["ebitda", "depreciation", "working_capital", "net_debt"],</w:t>
        <w:br/>
        <w:t xml:space="preserve">            "classes": ["collapse"],</w:t>
        <w:br/>
        <w:t xml:space="preserve">        }),</w:t>
        <w:br/>
        <w:t xml:space="preserve">        ("Прошлый период", {</w:t>
        <w:br/>
        <w:t xml:space="preserve">            "fields": ["total_assets_prev", "total_liabilities_prev", "revenue_prev", "net_profit_prev"],</w:t>
        <w:br/>
        <w:t xml:space="preserve">            "classes": ["collapse"],</w:t>
        <w:br/>
        <w:t xml:space="preserve">        }),</w:t>
        <w:br/>
        <w:t xml:space="preserve">        ("Системные поля", {"fields": ["created_at", "updated_at"], "classes": ["collapse"]}),</w:t>
        <w:br/>
        <w:t xml:space="preserve">    ]</w:t>
      </w:r>
    </w:p>
    <w:p>
      <w:pPr>
        <w:pStyle w:val="Heading1"/>
      </w:pPr>
      <w:r>
        <w:t>src/apps/form_2/urls.py</w:t>
      </w:r>
    </w:p>
    <w:p>
      <w:r>
        <w:t>"""</w:t>
        <w:br/>
        <w:t>URL маршруты формы Ф-2.</w:t>
        <w:br/>
        <w:t>"""</w:t>
        <w:br/>
        <w:t>from apps.form_2.api import FormF2RecordViewSet, FormF2UploadView</w:t>
        <w:br/>
        <w:t>from django.urls import include, path</w:t>
        <w:br/>
        <w:t>from rest_framework.routers import DefaultRouter</w:t>
        <w:br/>
        <w:t>router = DefaultRouter()</w:t>
        <w:br/>
        <w:t>router.register("records", FormF2RecordViewSet, basename="form-f2-records")</w:t>
        <w:br/>
        <w:t>urlpatterns = [</w:t>
        <w:br/>
        <w:t xml:space="preserve">    path("upload/", FormF2UploadView.as_view(), name="form-f2-upload"),</w:t>
        <w:br/>
        <w:t xml:space="preserve">    path("", include(router.urls)),</w:t>
        <w:br/>
        <w:t>]</w:t>
      </w:r>
    </w:p>
    <w:p>
      <w:pPr>
        <w:pStyle w:val="Heading1"/>
      </w:pPr>
      <w:r>
        <w:t>src/apps/form_2/migrations/__init__.py</w:t>
      </w:r>
    </w:p>
    <w:p>
      <w:r>
        <w:t>[Пустой файл]</w:t>
      </w:r>
    </w:p>
    <w:p>
      <w:pPr>
        <w:pStyle w:val="Heading1"/>
      </w:pPr>
      <w:r>
        <w:t>src/apps/form_2/migrations/0001_initial.py</w:t>
      </w:r>
    </w:p>
    <w:p>
      <w:r>
        <w:t># Generated by Django 3.2.25 on 2026-02-06 12:49</w:t>
        <w:br/>
        <w:t>from django.db import migrations, models</w:t>
        <w:br/>
        <w:t>import django.db.models.deletion</w:t>
        <w:br/>
        <w:t>import uuid</w:t>
        <w:br/>
        <w:t>class Migration(migrations.Migration):</w:t>
        <w:br/>
        <w:t xml:space="preserve">    initial = True</w:t>
        <w:br/>
        <w:t xml:space="preserve">    dependencies = [</w:t>
        <w:br/>
        <w:t xml:space="preserve">        ('organization', '0001_initial'),</w:t>
        <w:br/>
        <w:t xml:space="preserve">    ]</w:t>
        <w:br/>
        <w:t xml:space="preserve">    operations = [</w:t>
        <w:br/>
        <w:t xml:space="preserve">        migrations.CreateModel(</w:t>
        <w:br/>
        <w:t xml:space="preserve">            name='FormF2Record',</w:t>
        <w:br/>
        <w:t xml:space="preserve">            fields=[</w:t>
        <w:br/>
        <w:t xml:space="preserve">                ('created_at', models.DateTimeField(auto_now_add=True, db_index=True, help_text='Дата и время создания записи', verbose_name='создано')),</w:t>
        <w:br/>
        <w:t xml:space="preserve">                ('updated_at', models.DateTimeField(auto_now=True, help_text='Дата и время последнего обновления', verbose_name='обновлено')),</w:t>
        <w:br/>
        <w:t xml:space="preserve">                ('id', models.UUIDField(default=uuid.uuid4, editable=False, primary_key=True, serialize=False, verbose_name='ID')),</w:t>
        <w:br/>
        <w:t xml:space="preserve">                ('load_batch', models.PositiveIntegerField(db_index=True, help_text='Идентификатор пакета загрузки', verbose_name='номер загрузки')),</w:t>
        <w:br/>
        <w:t xml:space="preserve">                ('intangible_assets', models.DecimalField(blank=True, decimal_places=2, max_digits=20, null=True, verbose_name='нематериальные активы')),</w:t>
        <w:br/>
        <w:t xml:space="preserve">                ('rd_results', models.DecimalField(blank=True, decimal_places=2, max_digits=20, null=True, verbose_name='результаты исследований и разработок')),</w:t>
        <w:br/>
        <w:t xml:space="preserve">                ('intangible_search_assets', models.DecimalField(blank=True, decimal_places=2, max_digits=20, null=True, verbose_name='нематериальные поисковые активы')),</w:t>
        <w:br/>
        <w:t xml:space="preserve">                ('tangible_search_assets', models.DecimalField(blank=True, decimal_places=2, max_digits=20, null=True, verbose_name='материальные поисковые активы')),</w:t>
        <w:br/>
        <w:t xml:space="preserve">                ('fixed_assets', models.DecimalField(blank=True, decimal_places=2, max_digits=20, null=True, verbose_name='основные средства')),</w:t>
        <w:br/>
        <w:t xml:space="preserve">                ('profitable_investments', models.DecimalField(blank=True, decimal_places=2, max_digits=20, null=True, verbose_name='доходные вложения в материальные ценности')),</w:t>
        <w:br/>
        <w:t xml:space="preserve">                ('financial_investments_non_current', models.DecimalField(blank=True, decimal_places=2, max_digits=20, null=True, verbose_name='финансовые вложения (внеоборотные)')),</w:t>
        <w:br/>
        <w:t xml:space="preserve">                ('deferred_tax_assets', models.DecimalField(blank=True, decimal_places=2, max_digits=20, null=True, verbose_name='отложенные налоговые активы')),</w:t>
        <w:br/>
        <w:t xml:space="preserve">                ('other_non_current_assets', models.DecimalField(blank=True, decimal_places=2, max_digits=20, null=True, verbose_name='прочие внеоборотные активы')),</w:t>
        <w:br/>
        <w:t xml:space="preserve">                ('total_non_current_assets', models.DecimalField(blank=True, decimal_places=2, max_digits=20, null=True, verbose_name='итого внеоборотные активы')),</w:t>
        <w:br/>
        <w:t xml:space="preserve">                ('inventories', models.DecimalField(blank=True, decimal_places=2, max_digits=20, null=True, verbose_name='запасы')),</w:t>
        <w:br/>
        <w:t xml:space="preserve">                ('vat_on_acquired_assets', models.DecimalField(blank=True, decimal_places=2, max_digits=20, null=True, verbose_name='НДС по приобретённым ценностям')),</w:t>
        <w:br/>
        <w:t xml:space="preserve">                ('receivables', models.DecimalField(blank=True, decimal_places=2, max_digits=20, null=True, verbose_name='дебиторская задолженность')),</w:t>
        <w:br/>
        <w:t xml:space="preserve">                ('financial_investments_current', models.DecimalField(blank=True, decimal_places=2, max_digits=20, null=True, verbose_name='финансовые вложения (оборотные)')),</w:t>
        <w:br/>
        <w:t xml:space="preserve">                ('cash_and_equivalents', models.DecimalField(blank=True, decimal_places=2, max_digits=20, null=True, verbose_name='денежные средства и эквиваленты')),</w:t>
        <w:br/>
        <w:t xml:space="preserve">                ('other_current_assets', models.DecimalField(blank=True, decimal_places=2, max_digits=20, null=True, verbose_name='прочие оборотные активы')),</w:t>
        <w:br/>
        <w:t xml:space="preserve">                ('total_current_assets', models.DecimalField(blank=True, decimal_places=2, max_digits=20, null=True, verbose_name='итого оборотные активы')),</w:t>
        <w:br/>
        <w:t xml:space="preserve">                ('total_assets', models.DecimalField(blank=True, decimal_places=2, max_digits=20, null=True, verbose_name='баланс (актив)')),</w:t>
        <w:br/>
        <w:t xml:space="preserve">                ('authorized_capital', models.DecimalField(blank=True, decimal_places=2, max_digits=20, null=True, verbose_name='уставный капитал')),</w:t>
        <w:br/>
        <w:t xml:space="preserve">                ('own_shares_bought_back', models.DecimalField(blank=True, decimal_places=2, max_digits=20, null=True, verbose_name='собственные акции, выкупленные у акционеров')),</w:t>
        <w:br/>
        <w:t xml:space="preserve">                ('revaluation_of_non_current_assets', models.DecimalField(blank=True, decimal_places=2, max_digits=20, null=True, verbose_name='переоценка внеоборотных активов')),</w:t>
        <w:br/>
        <w:t xml:space="preserve">                ('additional_capital', models.DecimalField(blank=True, decimal_places=2, max_digits=20, null=True, verbose_name='добавочный капитал')),</w:t>
        <w:br/>
        <w:t xml:space="preserve">                ('reserve_capital', models.DecimalField(blank=True, decimal_places=2, max_digits=20, null=True, verbose_name='резервный капитал')),</w:t>
        <w:br/>
        <w:t xml:space="preserve">                ('retained_earnings', models.DecimalField(blank=True, decimal_places=2, max_digits=20, null=True, verbose_name='нераспределённая прибыль')),</w:t>
        <w:br/>
        <w:t xml:space="preserve">                ('total_equity', models.DecimalField(blank=True, decimal_places=2, max_digits=20, null=True, verbose_name='итого капитал и резервы')),</w:t>
        <w:br/>
        <w:t xml:space="preserve">                ('borrowings_non_current', models.DecimalField(blank=True, decimal_places=2, max_digits=20, null=True, verbose_name='заёмные средства (долгосрочные)')),</w:t>
        <w:br/>
        <w:t xml:space="preserve">                ('deferred_tax_liabilities', models.DecimalField(blank=True, decimal_places=2, max_digits=20, null=True, verbose_name='отложенные налоговые обязательства')),</w:t>
        <w:br/>
        <w:t xml:space="preserve">                ('estimated_liabilities_non_current', models.DecimalField(blank=True, decimal_places=2, max_digits=20, null=True, verbose_name='оценочные обязательства (долгосрочные)')),</w:t>
        <w:br/>
        <w:t xml:space="preserve">                ('other_liabilities_non_current', models.DecimalField(blank=True, decimal_places=2, max_digits=20, null=True, verbose_name='прочие обязательства (долгосрочные)')),</w:t>
        <w:br/>
        <w:t xml:space="preserve">                ('total_non_current_liabilities', models.DecimalField(blank=True, decimal_places=2, max_digits=20, null=True, verbose_name='итого долгосрочные обязательства')),</w:t>
        <w:br/>
        <w:t xml:space="preserve">                ('borrowings_current', models.DecimalField(blank=True, decimal_places=2, max_digits=20, null=True, verbose_name='заёмные средства (краткосрочные)')),</w:t>
        <w:br/>
        <w:t xml:space="preserve">                ('payables', models.DecimalField(blank=True, decimal_places=2, max_digits=20, null=True, verbose_name='кредиторская задолженность')),</w:t>
        <w:br/>
        <w:t xml:space="preserve">                ('deferred_income', models.DecimalField(blank=True, decimal_places=2, max_digits=20, null=True, verbose_name='доходы будущих периодов')),</w:t>
        <w:br/>
        <w:t xml:space="preserve">                ('estimated_liabilities_current', models.DecimalField(blank=True, decimal_places=2, max_digits=20, null=True, verbose_name='оценочные обязательства (краткосрочные)')),</w:t>
        <w:br/>
        <w:t xml:space="preserve">                ('other_liabilities_current', models.DecimalField(blank=True, decimal_places=2, max_digits=20, null=True, verbose_name='прочие обязательства (краткосрочные)')),</w:t>
        <w:br/>
        <w:t xml:space="preserve">                ('total_current_liabilities', models.DecimalField(blank=True, decimal_places=2, max_digits=20, null=True, verbose_name='итого краткосрочные обязательства')),</w:t>
        <w:br/>
        <w:t xml:space="preserve">                ('total_liabilities', models.DecimalField(blank=True, decimal_places=2, max_digits=20, null=True, verbose_name='баланс (пассив)')),</w:t>
        <w:br/>
        <w:t xml:space="preserve">                ('revenue', models.DecimalField(blank=True, decimal_places=2, max_digits=20, null=True, verbose_name='выручка')),</w:t>
        <w:br/>
        <w:t xml:space="preserve">                ('cost_of_sales', models.DecimalField(blank=True, decimal_places=2, max_digits=20, null=True, verbose_name='себестоимость продаж')),</w:t>
        <w:br/>
        <w:t xml:space="preserve">                ('gross_profit', models.DecimalField(blank=True, decimal_places=2, max_digits=20, null=True, verbose_name='валовая прибыль')),</w:t>
        <w:br/>
        <w:t xml:space="preserve">                ('selling_expenses', models.DecimalField(blank=True, decimal_places=2, max_digits=20, null=True, verbose_name='коммерческие расходы')),</w:t>
        <w:br/>
        <w:t xml:space="preserve">                ('administrative_expenses', models.DecimalField(blank=True, decimal_places=2, max_digits=20, null=True, verbose_name='управленческие расходы')),</w:t>
        <w:br/>
        <w:t xml:space="preserve">                ('profit_from_sales', models.DecimalField(blank=True, decimal_places=2, max_digits=20, null=True, verbose_name='прибыль от продаж')),</w:t>
        <w:br/>
        <w:t xml:space="preserve">                ('interest_receivable', models.DecimalField(blank=True, decimal_places=2, max_digits=20, null=True, verbose_name='проценты к получению')),</w:t>
        <w:br/>
        <w:t xml:space="preserve">                ('interest_payable', models.DecimalField(blank=True, decimal_places=2, max_digits=20, null=True, verbose_name='проценты к уплате')),</w:t>
        <w:br/>
        <w:t xml:space="preserve">                ('other_income', models.DecimalField(blank=True, decimal_places=2, max_digits=20, null=True, verbose_name='прочие доходы')),</w:t>
        <w:br/>
        <w:t xml:space="preserve">                ('other_expenses', models.DecimalField(blank=True, decimal_places=2, max_digits=20, null=True, verbose_name='прочие расходы')),</w:t>
        <w:br/>
        <w:t xml:space="preserve">                ('profit_before_tax', models.DecimalField(blank=True, decimal_places=2, max_digits=20, null=True, verbose_name='прибыль до налогообложения')),</w:t>
        <w:br/>
        <w:t xml:space="preserve">                ('income_tax', models.DecimalField(blank=True, decimal_places=2, max_digits=20, null=True, verbose_name='текущий налог на прибыль')),</w:t>
        <w:br/>
        <w:t xml:space="preserve">                ('net_profit', models.DecimalField(blank=True, decimal_places=2, max_digits=20, null=True, verbose_name='чистая прибыль')),</w:t>
        <w:br/>
        <w:t xml:space="preserve">                ('ebitda', models.DecimalField(blank=True, decimal_places=2, max_digits=20, null=True, verbose_name='EBITDA')),</w:t>
        <w:br/>
        <w:t xml:space="preserve">                ('depreciation', models.DecimalField(blank=True, decimal_places=2, max_digits=20, null=True, verbose_name='амортизация')),</w:t>
        <w:br/>
        <w:t xml:space="preserve">                ('working_capital', models.DecimalField(blank=True, decimal_places=2, max_digits=20, null=True, verbose_name='оборотный капитал')),</w:t>
        <w:br/>
        <w:t xml:space="preserve">                ('net_debt', models.DecimalField(blank=True, decimal_places=2, max_digits=20, null=True, verbose_name='чистый долг')),</w:t>
        <w:br/>
        <w:t xml:space="preserve">                ('total_assets_prev', models.DecimalField(blank=True, decimal_places=2, max_digits=20, null=True, verbose_name='баланс (актив) - прошлый период')),</w:t>
        <w:br/>
        <w:t xml:space="preserve">                ('total_liabilities_prev', models.DecimalField(blank=True, decimal_places=2, max_digits=20, null=True, verbose_name='баланс (пассив) - прошлый период')),</w:t>
        <w:br/>
        <w:t xml:space="preserve">                ('revenue_prev', models.DecimalField(blank=True, decimal_places=2, max_digits=20, null=True, verbose_name='выручка - прошлый период')),</w:t>
        <w:br/>
        <w:t xml:space="preserve">                ('net_profit_prev', models.DecimalField(blank=True, decimal_places=2, max_digits=20, null=True, verbose_name='чистая прибыль - прошлый период')),</w:t>
        <w:br/>
        <w:t xml:space="preserve">                ('organization', models.ForeignKey(on_delete=django.db.models.deletion.CASCADE, related_name='form_f2_records', to='organization.organization', verbose_name='организация')),</w:t>
        <w:br/>
        <w:t xml:space="preserve">            ],</w:t>
        <w:br/>
        <w:t xml:space="preserve">            options={</w:t>
        <w:br/>
        <w:t xml:space="preserve">                'verbose_name': 'запись Ф-2',</w:t>
        <w:br/>
        <w:t xml:space="preserve">                'verbose_name_plural': 'записи Ф-2',</w:t>
        <w:br/>
        <w:t xml:space="preserve">                'ordering': ['-created_at'],</w:t>
        <w:br/>
        <w:t xml:space="preserve">            },</w:t>
        <w:br/>
        <w:t xml:space="preserve">        ),</w:t>
        <w:br/>
        <w:t xml:space="preserve">        migrations.AddIndex(</w:t>
        <w:br/>
        <w:t xml:space="preserve">            model_name='formf2record',</w:t>
        <w:br/>
        <w:t xml:space="preserve">            index=models.Index(fields=['organization', 'load_batch'], name='form_2_form_organiz_20281b_idx'),</w:t>
        <w:br/>
        <w:t xml:space="preserve">        ),</w:t>
        <w:br/>
        <w:t xml:space="preserve">        migrations.AddIndex(</w:t>
        <w:br/>
        <w:t xml:space="preserve">            model_name='formf2record',</w:t>
        <w:br/>
        <w:t xml:space="preserve">            index=models.Index(fields=['load_batch'], name='form_2_form_load_ba_2ee4b2_idx'),</w:t>
        <w:br/>
        <w:t xml:space="preserve">        ),</w:t>
        <w:br/>
        <w:t xml:space="preserve">    ]</w:t>
      </w:r>
    </w:p>
    <w:p>
      <w:pPr>
        <w:pStyle w:val="Heading1"/>
      </w:pPr>
      <w:r>
        <w:t>src/config/asgi.py</w:t>
      </w:r>
    </w:p>
    <w:p>
      <w:r>
        <w:t>"""</w:t>
        <w:br/>
        <w:t>ASGI config for the project.</w:t>
        <w:br/>
        <w:t>It exposes the ASGI callable as a module-level variable named ``application``.</w:t>
        <w:br/>
        <w:t>For more information on this file, see</w:t>
        <w:br/>
        <w:t>https://docs.djangoproject.com/en/3.2/howto/deployment/asgi/</w:t>
        <w:br/>
        <w:t>"""</w:t>
        <w:br/>
        <w:t>import os</w:t>
        <w:br/>
        <w:t>from django.core.asgi import get_asgi_application</w:t>
        <w:br/>
        <w:t>os.environ.setdefault("DJANGO_SETTINGS_MODULE", "config.settings.production")</w:t>
        <w:br/>
        <w:t>application = get_asgi_application()</w:t>
      </w:r>
    </w:p>
    <w:p>
      <w:pPr>
        <w:pStyle w:val="Heading1"/>
      </w:pPr>
      <w:r>
        <w:t>src/config/__init__.py</w:t>
      </w:r>
    </w:p>
    <w:p>
      <w:r>
        <w:t>from .celery import app as celery_app</w:t>
        <w:br/>
        <w:t>__all__ = ("celery_app",)</w:t>
      </w:r>
    </w:p>
    <w:p>
      <w:pPr>
        <w:pStyle w:val="Heading1"/>
      </w:pPr>
      <w:r>
        <w:t>src/config/celery.py</w:t>
      </w:r>
    </w:p>
    <w:p>
      <w:r>
        <w:t>"""</w:t>
        <w:br/>
        <w:t>Celery configuration for the project.</w:t>
        <w:br/>
        <w:t>This module contains Celery configuration and task registration.</w:t>
        <w:br/>
        <w:t>"""</w:t>
        <w:br/>
        <w:t>import os</w:t>
        <w:br/>
        <w:t>from celery import Celery</w:t>
        <w:br/>
        <w:t># Set the Django settings module for the 'celery' program.</w:t>
        <w:br/>
        <w:t>if "DJANGO_SETTINGS_MODULE" not in os.environ:</w:t>
        <w:br/>
        <w:t xml:space="preserve">    raise RuntimeError(</w:t>
        <w:br/>
        <w:t xml:space="preserve">        "DJANGO_SETTINGS_MODULE is not set. "</w:t>
        <w:br/>
        <w:t xml:space="preserve">        "Export it explicitly before starting Celery "</w:t>
        <w:br/>
        <w:t xml:space="preserve">        "(e.g., config.settings.production or config.settings.development)."</w:t>
        <w:br/>
        <w:t xml:space="preserve">    )</w:t>
        <w:br/>
        <w:t>app = Celery("project")</w:t>
        <w:br/>
        <w:t># Using a string here means the worker doesn't have to serialize</w:t>
        <w:br/>
        <w:t># the configuration object to child processes.</w:t>
        <w:br/>
        <w:t># - namespace='CELERY' means all celery-related configuration keys</w:t>
        <w:br/>
        <w:t>#   should have a `CELERY_` prefix.</w:t>
        <w:br/>
        <w:t>app.config_from_object("django.conf:settings", namespace="CELERY")</w:t>
        <w:br/>
        <w:t># Load task modules from all registered Django apps.</w:t>
        <w:br/>
        <w:t>app.autodiscover_tasks()</w:t>
        <w:br/>
        <w:t># Configure Celery Beat schedule</w:t>
        <w:br/>
        <w:t>app.conf.beat_schedule = {</w:t>
        <w:br/>
        <w:t xml:space="preserve">    # Парсинг сертификатов промышленного производства - каждый день в 3:00</w:t>
        <w:br/>
        <w:t xml:space="preserve">    "parse-industrial-production-daily": {</w:t>
        <w:br/>
        <w:t xml:space="preserve">        "task": "apps.parsers.tasks.parse_industrial_production",</w:t>
        <w:br/>
        <w:t xml:space="preserve">        "schedule": 86400.0,  # Every 24 hours</w:t>
        <w:br/>
        <w:t xml:space="preserve">    },</w:t>
        <w:br/>
        <w:t xml:space="preserve">    # Парсинг реестра производителей - каждый день в 4:00</w:t>
        <w:br/>
        <w:t xml:space="preserve">    "parse-manufactures-daily": {</w:t>
        <w:br/>
        <w:t xml:space="preserve">        "task": "apps.parsers.tasks.parse_manufactures",</w:t>
        <w:br/>
        <w:t xml:space="preserve">        "schedule": 86400.0,  # Every 24 hours</w:t>
        <w:br/>
        <w:t xml:space="preserve">    },</w:t>
        <w:br/>
        <w:t xml:space="preserve">    # Сканирование папки FNS - каждые 5 минут</w:t>
        <w:br/>
        <w:t xml:space="preserve">    "scan-fns-directory": {</w:t>
        <w:br/>
        <w:t xml:space="preserve">        "task": "apps.parsers.tasks.scan_fns_directory",</w:t>
        <w:br/>
        <w:t xml:space="preserve">        "schedule": 300.0,  # Every 5 minutes</w:t>
        <w:br/>
        <w:t xml:space="preserve">    },</w:t>
        <w:br/>
        <w:t>}</w:t>
        <w:br/>
        <w:t>app.conf.timezone = "Europe/Moscow"</w:t>
        <w:br/>
        <w:t>@app.task(bind=True)</w:t>
        <w:br/>
        <w:t>def debug_task(self):</w:t>
        <w:br/>
        <w:t xml:space="preserve">    print(f"Request: {self.request!r}")</w:t>
      </w:r>
    </w:p>
    <w:p>
      <w:pPr>
        <w:pStyle w:val="Heading1"/>
      </w:pPr>
      <w:r>
        <w:t>src/config/api_v1_urls.py</w:t>
      </w:r>
    </w:p>
    <w:p>
      <w:r>
        <w:t>"""</w:t>
        <w:br/>
        <w:t>API v1 URL configuration.</w:t>
        <w:br/>
        <w:t>Все API эндпоинты версионированы под /api/v1/</w:t>
        <w:br/>
        <w:t>Структура:</w:t>
        <w:br/>
        <w:t>- /api/v1/users/           - Аутентификация и пользователи</w:t>
        <w:br/>
        <w:t>- /api/v1/jobs/            - Фоновые задачи</w:t>
        <w:br/>
        <w:t>- /api/v1/organizations/   - Справочник организаций</w:t>
        <w:br/>
        <w:t>- /api/v1/forms/f1/        - Форма Ф-1 (Выпуск продукции)</w:t>
        <w:br/>
        <w:t>- /api/v1/forms/f2/        - Форма Ф-2 (Бухгалтерский баланс)</w:t>
        <w:br/>
        <w:t>- /api/v1/forms/f3/        - Форма Ф-3 (Кадры и оборудование)</w:t>
        <w:br/>
        <w:t>- /api/v1/forms/f4/        - Форма Ф-4 (Сводные финансы)</w:t>
        <w:br/>
        <w:t>- /api/v1/forms/f5/        - Форма Ф-5 (Инвентаризация оборудования)</w:t>
        <w:br/>
        <w:t>- /api/v1/forms/f6/        - Форма Ф-6 (Возрастная структура)</w:t>
        <w:br/>
        <w:t>- /api/v1/minpromtorg/     - Минпромторг (сертификаты, производители)</w:t>
        <w:br/>
        <w:t>- /api/v1/proverki/        - Единый реестр проверок</w:t>
        <w:br/>
        <w:t>- /api/v1/zakupki/         - Государственные закупки</w:t>
        <w:br/>
        <w:t>- /api/v1/fns/             - ФНС (бухгалтерская отчетность)</w:t>
        <w:br/>
        <w:t>- /api/v1/system/          - Системные (логи, прокси) - только для админов</w:t>
        <w:br/>
        <w:t>"""</w:t>
        <w:br/>
        <w:t>from apps.core.views import BackgroundJobListView, BackgroundJobStatusView</w:t>
        <w:br/>
        <w:t>from django.urls import include, path</w:t>
        <w:br/>
        <w:t>app_name = "api_v1"</w:t>
        <w:br/>
        <w:t># Фоновые задачи</w:t>
        <w:br/>
        <w:t>jobs_urlpatterns = [</w:t>
        <w:br/>
        <w:t xml:space="preserve">    path("", BackgroundJobListView.as_view(), name="job-list"),</w:t>
        <w:br/>
        <w:t xml:space="preserve">    path("&lt;str:task_id&gt;/", BackgroundJobStatusView.as_view(), name="job-status"),</w:t>
        <w:br/>
        <w:t>]</w:t>
        <w:br/>
        <w:t>urlpatterns = [</w:t>
        <w:br/>
        <w:t xml:space="preserve">    # Аутентификация и пользователи</w:t>
        <w:br/>
        <w:t xml:space="preserve">    path("users/", include("apps.user.urls")),</w:t>
        <w:br/>
        <w:t xml:space="preserve">    # Фоновые задачи</w:t>
        <w:br/>
        <w:t xml:space="preserve">    path("jobs/", include((jobs_urlpatterns, "jobs"))),</w:t>
        <w:br/>
        <w:t xml:space="preserve">    # Справочники</w:t>
        <w:br/>
        <w:t xml:space="preserve">    path("organizations/", include("apps.organization.urls")),</w:t>
        <w:br/>
        <w:t xml:space="preserve">    # Формы отчётности</w:t>
        <w:br/>
        <w:t xml:space="preserve">    path("forms/f1/", include("apps.form_1.urls")),</w:t>
        <w:br/>
        <w:t xml:space="preserve">    path("forms/f2/", include("apps.form_2.urls")),</w:t>
        <w:br/>
        <w:t xml:space="preserve">    path("forms/f3/", include("apps.form_3.urls")),</w:t>
        <w:br/>
        <w:t xml:space="preserve">    path("forms/f4/", include("apps.form_4.urls")),</w:t>
        <w:br/>
        <w:t xml:space="preserve">    path("forms/f5/", include("apps.form_5.urls")),</w:t>
        <w:br/>
        <w:t xml:space="preserve">    path("forms/f6/", include("apps.form_6.urls")),</w:t>
        <w:br/>
        <w:t>]</w:t>
      </w:r>
    </w:p>
    <w:p>
      <w:pPr>
        <w:pStyle w:val="Heading1"/>
      </w:pPr>
      <w:r>
        <w:t>src/config/urls.py</w:t>
      </w:r>
    </w:p>
    <w:p>
      <w:r>
        <w:t>"""</w:t>
        <w:br/>
        <w:t>URL Configuration for the project.</w:t>
        <w:br/>
        <w:t>The `urlpatterns` list routes URLs to views.</w:t>
        <w:br/>
        <w:t>"""</w:t>
        <w:br/>
        <w:t>from django.conf import settings</w:t>
        <w:br/>
        <w:t>from django.conf.urls.static import static</w:t>
        <w:br/>
        <w:t>from django.contrib import admin</w:t>
        <w:br/>
        <w:t>from django.urls import include, path</w:t>
        <w:br/>
        <w:t>from drf_yasg import openapi</w:t>
        <w:br/>
        <w:t>from drf_yasg.views import get_schema_view</w:t>
        <w:br/>
        <w:t>from rest_framework import permissions</w:t>
        <w:br/>
        <w:t># Swagger schema view</w:t>
        <w:br/>
        <w:t>schema_view = get_schema_view(</w:t>
        <w:br/>
        <w:t xml:space="preserve">    openapi.Info(</w:t>
        <w:br/>
        <w:t xml:space="preserve">        title="State Corp API",</w:t>
        <w:br/>
        <w:t xml:space="preserve">        default_version="v1",</w:t>
        <w:br/>
        <w:t xml:space="preserve">        description="""</w:t>
        <w:br/>
        <w:t>## API документация для проекта State Corp</w:t>
        <w:br/>
        <w:t>### Авторизация</w:t>
        <w:br/>
        <w:t>Для доступа к защищённым эндпоинтам используйте JWT токен:</w:t>
        <w:br/>
        <w:t>1. Получите токен через `POST /api/v1/users/login/`</w:t>
        <w:br/>
        <w:t>2. Добавьте заголовок: `Authorization: Bearer &lt;access_token&gt;`</w:t>
        <w:br/>
        <w:t>### Обновление токена</w:t>
        <w:br/>
        <w:t>Используйте `POST /api/v1/users/token/refresh/` с refresh токеном.</w:t>
        <w:br/>
        <w:t>### Парсеры</w:t>
        <w:br/>
        <w:t>API предоставляет только чтение данных (GET, GET list).</w:t>
        <w:br/>
        <w:t>Добавление и удаление записей происходит через парсеры и админку.</w:t>
        <w:br/>
        <w:t xml:space="preserve">        """,</w:t>
        <w:br/>
        <w:t xml:space="preserve">        contact=openapi.Contact(email="contact@state-corp.local"),</w:t>
        <w:br/>
        <w:t xml:space="preserve">        license=openapi.License(name="BSD License"),</w:t>
        <w:br/>
        <w:t xml:space="preserve">    ),</w:t>
        <w:br/>
        <w:t xml:space="preserve">    public=True,</w:t>
        <w:br/>
        <w:t xml:space="preserve">    permission_classes=(permissions.AllowAny,),</w:t>
        <w:br/>
        <w:t>)</w:t>
        <w:br/>
        <w:t>urlpatterns = [</w:t>
        <w:br/>
        <w:t xml:space="preserve">    path(</w:t>
        <w:br/>
        <w:t xml:space="preserve">        "",</w:t>
        <w:br/>
        <w:t xml:space="preserve">        schema_view.with_ui("swagger", cache_timeout=0),</w:t>
        <w:br/>
        <w:t xml:space="preserve">        name="schema-swagger-ui",</w:t>
        <w:br/>
        <w:t xml:space="preserve">    ),</w:t>
        <w:br/>
        <w:t xml:space="preserve">    path("admin/", admin.site.urls),</w:t>
        <w:br/>
        <w:t xml:space="preserve">    path("health/", include("apps.core.urls")),</w:t>
        <w:br/>
        <w:t xml:space="preserve">    path("api/v1/", include("config.api_v1_urls", namespace="api_v1")),</w:t>
        <w:br/>
        <w:t xml:space="preserve">    path("auth/", include("rest_framework.urls")),</w:t>
        <w:br/>
        <w:t>]</w:t>
        <w:br/>
        <w:t># Serve media files in development</w:t>
        <w:br/>
        <w:t>if settings.DEBUG:</w:t>
        <w:br/>
        <w:t xml:space="preserve">    urlpatterns += static(settings.MEDIA_URL, document_root=settings.MEDIA_ROOT)</w:t>
        <w:br/>
        <w:t xml:space="preserve">    urlpatterns += static(settings.STATIC_URL, document_root=settings.STATIC_ROOT)</w:t>
      </w:r>
    </w:p>
    <w:p>
      <w:pPr>
        <w:pStyle w:val="Heading1"/>
      </w:pPr>
      <w:r>
        <w:t>src/config/wsgi.py</w:t>
      </w:r>
    </w:p>
    <w:p>
      <w:r>
        <w:t>"""</w:t>
        <w:br/>
        <w:t>WSGI config for the project.</w:t>
        <w:br/>
        <w:t>It exposes the WSGI callable as a module-level variable named ``application``.</w:t>
        <w:br/>
        <w:t>For more information on this file, see</w:t>
        <w:br/>
        <w:t>https://docs.djangoproject.com/en/3.2/howto/deployment/wsgi/</w:t>
        <w:br/>
        <w:t>"""</w:t>
        <w:br/>
        <w:t>import os</w:t>
        <w:br/>
        <w:t>from django.core.wsgi import get_wsgi_application</w:t>
        <w:br/>
        <w:t>os.environ.setdefault("DJANGO_SETTINGS_MODULE", "config.settings.production")</w:t>
        <w:br/>
        <w:t>application = get_wsgi_application()</w:t>
      </w:r>
    </w:p>
    <w:p>
      <w:pPr>
        <w:pStyle w:val="Heading1"/>
      </w:pPr>
      <w:r>
        <w:t>src/config/settings/__init__.py</w:t>
      </w:r>
    </w:p>
    <w:p>
      <w:r>
        <w:t>"""</w:t>
        <w:br/>
        <w:t>Django settings module.</w:t>
        <w:br/>
        <w:t>"""</w:t>
        <w:br/>
        <w:t># This will be overridden by the specific settings file</w:t>
        <w:br/>
        <w:t>try:</w:t>
        <w:br/>
        <w:t xml:space="preserve">    from .development import *</w:t>
        <w:br/>
        <w:t>except ImportError:</w:t>
        <w:br/>
        <w:t xml:space="preserve">    from .base import *</w:t>
      </w:r>
    </w:p>
    <w:p>
      <w:pPr>
        <w:pStyle w:val="Heading1"/>
      </w:pPr>
      <w:r>
        <w:t>src/config/settings/development.py</w:t>
      </w:r>
    </w:p>
    <w:p>
      <w:r>
        <w:t>import os</w:t>
        <w:br/>
        <w:t>from .base import *</w:t>
        <w:br/>
        <w:t># Development settings - unsuitable for production</w:t>
        <w:br/>
        <w:t># See https://docs.djangoproject.com/en/3.2/howto/deployment/checklist/</w:t>
        <w:br/>
        <w:t># SECURITY WARNING: keep the secret key used in production secret!</w:t>
        <w:br/>
        <w:t>SECRET_KEY = os.getenv(</w:t>
        <w:br/>
        <w:t xml:space="preserve">    "SECRET_KEY", "django-insecure-development-key-change-in-production"</w:t>
        <w:br/>
        <w:t>)</w:t>
        <w:br/>
        <w:t># SECURITY WARNING: don't run with debug turned on in production!</w:t>
        <w:br/>
        <w:t>DEBUG = os.getenv("DEBUG", "True").lower() in ("true", "1", "yes")</w:t>
        <w:br/>
        <w:t>ALLOWED_HOSTS = ["localhost", "127.0.0.1", "0.0.0.0", "testserver", "*"]  # noqa: S104</w:t>
        <w:br/>
        <w:t># Database for development</w:t>
        <w:br/>
        <w:t>DATABASES = {</w:t>
        <w:br/>
        <w:t xml:space="preserve">    "default": {</w:t>
        <w:br/>
        <w:t xml:space="preserve">        "ENGINE": "django.db.backends.postgresql",</w:t>
        <w:br/>
        <w:t xml:space="preserve">        "NAME": os.getenv("POSTGRES_DB", "project_dev"),</w:t>
        <w:br/>
        <w:t xml:space="preserve">        "USER": os.getenv("POSTGRES_USER", "postgres"),</w:t>
        <w:br/>
        <w:t xml:space="preserve">        "PASSWORD": os.getenv("POSTGRES_PASSWORD", "postgres"),</w:t>
        <w:br/>
        <w:t xml:space="preserve">        "HOST": os.getenv("POSTGRES_HOST", "localhost"),</w:t>
        <w:br/>
        <w:t xml:space="preserve">        "PORT": os.getenv("POSTGRES_PORT", "5432"),</w:t>
        <w:br/>
        <w:t xml:space="preserve">    }</w:t>
        <w:br/>
        <w:t>}</w:t>
        <w:br/>
        <w:t># Celery Configuration for Development</w:t>
        <w:br/>
        <w:t>CELERY_BROKER_URL = os.getenv("CELERY_BROKER_URL", "redis://localhost:6379/0")</w:t>
        <w:br/>
        <w:t>CELERY_RESULT_BACKEND = os.getenv("CELERY_RESULT_BACKEND", "redis://localhost:6379/0")</w:t>
        <w:br/>
        <w:t>CELERY_ACCEPT_CONTENT = ["json"]</w:t>
        <w:br/>
        <w:t>CELERY_TASK_SERIALIZER = "json"</w:t>
        <w:br/>
        <w:t>CELERY_RESULT_SERIALIZER = "json"</w:t>
        <w:br/>
        <w:t>CELERY_TIMEZONE = "Europe/Moscow"</w:t>
        <w:br/>
        <w:t># Email backend for development</w:t>
        <w:br/>
        <w:t>EMAIL_BACKEND = "django.core.mail.backends.console.EmailBackend"</w:t>
        <w:br/>
        <w:t># Cache configuration for development</w:t>
        <w:br/>
        <w:t>REDIS_URL = os.getenv("REDIS_URL", "redis://localhost:6379/1")</w:t>
        <w:br/>
        <w:t>CACHES = {</w:t>
        <w:br/>
        <w:t xml:space="preserve">    "default": {</w:t>
        <w:br/>
        <w:t xml:space="preserve">        "BACKEND": "django_redis.cache.RedisCache",</w:t>
        <w:br/>
        <w:t xml:space="preserve">        "LOCATION": REDIS_URL,</w:t>
        <w:br/>
        <w:t xml:space="preserve">        "OPTIONS": {</w:t>
        <w:br/>
        <w:t xml:space="preserve">            "CLIENT_CLASS": "django_redis.client.DefaultClient",</w:t>
        <w:br/>
        <w:t xml:space="preserve">        },</w:t>
        <w:br/>
        <w:t xml:space="preserve">    }</w:t>
        <w:br/>
        <w:t>}</w:t>
      </w:r>
    </w:p>
    <w:p>
      <w:pPr>
        <w:pStyle w:val="Heading1"/>
      </w:pPr>
      <w:r>
        <w:t>src/config/settings/test.py</w:t>
      </w:r>
    </w:p>
    <w:p>
      <w:r>
        <w:t>from .base import *</w:t>
        <w:br/>
        <w:t># Test settings</w:t>
        <w:br/>
        <w:t>SECRET_KEY = "django-insecure-test-key-only-for-testing"  # noqa: S105</w:t>
        <w:br/>
        <w:t>DEBUG = True</w:t>
        <w:br/>
        <w:t>ALLOWED_HOSTS = ["localhost", "127.0.0.1", "0.0.0.0", "testserver"]  # noqa: S104</w:t>
        <w:br/>
        <w:t># Use in-memory SQLite database for faster tests</w:t>
        <w:br/>
        <w:t>DATABASES = {</w:t>
        <w:br/>
        <w:t xml:space="preserve">    "default": {</w:t>
        <w:br/>
        <w:t xml:space="preserve">        "ENGINE": "django.db.backends.sqlite3",</w:t>
        <w:br/>
        <w:t xml:space="preserve">        "NAME": ":memory:",</w:t>
        <w:br/>
        <w:t xml:space="preserve">        "TEST": {</w:t>
        <w:br/>
        <w:t xml:space="preserve">            "NAME": ":memory:",</w:t>
        <w:br/>
        <w:t xml:space="preserve">        },</w:t>
        <w:br/>
        <w:t xml:space="preserve">    }</w:t>
        <w:br/>
        <w:t>}</w:t>
        <w:br/>
        <w:t># Disable migrations for faster tests</w:t>
        <w:br/>
        <w:t>class DisableMigrations:</w:t>
        <w:br/>
        <w:t xml:space="preserve">    def __contains__(self, item):</w:t>
        <w:br/>
        <w:t xml:space="preserve">        return True</w:t>
        <w:br/>
        <w:t xml:space="preserve">    def __getitem__(self, item):</w:t>
        <w:br/>
        <w:t xml:space="preserve">        return None</w:t>
        <w:br/>
        <w:t>MIGRATION_MODULES = DisableMigrations()</w:t>
        <w:br/>
        <w:t># Cache configuration for tests (use local memory)</w:t>
        <w:br/>
        <w:t>CACHES = {</w:t>
        <w:br/>
        <w:t xml:space="preserve">    "default": {</w:t>
        <w:br/>
        <w:t xml:space="preserve">        "BACKEND": "django.core.cache.backends.locmem.LocMemCache",</w:t>
        <w:br/>
        <w:t xml:space="preserve">    }</w:t>
        <w:br/>
        <w:t>}</w:t>
        <w:br/>
        <w:t># Email backend for tests</w:t>
        <w:br/>
        <w:t>EMAIL_BACKEND = "django.core.mail.backends.locmem.EmailBackend"</w:t>
        <w:br/>
        <w:t># Celery Configuration for Tests (use eager execution)</w:t>
        <w:br/>
        <w:t>CELERY_TASK_ALWAYS_EAGER = True</w:t>
        <w:br/>
        <w:t>CELERY_TASK_EAGER_PROPAGATES = True</w:t>
        <w:br/>
        <w:t>CELERY_BROKER_URL = "memory://"</w:t>
        <w:br/>
        <w:t>CELERY_RESULT_BACKEND = "cache+memory://"</w:t>
        <w:br/>
        <w:t># Password hashers - use fast hasher for tests</w:t>
        <w:br/>
        <w:t>PASSWORD_HASHERS = [</w:t>
        <w:br/>
        <w:t xml:space="preserve">    "django.contrib.auth.hashers.MD5PasswordHasher",</w:t>
        <w:br/>
        <w:t>]</w:t>
        <w:br/>
        <w:t># Disable logging during tests</w:t>
        <w:br/>
        <w:t>LOGGING = {</w:t>
        <w:br/>
        <w:t xml:space="preserve">    "version": 1,</w:t>
        <w:br/>
        <w:t xml:space="preserve">    "disable_existing_loggers": False,</w:t>
        <w:br/>
        <w:t xml:space="preserve">    "handlers": {</w:t>
        <w:br/>
        <w:t xml:space="preserve">        "null": {</w:t>
        <w:br/>
        <w:t xml:space="preserve">            "class": "logging.NullHandler",</w:t>
        <w:br/>
        <w:t xml:space="preserve">        },</w:t>
        <w:br/>
        <w:t xml:space="preserve">    },</w:t>
        <w:br/>
        <w:t xml:space="preserve">    "root": {</w:t>
        <w:br/>
        <w:t xml:space="preserve">        "handlers": ["null"],</w:t>
        <w:br/>
        <w:t xml:space="preserve">    },</w:t>
        <w:br/>
        <w:t xml:space="preserve">    "loggers": {</w:t>
        <w:br/>
        <w:t xml:space="preserve">        "django": {</w:t>
        <w:br/>
        <w:t xml:space="preserve">            "handlers": ["null"],</w:t>
        <w:br/>
        <w:t xml:space="preserve">            "propagate": False,</w:t>
        <w:br/>
        <w:t xml:space="preserve">        },</w:t>
        <w:br/>
        <w:t xml:space="preserve">        "django.request": {</w:t>
        <w:br/>
        <w:t xml:space="preserve">            "handlers": ["null"],</w:t>
        <w:br/>
        <w:t xml:space="preserve">            "propagate": False,</w:t>
        <w:br/>
        <w:t xml:space="preserve">        },</w:t>
        <w:br/>
        <w:t xml:space="preserve">    },</w:t>
        <w:br/>
        <w:t>}</w:t>
        <w:br/>
        <w:t># Media files for tests</w:t>
        <w:br/>
        <w:t>MEDIA_ROOT = "/tmp/test_media"  # noqa: S108</w:t>
        <w:br/>
        <w:t># Static files for tests</w:t>
        <w:br/>
        <w:t>STATICFILES_STORAGE = "django.contrib.staticfiles.storage.StaticFilesStorage"</w:t>
        <w:br/>
        <w:t># Disable CSRF for API tests and disable throttling</w:t>
        <w:br/>
        <w:t>REST_FRAMEWORK = {</w:t>
        <w:br/>
        <w:t xml:space="preserve">    **globals().get("REST_FRAMEWORK", {}),</w:t>
        <w:br/>
        <w:t xml:space="preserve">    "DEFAULT_AUTHENTICATION_CLASSES": [</w:t>
        <w:br/>
        <w:t xml:space="preserve">        "rest_framework_simplejwt.authentication.JWTAuthentication",</w:t>
        <w:br/>
        <w:t xml:space="preserve">        "rest_framework.authentication.SessionAuthentication",</w:t>
        <w:br/>
        <w:t xml:space="preserve">    ],</w:t>
        <w:br/>
        <w:t xml:space="preserve">    "TEST_REQUEST_DEFAULT_FORMAT": "json",</w:t>
        <w:br/>
        <w:t xml:space="preserve">    # Disable throttling for tests</w:t>
        <w:br/>
        <w:t xml:space="preserve">    "DEFAULT_THROTTLE_CLASSES": [],</w:t>
        <w:br/>
        <w:t xml:space="preserve">    "DEFAULT_THROTTLE_RATES": {},</w:t>
        <w:br/>
        <w:t>}</w:t>
        <w:br/>
        <w:t># JWT settings for tests</w:t>
        <w:br/>
        <w:t>from datetime import timedelta</w:t>
        <w:br/>
        <w:t>SIMPLE_JWT = {</w:t>
        <w:br/>
        <w:t xml:space="preserve">    **globals().get("SIMPLE_JWT", {}),</w:t>
        <w:br/>
        <w:t xml:space="preserve">    "ACCESS_TOKEN_LIFETIME": timedelta(minutes=5),</w:t>
        <w:br/>
        <w:t xml:space="preserve">    "REFRESH_TOKEN_LIFETIME": timedelta(days=1),</w:t>
        <w:br/>
        <w:t xml:space="preserve">    "ROTATE_REFRESH_TOKENS": True,</w:t>
        <w:br/>
        <w:t>}</w:t>
      </w:r>
    </w:p>
    <w:p>
      <w:pPr>
        <w:pStyle w:val="Heading1"/>
      </w:pPr>
      <w:r>
        <w:t>src/config/settings/base.py</w:t>
      </w:r>
    </w:p>
    <w:p>
      <w:r>
        <w:t>"""</w:t>
        <w:br/>
        <w:t>Base settings for Django project.</w:t>
        <w:br/>
        <w:t>Generated by 'django-admin startproject' using Django 3.2.25.</w:t>
        <w:br/>
        <w:t>"""</w:t>
        <w:br/>
        <w:t>from datetime import timedelta</w:t>
        <w:br/>
        <w:t>from pathlib import Path</w:t>
        <w:br/>
        <w:t>from decouple import Config, RepositoryEnv</w:t>
        <w:br/>
        <w:t># Build paths inside the project like this: BASE_DIR / 'subdir'.</w:t>
        <w:br/>
        <w:t>BASE_DIR = Path(__file__).resolve().parent.parent.parent</w:t>
        <w:br/>
        <w:t># Application version</w:t>
        <w:br/>
        <w:t>APP_VERSION = "1.0.0"</w:t>
        <w:br/>
        <w:t># Load environment variables</w:t>
        <w:br/>
        <w:t>ENV_FILE = BASE_DIR / ".env"</w:t>
        <w:br/>
        <w:t>if ENV_FILE.exists():</w:t>
        <w:br/>
        <w:t xml:space="preserve">    config = Config(RepositoryEnv(str(ENV_FILE)))</w:t>
        <w:br/>
        <w:t>else:</w:t>
        <w:br/>
        <w:t xml:space="preserve">    from decouple import AutoConfig</w:t>
        <w:br/>
        <w:t xml:space="preserve">    config = AutoConfig(search_path=BASE_DIR)</w:t>
        <w:br/>
        <w:t># Helper function for getting config values</w:t>
        <w:br/>
        <w:t>def get_env(key, default=None):</w:t>
        <w:br/>
        <w:t xml:space="preserve">    return config(key, default=default)</w:t>
        <w:br/>
        <w:t># SECURITY WARNING: keep the secret key used in production secret!</w:t>
        <w:br/>
        <w:t>SECRET_KEY = get_env(</w:t>
        <w:br/>
        <w:t xml:space="preserve">    "SECRET_KEY", "django-insecure-development-key-change-in-production"</w:t>
        <w:br/>
        <w:t>)</w:t>
        <w:br/>
        <w:t># SECURITY WARNING: don't run with debug turned on in production!</w:t>
        <w:br/>
        <w:t>DEBUG = get_env("DEBUG", True)</w:t>
        <w:br/>
        <w:t>if isinstance(DEBUG, str):</w:t>
        <w:br/>
        <w:t xml:space="preserve">    DEBUG = DEBUG.lower() in ("true", "1", "yes")</w:t>
        <w:br/>
        <w:t>ALLOWED_HOSTS = get_env("ALLOWED_HOSTS", "localhost,127.0.0.1")</w:t>
        <w:br/>
        <w:t>if isinstance(ALLOWED_HOSTS, str):</w:t>
        <w:br/>
        <w:t xml:space="preserve">    ALLOWED_HOSTS = ALLOWED_HOSTS.split(",")</w:t>
        <w:br/>
        <w:t># Application definition</w:t>
        <w:br/>
        <w:t>INSTALLED_APPS = [</w:t>
        <w:br/>
        <w:t xml:space="preserve">    "jazzmin",  # Django Jazzmin - modern admin theme (must be before admin)</w:t>
        <w:br/>
        <w:t xml:space="preserve">    "django.contrib.admin",</w:t>
        <w:br/>
        <w:t xml:space="preserve">    "django.contrib.auth",</w:t>
        <w:br/>
        <w:t xml:space="preserve">    "django.contrib.contenttypes",</w:t>
        <w:br/>
        <w:t xml:space="preserve">    "django.contrib.sessions",</w:t>
        <w:br/>
        <w:t xml:space="preserve">    "django.contrib.messages",</w:t>
        <w:br/>
        <w:t xml:space="preserve">    "django.contrib.staticfiles",</w:t>
        <w:br/>
        <w:t xml:space="preserve">    # Third-party apps</w:t>
        <w:br/>
        <w:t xml:space="preserve">    "rest_framework",</w:t>
        <w:br/>
        <w:t xml:space="preserve">    "django_filters",</w:t>
        <w:br/>
        <w:t xml:space="preserve">    "corsheaders",</w:t>
        <w:br/>
        <w:t xml:space="preserve">    "django_celery_beat",</w:t>
        <w:br/>
        <w:t xml:space="preserve">    "django_celery_results",</w:t>
        <w:br/>
        <w:t xml:space="preserve">    "drf_yasg",</w:t>
        <w:br/>
        <w:t xml:space="preserve">    # Local apps</w:t>
        <w:br/>
        <w:t xml:space="preserve">    "apps.core",</w:t>
        <w:br/>
        <w:t xml:space="preserve">    "apps.user",</w:t>
        <w:br/>
        <w:t xml:space="preserve">    "apps.organization",</w:t>
        <w:br/>
        <w:t xml:space="preserve">    "apps.form_1",</w:t>
        <w:br/>
        <w:t xml:space="preserve">    "apps.form_2",</w:t>
        <w:br/>
        <w:t xml:space="preserve">    "apps.form_3",</w:t>
        <w:br/>
        <w:t xml:space="preserve">    "apps.form_4",</w:t>
        <w:br/>
        <w:t xml:space="preserve">    "apps.form_5",</w:t>
        <w:br/>
        <w:t xml:space="preserve">    "apps.form_6",</w:t>
        <w:br/>
        <w:t>]</w:t>
        <w:br/>
        <w:t># Jazzmin Admin Configuration</w:t>
        <w:br/>
        <w:t>JAZZMIN_SETTINGS = {</w:t>
        <w:br/>
        <w:t xml:space="preserve">    # Title</w:t>
        <w:br/>
        <w:t xml:space="preserve">    "site_title": "State Corp Admin",</w:t>
        <w:br/>
        <w:t xml:space="preserve">    "site_header": "State Corp",</w:t>
        <w:br/>
        <w:t xml:space="preserve">    "site_brand": "State Corp",</w:t>
        <w:br/>
        <w:t xml:space="preserve">    "site_logo": None,</w:t>
        <w:br/>
        <w:t xml:space="preserve">    "login_logo": None,</w:t>
        <w:br/>
        <w:t xml:space="preserve">    "login_logo_dark": None,</w:t>
        <w:br/>
        <w:t xml:space="preserve">    "site_logo_classes": "img-circle",</w:t>
        <w:br/>
        <w:t xml:space="preserve">    "site_icon": None,</w:t>
        <w:br/>
        <w:t xml:space="preserve">    "welcome_sign": "Добро пожаловать в панель управления",</w:t>
        <w:br/>
        <w:t xml:space="preserve">    "copyright": "State Corp Backend",</w:t>
        <w:br/>
        <w:t xml:space="preserve">    # Search</w:t>
        <w:br/>
        <w:t xml:space="preserve">    "search_model": ["user.User", "parsers.IndustrialCertificateRecord"],</w:t>
        <w:br/>
        <w:t xml:space="preserve">    # User menu</w:t>
        <w:br/>
        <w:t xml:space="preserve">    "topmenu_links": [</w:t>
        <w:br/>
        <w:t xml:space="preserve">        {"name": "Главная", "url": "admin:index", "permissions": ["auth.view_user"]},</w:t>
        <w:br/>
        <w:t xml:space="preserve">        {"name": "API Docs", "url": "/api/docs/", "new_window": True},</w:t>
        <w:br/>
        <w:t xml:space="preserve">        {"model": "user.User"},</w:t>
        <w:br/>
        <w:t xml:space="preserve">    ],</w:t>
        <w:br/>
        <w:t xml:space="preserve">    # Side menu</w:t>
        <w:br/>
        <w:t xml:space="preserve">    "show_sidebar": True,</w:t>
        <w:br/>
        <w:t xml:space="preserve">    "navigation_expanded": True,</w:t>
        <w:br/>
        <w:t xml:space="preserve">    "hide_apps": ["django_celery_results"],</w:t>
        <w:br/>
        <w:t xml:space="preserve">    "hide_models": [],</w:t>
        <w:br/>
        <w:t xml:space="preserve">    "order_with_respect_to": [</w:t>
        <w:br/>
        <w:t xml:space="preserve">        "user",</w:t>
        <w:br/>
        <w:t xml:space="preserve">        "parsers",</w:t>
        <w:br/>
        <w:t xml:space="preserve">        "core",</w:t>
        <w:br/>
        <w:t xml:space="preserve">        "django_celery_beat",</w:t>
        <w:br/>
        <w:t xml:space="preserve">    ],</w:t>
        <w:br/>
        <w:t xml:space="preserve">    # Icons (Font Awesome)</w:t>
        <w:br/>
        <w:t xml:space="preserve">    "icons": {</w:t>
        <w:br/>
        <w:t xml:space="preserve">        "auth": "fas fa-users-cog",</w:t>
        <w:br/>
        <w:t xml:space="preserve">        "auth.Group": "fas fa-users",</w:t>
        <w:br/>
        <w:t xml:space="preserve">        "user.User": "fas fa-user",</w:t>
        <w:br/>
        <w:t xml:space="preserve">        "user.Profile": "fas fa-id-card",</w:t>
        <w:br/>
        <w:t xml:space="preserve">        "core.BackgroundJob": "fas fa-tasks",</w:t>
        <w:br/>
        <w:t xml:space="preserve">        "django_celery_beat.PeriodicTask": "fas fa-clock",</w:t>
        <w:br/>
        <w:t xml:space="preserve">        "django_celery_beat.CrontabSchedule": "fas fa-calendar-alt",</w:t>
        <w:br/>
        <w:t xml:space="preserve">        "django_celery_beat.IntervalSchedule": "fas fa-stopwatch",</w:t>
        <w:br/>
        <w:t xml:space="preserve">        "django_celery_results.TaskResult": "fas fa-clipboard-check",</w:t>
        <w:br/>
        <w:t xml:space="preserve">    },</w:t>
        <w:br/>
        <w:t xml:space="preserve">    "default_icon_parents": "fas fa-chevron-circle-right",</w:t>
        <w:br/>
        <w:t xml:space="preserve">    "default_icon_children": "fas fa-circle",</w:t>
        <w:br/>
        <w:t xml:space="preserve">    # Related modal</w:t>
        <w:br/>
        <w:t xml:space="preserve">    "related_modal_active": True,</w:t>
        <w:br/>
        <w:t xml:space="preserve">    # UI Tweaks</w:t>
        <w:br/>
        <w:t xml:space="preserve">    "custom_css": None,</w:t>
        <w:br/>
        <w:t xml:space="preserve">    "custom_js": None,</w:t>
        <w:br/>
        <w:t xml:space="preserve">    "use_google_fonts_cdn": True,</w:t>
        <w:br/>
        <w:t xml:space="preserve">    "show_ui_builder": False,</w:t>
        <w:br/>
        <w:t xml:space="preserve">    # Change view</w:t>
        <w:br/>
        <w:t xml:space="preserve">    "changeform_format": "horizontal_tabs",</w:t>
        <w:br/>
        <w:t xml:space="preserve">    "changeform_format_overrides": {</w:t>
        <w:br/>
        <w:t xml:space="preserve">        "user.User": "collapsible",</w:t>
        <w:br/>
        <w:t xml:space="preserve">        "parsers.IndustrialCertificateRecord": "vertical_tabs",</w:t>
        <w:br/>
        <w:t xml:space="preserve">    },</w:t>
        <w:br/>
        <w:t>}</w:t>
        <w:br/>
        <w:t>JAZZMIN_UI_TWEAKS = {</w:t>
        <w:br/>
        <w:t xml:space="preserve">    "navbar_small_text": False,</w:t>
        <w:br/>
        <w:t xml:space="preserve">    "footer_small_text": False,</w:t>
        <w:br/>
        <w:t xml:space="preserve">    "body_small_text": False,</w:t>
        <w:br/>
        <w:t xml:space="preserve">    "brand_small_text": False,</w:t>
        <w:br/>
        <w:t xml:space="preserve">    "brand_colour": "navbar-primary",</w:t>
        <w:br/>
        <w:t xml:space="preserve">    "accent": "accent-primary",</w:t>
        <w:br/>
        <w:t xml:space="preserve">    "navbar": "navbar-dark",</w:t>
        <w:br/>
        <w:t xml:space="preserve">    "no_navbar_border": False,</w:t>
        <w:br/>
        <w:t xml:space="preserve">    "navbar_fixed": True,</w:t>
        <w:br/>
        <w:t xml:space="preserve">    "layout_boxed": False,</w:t>
        <w:br/>
        <w:t xml:space="preserve">    "footer_fixed": False,</w:t>
        <w:br/>
        <w:t xml:space="preserve">    "sidebar_fixed": True,</w:t>
        <w:br/>
        <w:t xml:space="preserve">    "sidebar": "sidebar-dark-primary",</w:t>
        <w:br/>
        <w:t xml:space="preserve">    "sidebar_nav_small_text": False,</w:t>
        <w:br/>
        <w:t xml:space="preserve">    "sidebar_disable_expand": False,</w:t>
        <w:br/>
        <w:t xml:space="preserve">    "sidebar_nav_child_indent": False,</w:t>
        <w:br/>
        <w:t xml:space="preserve">    "sidebar_nav_compact_style": False,</w:t>
        <w:br/>
        <w:t xml:space="preserve">    "sidebar_nav_legacy_style": False,</w:t>
        <w:br/>
        <w:t xml:space="preserve">    "sidebar_nav_flat_style": False,</w:t>
        <w:br/>
        <w:t xml:space="preserve">    "theme": "default",</w:t>
        <w:br/>
        <w:t xml:space="preserve">    "dark_mode_theme": "darkly",</w:t>
        <w:br/>
        <w:t xml:space="preserve">    "button_classes": {</w:t>
        <w:br/>
        <w:t xml:space="preserve">        "primary": "btn-primary",</w:t>
        <w:br/>
        <w:t xml:space="preserve">        "secondary": "btn-secondary",</w:t>
        <w:br/>
        <w:t xml:space="preserve">        "info": "btn-info",</w:t>
        <w:br/>
        <w:t xml:space="preserve">        "warning": "btn-warning",</w:t>
        <w:br/>
        <w:t xml:space="preserve">        "danger": "btn-danger",</w:t>
        <w:br/>
        <w:t xml:space="preserve">        "success": "btn-success",</w:t>
        <w:br/>
        <w:t xml:space="preserve">    },</w:t>
        <w:br/>
        <w:t>}</w:t>
        <w:br/>
        <w:t>MIDDLEWARE = [</w:t>
        <w:br/>
        <w:t xml:space="preserve">    "apps.core.middleware.RequestIDMiddleware",</w:t>
        <w:br/>
        <w:t xml:space="preserve">    "corsheaders.middleware.CorsMiddleware",</w:t>
        <w:br/>
        <w:t xml:space="preserve">    "django.middleware.security.SecurityMiddleware",</w:t>
        <w:br/>
        <w:t xml:space="preserve">    "whitenoise.middleware.WhiteNoiseMiddleware",</w:t>
        <w:br/>
        <w:t xml:space="preserve">    "django.contrib.sessions.middleware.SessionMiddleware",</w:t>
        <w:br/>
        <w:t xml:space="preserve">    "django.middleware.common.CommonMiddleware",</w:t>
        <w:br/>
        <w:t xml:space="preserve">    "django.middleware.csrf.CsrfViewMiddleware",</w:t>
        <w:br/>
        <w:t xml:space="preserve">    "django.contrib.auth.middleware.AuthenticationMiddleware",</w:t>
        <w:br/>
        <w:t xml:space="preserve">    "django.contrib.messages.middleware.MessageMiddleware",</w:t>
        <w:br/>
        <w:t xml:space="preserve">    "django.middleware.clickjacking.XFrameOptionsMiddleware",</w:t>
        <w:br/>
        <w:t>]</w:t>
        <w:br/>
        <w:t>ROOT_URLCONF = "config.urls"</w:t>
        <w:br/>
        <w:t>TEMPLATES = [</w:t>
        <w:br/>
        <w:t xml:space="preserve">    {</w:t>
        <w:br/>
        <w:t xml:space="preserve">        "BACKEND": "django.template.backends.django.DjangoTemplates",</w:t>
        <w:br/>
        <w:t xml:space="preserve">        "DIRS": [BASE_DIR / "templates"],</w:t>
        <w:br/>
        <w:t xml:space="preserve">        "APP_DIRS": True,</w:t>
        <w:br/>
        <w:t xml:space="preserve">        "OPTIONS": {</w:t>
        <w:br/>
        <w:t xml:space="preserve">            "context_processors": [</w:t>
        <w:br/>
        <w:t xml:space="preserve">                "django.template.context_processors.debug",</w:t>
        <w:br/>
        <w:t xml:space="preserve">                "django.template.context_processors.request",</w:t>
        <w:br/>
        <w:t xml:space="preserve">                "django.contrib.auth.context_processors.auth",</w:t>
        <w:br/>
        <w:t xml:space="preserve">                "django.contrib.messages.context_processors.messages",</w:t>
        <w:br/>
        <w:t xml:space="preserve">            ],</w:t>
        <w:br/>
        <w:t xml:space="preserve">        },</w:t>
        <w:br/>
        <w:t xml:space="preserve">    },</w:t>
        <w:br/>
        <w:t>]</w:t>
        <w:br/>
        <w:t>WSGI_APPLICATION = "config.wsgi.application"</w:t>
        <w:br/>
        <w:t># Database</w:t>
        <w:br/>
        <w:t>DATABASES = {</w:t>
        <w:br/>
        <w:t xml:space="preserve">    "default": {</w:t>
        <w:br/>
        <w:t xml:space="preserve">        "ENGINE": "django.db.backends.postgresql",</w:t>
        <w:br/>
        <w:t xml:space="preserve">        "NAME": get_env("POSTGRES_DB", "project_db"),</w:t>
        <w:br/>
        <w:t xml:space="preserve">        "USER": get_env("POSTGRES_USER", "project_user"),</w:t>
        <w:br/>
        <w:t xml:space="preserve">        "PASSWORD": get_env("POSTGRES_PASSWORD", "project_password"),</w:t>
        <w:br/>
        <w:t xml:space="preserve">        "HOST": get_env("POSTGRES_HOST", "db"),</w:t>
        <w:br/>
        <w:t xml:space="preserve">        "PORT": int(get_env("POSTGRES_PORT", "5432")),</w:t>
        <w:br/>
        <w:t xml:space="preserve">    },</w:t>
        <w:br/>
        <w:t>}</w:t>
        <w:br/>
        <w:t># Cache configuration</w:t>
        <w:br/>
        <w:t>CACHES = {</w:t>
        <w:br/>
        <w:t xml:space="preserve">    "default": {</w:t>
        <w:br/>
        <w:t xml:space="preserve">        "BACKEND": "django_redis.cache.RedisCache",</w:t>
        <w:br/>
        <w:t xml:space="preserve">        "LOCATION": get_env("REDIS_URL", "redis://localhost:6379/0"),</w:t>
        <w:br/>
        <w:t xml:space="preserve">        "OPTIONS": {</w:t>
        <w:br/>
        <w:t xml:space="preserve">            "CLIENT_CLASS": "django_redis.client.DefaultClient",</w:t>
        <w:br/>
        <w:t xml:space="preserve">        },</w:t>
        <w:br/>
        <w:t xml:space="preserve">    },</w:t>
        <w:br/>
        <w:t>}</w:t>
        <w:br/>
        <w:t># =============================================================================</w:t>
        <w:br/>
        <w:t># PARSERS SETTINGS</w:t>
        <w:br/>
        <w:t># =============================================================================</w:t>
        <w:br/>
        <w:t># Zakupki.gov.ru API Token (получить через Госуслуги)</w:t>
        <w:br/>
        <w:t>ZAKUPKI_TOKEN = get_env("ZAKUPKI_TOKEN", "")</w:t>
        <w:br/>
        <w:t># FNS file lock TTL (seconds)</w:t>
        <w:br/>
        <w:t>FNS_LOCK_TTL_SECONDS = int(get_env("FNS_LOCK_TTL_SECONDS", "3600"))</w:t>
        <w:br/>
        <w:t># Proxy list for parsers (comma-separated)</w:t>
        <w:br/>
        <w:t>PARSER_PROXIES = get_env("PARSER_PROXIES", "")</w:t>
        <w:br/>
        <w:t>if isinstance(PARSER_PROXIES, str) and PARSER_PROXIES:</w:t>
        <w:br/>
        <w:t xml:space="preserve">    PARSER_PROXIES = [p.strip() for p in PARSER_PROXIES.split(",") if p.strip()]</w:t>
        <w:br/>
        <w:t>else:</w:t>
        <w:br/>
        <w:t xml:space="preserve">    PARSER_PROXIES = []</w:t>
        <w:br/>
        <w:t># Password validation</w:t>
        <w:br/>
        <w:t>AUTH_PASSWORD_VALIDATORS = [</w:t>
        <w:br/>
        <w:t xml:space="preserve">    {</w:t>
        <w:br/>
        <w:t xml:space="preserve">        "NAME": "django.contrib.auth.password_validation.UserAttributeSimilarityValidator",</w:t>
        <w:br/>
        <w:t xml:space="preserve">    },</w:t>
        <w:br/>
        <w:t xml:space="preserve">    {</w:t>
        <w:br/>
        <w:t xml:space="preserve">        "NAME": "django.contrib.auth.password_validation.MinimumLengthValidator",</w:t>
        <w:br/>
        <w:t xml:space="preserve">    },</w:t>
        <w:br/>
        <w:t xml:space="preserve">    {</w:t>
        <w:br/>
        <w:t xml:space="preserve">        "NAME": "django.contrib.auth.password_validation.CommonPasswordValidator",</w:t>
        <w:br/>
        <w:t xml:space="preserve">    },</w:t>
        <w:br/>
        <w:t xml:space="preserve">    {</w:t>
        <w:br/>
        <w:t xml:space="preserve">        "NAME": "django.contrib.auth.password_validation.NumericPasswordValidator",</w:t>
        <w:br/>
        <w:t xml:space="preserve">    },</w:t>
        <w:br/>
        <w:t>]</w:t>
        <w:br/>
        <w:t># Internationalization</w:t>
        <w:br/>
        <w:t>LANGUAGE_CODE = "ru-RU"</w:t>
        <w:br/>
        <w:t>TIME_ZONE = "UTC"</w:t>
        <w:br/>
        <w:t>USE_I18N = True</w:t>
        <w:br/>
        <w:t>USE_L10N = True</w:t>
        <w:br/>
        <w:t>USE_TZ = True</w:t>
        <w:br/>
        <w:t># Static files (CSS, JavaScript, Images)</w:t>
        <w:br/>
        <w:t>STATIC_URL = "/static/"</w:t>
        <w:br/>
        <w:t>STATIC_ROOT = BASE_DIR / "staticfiles"</w:t>
        <w:br/>
        <w:t>STATICFILES_DIRS = [BASE_DIR / "static"]</w:t>
        <w:br/>
        <w:t># Media files</w:t>
        <w:br/>
        <w:t>MEDIA_URL = "/media/"</w:t>
        <w:br/>
        <w:t>MEDIA_ROOT = BASE_DIR / "media"</w:t>
        <w:br/>
        <w:t># Default primary key field type</w:t>
        <w:br/>
        <w:t>DEFAULT_AUTO_FIELD = "django.db.models.BigAutoField"</w:t>
        <w:br/>
        <w:t># Custom user model</w:t>
        <w:br/>
        <w:t>AUTH_USER_MODEL = "user.User"</w:t>
        <w:br/>
        <w:t># Login URL for drf-yasg and DRF browsable API</w:t>
        <w:br/>
        <w:t>LOGIN_URL = "/auth/login/"</w:t>
        <w:br/>
        <w:t># REST Framework settings</w:t>
        <w:br/>
        <w:t>REST_FRAMEWORK = {</w:t>
        <w:br/>
        <w:t xml:space="preserve">    "DEFAULT_AUTHENTICATION_CLASSES": [</w:t>
        <w:br/>
        <w:t xml:space="preserve">        "rest_framework_simplejwt.authentication.JWTAuthentication",</w:t>
        <w:br/>
        <w:t xml:space="preserve">        "rest_framework.authentication.SessionAuthentication",</w:t>
        <w:br/>
        <w:t xml:space="preserve">    ],</w:t>
        <w:br/>
        <w:t xml:space="preserve">    "DEFAULT_PERMISSION_CLASSES": [</w:t>
        <w:br/>
        <w:t xml:space="preserve">        "rest_framework.permissions.IsAuthenticatedOrReadOnly",</w:t>
        <w:br/>
        <w:t xml:space="preserve">    ],</w:t>
        <w:br/>
        <w:t xml:space="preserve">    "DEFAULT_FILTER_BACKENDS": [</w:t>
        <w:br/>
        <w:t xml:space="preserve">        "django_filters.rest_framework.DjangoFilterBackend",</w:t>
        <w:br/>
        <w:t xml:space="preserve">        "rest_framework.filters.SearchFilter",</w:t>
        <w:br/>
        <w:t xml:space="preserve">        "rest_framework.filters.OrderingFilter",</w:t>
        <w:br/>
        <w:t xml:space="preserve">    ],</w:t>
        <w:br/>
        <w:t xml:space="preserve">    "DEFAULT_PAGINATION_CLASS": "apps.core.pagination.StandardPagination",</w:t>
        <w:br/>
        <w:t xml:space="preserve">    "PAGE_SIZE": 20,</w:t>
        <w:br/>
        <w:t xml:space="preserve">    "DEFAULT_RENDERER_CLASSES": [</w:t>
        <w:br/>
        <w:t xml:space="preserve">        "rest_framework.renderers.JSONRenderer",</w:t>
        <w:br/>
        <w:t xml:space="preserve">        "rest_framework.renderers.BrowsableAPIRenderer",</w:t>
        <w:br/>
        <w:t xml:space="preserve">    ],</w:t>
        <w:br/>
        <w:t xml:space="preserve">    "EXCEPTION_HANDLER": "apps.core.exception_handler.custom_exception_handler",</w:t>
        <w:br/>
        <w:t xml:space="preserve">    # Rate limiting</w:t>
        <w:br/>
        <w:t xml:space="preserve">    "DEFAULT_THROTTLE_CLASSES": [</w:t>
        <w:br/>
        <w:t xml:space="preserve">        "rest_framework.throttling.AnonRateThrottle",</w:t>
        <w:br/>
        <w:t xml:space="preserve">        "rest_framework.throttling.UserRateThrottle",</w:t>
        <w:br/>
        <w:t xml:space="preserve">    ],</w:t>
        <w:br/>
        <w:t xml:space="preserve">    "DEFAULT_THROTTLE_RATES": {</w:t>
        <w:br/>
        <w:t xml:space="preserve">        "anon": "100/hour",</w:t>
        <w:br/>
        <w:t xml:space="preserve">        "user": "1000/hour",</w:t>
        <w:br/>
        <w:t xml:space="preserve">    },</w:t>
        <w:br/>
        <w:t>}</w:t>
        <w:br/>
        <w:t># JWT settings</w:t>
        <w:br/>
        <w:t>SIMPLE_JWT = {</w:t>
        <w:br/>
        <w:t xml:space="preserve">    "ACCESS_TOKEN_LIFETIME": timedelta(minutes=60),</w:t>
        <w:br/>
        <w:t xml:space="preserve">    "REFRESH_TOKEN_LIFETIME": timedelta(days=7),</w:t>
        <w:br/>
        <w:t xml:space="preserve">    "ROTATE_REFRESH_TOKENS": True,</w:t>
        <w:br/>
        <w:t xml:space="preserve">    "BLACKLIST_AFTER_ROTATION": True,</w:t>
        <w:br/>
        <w:t xml:space="preserve">    "UPDATE_LAST_LOGIN": True,</w:t>
        <w:br/>
        <w:t xml:space="preserve">    "ALGORITHM": "HS256",</w:t>
        <w:br/>
        <w:t xml:space="preserve">    "SIGNING_KEY": SECRET_KEY,</w:t>
        <w:br/>
        <w:t xml:space="preserve">    "VERIFYING_KEY": None,</w:t>
        <w:br/>
        <w:t xml:space="preserve">    "AUDIENCE": None,</w:t>
        <w:br/>
        <w:t xml:space="preserve">    "ISSUER": None,</w:t>
        <w:br/>
        <w:t xml:space="preserve">    "JWK_URL": None,</w:t>
        <w:br/>
        <w:t xml:space="preserve">    "LEEWAY": 0,</w:t>
        <w:br/>
        <w:t xml:space="preserve">    "AUTH_HEADER_TYPES": ("Bearer",),</w:t>
        <w:br/>
        <w:t xml:space="preserve">    "AUTH_HEADER_NAME": "HTTP_AUTHORIZATION",</w:t>
        <w:br/>
        <w:t xml:space="preserve">    "USER_ID_FIELD": "id",</w:t>
        <w:br/>
        <w:t xml:space="preserve">    "USER_ID_CLAIM": "user_id",</w:t>
        <w:br/>
        <w:t xml:space="preserve">    "USER_AUTHENTICATION_RULE": "rest_framework_simplejwt.authentication.default_user_authentication_rule",</w:t>
        <w:br/>
        <w:t xml:space="preserve">    "AUTH_TOKEN_CLASSES": ("rest_framework_simplejwt.tokens.AccessToken",),</w:t>
        <w:br/>
        <w:t xml:space="preserve">    "TOKEN_TYPE_CLAIM": "token_type",</w:t>
        <w:br/>
        <w:t xml:space="preserve">    "TOKEN_USER_CLASS": "rest_framework_simplejwt.models.TokenUser",</w:t>
        <w:br/>
        <w:t xml:space="preserve">    "JTI_CLAIM": "jti",</w:t>
        <w:br/>
        <w:t xml:space="preserve">    "SLIDING_TOKEN_REFRESH_EXP_CLAIM": "refresh_exp",</w:t>
        <w:br/>
        <w:t xml:space="preserve">    "SLIDING_TOKEN_LIFETIME": timedelta(minutes=5),</w:t>
        <w:br/>
        <w:t xml:space="preserve">    "SLIDING_TOKEN_REFRESH_LIFETIME": timedelta(days=1),</w:t>
        <w:br/>
        <w:t>}</w:t>
        <w:br/>
        <w:t># CORS settings</w:t>
        <w:br/>
        <w:t>CORS_ALLOWED_ORIGINS = get_env(</w:t>
        <w:br/>
        <w:t xml:space="preserve">    "CORS_ALLOWED_ORIGINS", "http://localhost:3000,http://127.0.0.1:3000"</w:t>
        <w:br/>
        <w:t>)</w:t>
        <w:br/>
        <w:t>if isinstance(CORS_ALLOWED_ORIGINS, str):</w:t>
        <w:br/>
        <w:t xml:space="preserve">    CORS_ALLOWED_ORIGINS = CORS_ALLOWED_ORIGINS.split(",")</w:t>
        <w:br/>
        <w:t>CORS_ALLOW_CREDENTIALS = True</w:t>
        <w:br/>
        <w:t># =============================================================================</w:t>
        <w:br/>
        <w:t># SWAGGER SETTINGS (drf-yasg)</w:t>
        <w:br/>
        <w:t># =============================================================================</w:t>
        <w:br/>
        <w:t>SWAGGER_SETTINGS = {</w:t>
        <w:br/>
        <w:t xml:space="preserve">    "SECURITY_DEFINITIONS": {</w:t>
        <w:br/>
        <w:t xml:space="preserve">        "Bearer": {</w:t>
        <w:br/>
        <w:t xml:space="preserve">            "type": "apiKey",</w:t>
        <w:br/>
        <w:t xml:space="preserve">            "name": "Authorization",</w:t>
        <w:br/>
        <w:t xml:space="preserve">            "in": "header",</w:t>
        <w:br/>
        <w:t xml:space="preserve">            "description": "JWT авторизация. Формат: Bearer &lt;access_token&gt;",</w:t>
        <w:br/>
        <w:t xml:space="preserve">        }</w:t>
        <w:br/>
        <w:t xml:space="preserve">    },</w:t>
        <w:br/>
        <w:t xml:space="preserve">    "USE_SESSION_AUTH": True,</w:t>
        <w:br/>
        <w:t xml:space="preserve">    "PERSIST_AUTH": True,</w:t>
        <w:br/>
        <w:t xml:space="preserve">    "REFETCH_SCHEMA_WITH_AUTH": True,</w:t>
        <w:br/>
        <w:t xml:space="preserve">    "REFETCH_SCHEMA_ON_LOGOUT": True,</w:t>
        <w:br/>
        <w:t>}</w:t>
        <w:br/>
        <w:t># Logging configuration</w:t>
        <w:br/>
        <w:t>LOGGING = {</w:t>
        <w:br/>
        <w:t xml:space="preserve">    "version": 1,</w:t>
        <w:br/>
        <w:t xml:space="preserve">    "disable_existing_loggers": False,</w:t>
        <w:br/>
        <w:t xml:space="preserve">    "formatters": {</w:t>
        <w:br/>
        <w:t xml:space="preserve">        "verbose": {</w:t>
        <w:br/>
        <w:t xml:space="preserve">            "format": "{levelname} {asctime} {module} {process:d} {thread:d} {message}",</w:t>
        <w:br/>
        <w:t xml:space="preserve">            "style": "{",</w:t>
        <w:br/>
        <w:t xml:space="preserve">        },</w:t>
        <w:br/>
        <w:t xml:space="preserve">        "simple": {</w:t>
        <w:br/>
        <w:t xml:space="preserve">            "format": "{levelname} {message}",</w:t>
        <w:br/>
        <w:t xml:space="preserve">            "style": "{",</w:t>
        <w:br/>
        <w:t xml:space="preserve">        },</w:t>
        <w:br/>
        <w:t xml:space="preserve">    },</w:t>
        <w:br/>
        <w:t xml:space="preserve">    "handlers": {</w:t>
        <w:br/>
        <w:t xml:space="preserve">        "file": {</w:t>
        <w:br/>
        <w:t xml:space="preserve">            "level": "INFO",</w:t>
        <w:br/>
        <w:t xml:space="preserve">            "class": "logging.FileHandler",</w:t>
        <w:br/>
        <w:t xml:space="preserve">            "filename": BASE_DIR / "logs/django.log",</w:t>
        <w:br/>
        <w:t xml:space="preserve">            "formatter": "verbose",</w:t>
        <w:br/>
        <w:t xml:space="preserve">        },</w:t>
        <w:br/>
        <w:t xml:space="preserve">        "console": {</w:t>
        <w:br/>
        <w:t xml:space="preserve">            "level": "INFO",</w:t>
        <w:br/>
        <w:t xml:space="preserve">            "class": "logging.StreamHandler",</w:t>
        <w:br/>
        <w:t xml:space="preserve">            "formatter": "simple",</w:t>
        <w:br/>
        <w:t xml:space="preserve">        },</w:t>
        <w:br/>
        <w:t xml:space="preserve">    },</w:t>
        <w:br/>
        <w:t xml:space="preserve">    "root": {</w:t>
        <w:br/>
        <w:t xml:space="preserve">        "handlers": ["console", "file"],</w:t>
        <w:br/>
        <w:t xml:space="preserve">        "level": "INFO",</w:t>
        <w:br/>
        <w:t xml:space="preserve">    },</w:t>
        <w:br/>
        <w:t xml:space="preserve">    "loggers": {</w:t>
        <w:br/>
        <w:t xml:space="preserve">        "django": {</w:t>
        <w:br/>
        <w:t xml:space="preserve">            "handlers": ["console", "file"],</w:t>
        <w:br/>
        <w:t xml:space="preserve">            "level": "INFO",</w:t>
        <w:br/>
        <w:t xml:space="preserve">            "propagate": False,</w:t>
        <w:br/>
        <w:t xml:space="preserve">        },</w:t>
        <w:br/>
        <w:t xml:space="preserve">    },</w:t>
        <w:br/>
        <w:t>}</w:t>
        <w:br/>
        <w:t># =============================================================================</w:t>
        <w:br/>
        <w:t># FNS Parser Settings</w:t>
        <w:br/>
        <w:t># =============================================================================</w:t>
        <w:br/>
        <w:t># Directory for watching incoming FNS files</w:t>
        <w:br/>
        <w:t>FNS_WATCH_DIRECTORY = BASE_DIR / "input" / "fns"</w:t>
        <w:br/>
        <w:t># Directory for processed files (moved after successful processing)</w:t>
        <w:br/>
        <w:t>FNS_PROCESSED_DIRECTORY = BASE_DIR / "input" / "fns" / "processed"</w:t>
        <w:br/>
        <w:t># Directory for failed files (moved after failed processing)</w:t>
        <w:br/>
        <w:t>FNS_FAILED_DIRECTORY = BASE_DIR / "input" / "fns" / "failed"</w:t>
        <w:br/>
        <w:t># =============================================================================</w:t>
        <w:br/>
        <w:t># Checko API Settings (checko.ru)</w:t>
        <w:br/>
        <w:t># =============================================================================</w:t>
        <w:br/>
        <w:t># API key for Checko.ru service</w:t>
        <w:br/>
        <w:t>CHECKO_API_KEY = get_env("CHECKO_API_KEY", "")</w:t>
      </w:r>
    </w:p>
    <w:p>
      <w:pPr>
        <w:pStyle w:val="Heading1"/>
      </w:pPr>
      <w:r>
        <w:t>src/config/settings/production.py</w:t>
      </w:r>
    </w:p>
    <w:p>
      <w:r>
        <w:t>from .base import *</w:t>
        <w:br/>
        <w:t># Production settings</w:t>
        <w:br/>
        <w:t># See https://docs.djangoproject.com/en/3.2/howto/deployment/checklist/</w:t>
        <w:br/>
        <w:t># SECURITY WARNING: keep the secret key used in production secret!</w:t>
        <w:br/>
        <w:t>SECRET_KEY = os.getenv("SECRET_KEY")</w:t>
        <w:br/>
        <w:t># SECURITY WARNING: don't run with debug turned on in production!</w:t>
        <w:br/>
        <w:t>DEBUG = False</w:t>
        <w:br/>
        <w:t>ALLOWED_HOSTS = os.getenv("ALLOWED_HOSTS", "").split(",")</w:t>
        <w:br/>
        <w:t># HTTPS settings</w:t>
        <w:br/>
        <w:t>SECURE_SSL_REDIRECT = True</w:t>
        <w:br/>
        <w:t>SECURE_PROXY_SSL_HEADER = ("HTTP_X_FORWARDED_PROTO", "https")</w:t>
        <w:br/>
        <w:t>SECURE_HSTS_SECONDS = 31536000</w:t>
        <w:br/>
        <w:t>SECURE_HSTS_INCLUDE_SUBDOMAINS = True</w:t>
        <w:br/>
        <w:t>SECURE_HSTS_PRELOAD = True</w:t>
        <w:br/>
        <w:t># Session security</w:t>
        <w:br/>
        <w:t>SESSION_COOKIE_SECURE = True</w:t>
        <w:br/>
        <w:t>CSRF_COOKIE_SECURE = True</w:t>
        <w:br/>
        <w:t># Database for production</w:t>
        <w:br/>
        <w:t>DATABASES = {</w:t>
        <w:br/>
        <w:t xml:space="preserve">    "default": {</w:t>
        <w:br/>
        <w:t xml:space="preserve">        "ENGINE": "django.db.backends.postgresql",</w:t>
        <w:br/>
        <w:t xml:space="preserve">        "NAME": os.getenv("POSTGRES_DB"),</w:t>
        <w:br/>
        <w:t xml:space="preserve">        "USER": os.getenv("POSTGRES_USER"),</w:t>
        <w:br/>
        <w:t xml:space="preserve">        "PASSWORD": os.getenv("POSTGRES_PASSWORD"),</w:t>
        <w:br/>
        <w:t xml:space="preserve">        "HOST": os.getenv("POSTGRES_HOST"),</w:t>
        <w:br/>
        <w:t xml:space="preserve">        "PORT": os.getenv("POSTGRES_PORT", "5432"),</w:t>
        <w:br/>
        <w:t xml:space="preserve">        "OPTIONS": {</w:t>
        <w:br/>
        <w:t xml:space="preserve">            "sslmode": "require",</w:t>
        <w:br/>
        <w:t xml:space="preserve">        },</w:t>
        <w:br/>
        <w:t xml:space="preserve">    }</w:t>
        <w:br/>
        <w:t>}</w:t>
        <w:br/>
        <w:t># Celery Configuration for Production</w:t>
        <w:br/>
        <w:t>CELERY_BROKER_URL = os.getenv("REDIS_URL", "redis://redis:6379/0")</w:t>
        <w:br/>
        <w:t>CELERY_RESULT_BACKEND = os.getenv("REDIS_URL", "redis://redis:6379/0")</w:t>
        <w:br/>
        <w:t>CELERY_ACCEPT_CONTENT = ["json"]</w:t>
        <w:br/>
        <w:t>CELERY_TASK_SERIALIZER = "json"</w:t>
        <w:br/>
        <w:t>CELERY_RESULT_SERIALIZER = "json"</w:t>
        <w:br/>
        <w:t>CELERY_TIMEZONE = "UTC"</w:t>
        <w:br/>
        <w:t>CELERY_TASK_ALWAYS_EAGER = False</w:t>
        <w:br/>
        <w:t>CELERY_WORKER_PREFETCH_MULTIPLIER = 1</w:t>
        <w:br/>
        <w:t># Cache configuration for production</w:t>
        <w:br/>
        <w:t>CACHES = {</w:t>
        <w:br/>
        <w:t xml:space="preserve">    "default": {</w:t>
        <w:br/>
        <w:t xml:space="preserve">        "BACKEND": "django_redis.cache.RedisCache",</w:t>
        <w:br/>
        <w:t xml:space="preserve">        "LOCATION": os.getenv("REDIS_CACHE_URL", "redis://redis:6379/1"),</w:t>
        <w:br/>
        <w:t xml:space="preserve">        "OPTIONS": {</w:t>
        <w:br/>
        <w:t xml:space="preserve">            "CLIENT_CLASS": "django_redis.client.DefaultClient",</w:t>
        <w:br/>
        <w:t xml:space="preserve">            "CONNECTION_POOL_KWARGS": {</w:t>
        <w:br/>
        <w:t xml:space="preserve">                "max_connections": 20,</w:t>
        <w:br/>
        <w:t xml:space="preserve">                "retry_on_timeout": True,</w:t>
        <w:br/>
        <w:t xml:space="preserve">            },</w:t>
        <w:br/>
        <w:t xml:space="preserve">        },</w:t>
        <w:br/>
        <w:t xml:space="preserve">    }</w:t>
        <w:br/>
        <w:t>}</w:t>
        <w:br/>
        <w:t># Logging for production</w:t>
        <w:br/>
        <w:t>LOGGING = {</w:t>
        <w:br/>
        <w:t xml:space="preserve">    "version": 1,</w:t>
        <w:br/>
        <w:t xml:space="preserve">    "disable_existing_loggers": False,</w:t>
        <w:br/>
        <w:t xml:space="preserve">    "formatters": {</w:t>
        <w:br/>
        <w:t xml:space="preserve">        "verbose": {</w:t>
        <w:br/>
        <w:t xml:space="preserve">            "format": "{levelname} {asctime} {module} {process:d} {thread:d} {message}",</w:t>
        <w:br/>
        <w:t xml:space="preserve">            "style": "{",</w:t>
        <w:br/>
        <w:t xml:space="preserve">        },</w:t>
        <w:br/>
        <w:t xml:space="preserve">    },</w:t>
        <w:br/>
        <w:t xml:space="preserve">    "handlers": {</w:t>
        <w:br/>
        <w:t xml:space="preserve">        "file": {</w:t>
        <w:br/>
        <w:t xml:space="preserve">            "level": "INFO",</w:t>
        <w:br/>
        <w:t xml:space="preserve">            "class": "logging.handlers.RotatingFileHandler",</w:t>
        <w:br/>
        <w:t xml:space="preserve">            "filename": "/var/log/django/app.log",</w:t>
        <w:br/>
        <w:t xml:space="preserve">            "maxBytes": 1024 * 1024 * 15,  # 15MB</w:t>
        <w:br/>
        <w:t xml:space="preserve">            "backupCount": 10,</w:t>
        <w:br/>
        <w:t xml:space="preserve">            "formatter": "verbose",</w:t>
        <w:br/>
        <w:t xml:space="preserve">        },</w:t>
        <w:br/>
        <w:t xml:space="preserve">        "mail_admins": {</w:t>
        <w:br/>
        <w:t xml:space="preserve">            "level": "ERROR",</w:t>
        <w:br/>
        <w:t xml:space="preserve">            "class": "django.utils.log.AdminEmailHandler",</w:t>
        <w:br/>
        <w:t xml:space="preserve">        },</w:t>
        <w:br/>
        <w:t xml:space="preserve">    },</w:t>
        <w:br/>
        <w:t xml:space="preserve">    "root": {</w:t>
        <w:br/>
        <w:t xml:space="preserve">        "handlers": ["file"],</w:t>
        <w:br/>
        <w:t xml:space="preserve">        "level": "INFO",</w:t>
        <w:br/>
        <w:t xml:space="preserve">    },</w:t>
        <w:br/>
        <w:t xml:space="preserve">    "loggers": {</w:t>
        <w:br/>
        <w:t xml:space="preserve">        "django": {</w:t>
        <w:br/>
        <w:t xml:space="preserve">            "handlers": ["file"],</w:t>
        <w:br/>
        <w:t xml:space="preserve">            "level": "INFO",</w:t>
        <w:br/>
        <w:t xml:space="preserve">            "propagate": False,</w:t>
        <w:br/>
        <w:t xml:space="preserve">        },</w:t>
        <w:br/>
        <w:t xml:space="preserve">        "apps.data_processor": {</w:t>
        <w:br/>
        <w:t xml:space="preserve">            "handlers": ["file"],</w:t>
        <w:br/>
        <w:t xml:space="preserve">            "level": "INFO",</w:t>
        <w:br/>
        <w:t xml:space="preserve">            "propagate": False,</w:t>
        <w:br/>
        <w:t xml:space="preserve">        },</w:t>
        <w:br/>
        <w:t xml:space="preserve">        "apps.scraping": {</w:t>
        <w:br/>
        <w:t xml:space="preserve">            "handlers": ["file"],</w:t>
        <w:br/>
        <w:t xml:space="preserve">            "level": "INFO",</w:t>
        <w:br/>
        <w:t xml:space="preserve">            "propagate": False,</w:t>
        <w:br/>
        <w:t xml:space="preserve">        },</w:t>
        <w:br/>
        <w:t xml:space="preserve">    },</w:t>
        <w:br/>
        <w:t>}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